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6C204" w14:textId="77777777" w:rsidR="00372A39" w:rsidRDefault="001B796F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7CCDFA54" w14:textId="77777777" w:rsidR="00372A39" w:rsidRDefault="001B796F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0509517E" w14:textId="77777777" w:rsidR="00372A39" w:rsidRDefault="001B796F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hi</w:t>
      </w:r>
      <w:r>
        <w:t>ệ</w:t>
      </w:r>
      <w:r>
        <w:t>u và Phòng Nhân s</w:t>
      </w:r>
      <w:r>
        <w:t>ự</w:t>
      </w:r>
      <w:r>
        <w:t xml:space="preserve"> Trư</w:t>
      </w:r>
      <w:r>
        <w:t>ờ</w:t>
      </w:r>
      <w:r>
        <w:t>ng ........................................</w:t>
      </w:r>
    </w:p>
    <w:p w14:paraId="6C8E431B" w14:textId="25B7CAB2" w:rsidR="00372A39" w:rsidRDefault="001B796F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</w:t>
      </w:r>
      <w:r>
        <w:t>..................................................</w:t>
      </w:r>
    </w:p>
    <w:p w14:paraId="35AC58CE" w14:textId="089106FA" w:rsidR="00372A39" w:rsidRDefault="001B796F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</w:t>
      </w:r>
      <w:r>
        <w:t>............................</w:t>
      </w:r>
    </w:p>
    <w:p w14:paraId="2FD7B998" w14:textId="77777777" w:rsidR="00372A39" w:rsidRDefault="001B796F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01F7BF22" w14:textId="77777777" w:rsidR="00372A39" w:rsidRDefault="001B796F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Trư</w:t>
      </w:r>
      <w:r>
        <w:t>ờ</w:t>
      </w:r>
      <w:r>
        <w:t>ng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Giáo viên ............................</w:t>
      </w:r>
      <w:r>
        <w:rPr>
          <w:b/>
        </w:rPr>
        <w:t>.......</w:t>
      </w:r>
      <w:r>
        <w:t>. V</w:t>
      </w:r>
      <w:r>
        <w:t>ớ</w:t>
      </w:r>
      <w:r>
        <w:t>i ...... năm kinh nghi</w:t>
      </w:r>
      <w:r>
        <w:t>ệ</w:t>
      </w:r>
      <w:r>
        <w:t>m gi</w:t>
      </w:r>
      <w:r>
        <w:t>ả</w:t>
      </w:r>
      <w:r>
        <w:t>ng d</w:t>
      </w:r>
      <w:r>
        <w:t>ạ</w:t>
      </w:r>
      <w:r>
        <w:t>y cùng ni</w:t>
      </w:r>
      <w:r>
        <w:t>ề</w:t>
      </w:r>
      <w:r>
        <w:t>m yêu ngh</w:t>
      </w:r>
      <w:r>
        <w:t>ề</w:t>
      </w:r>
      <w:r>
        <w:t xml:space="preserve"> và mong mu</w:t>
      </w:r>
      <w:r>
        <w:t>ố</w:t>
      </w:r>
      <w:r>
        <w:t>n đ</w:t>
      </w:r>
      <w:r>
        <w:t>ồ</w:t>
      </w:r>
      <w:r>
        <w:t>ng hành v</w:t>
      </w:r>
      <w:r>
        <w:t>ớ</w:t>
      </w:r>
      <w:r>
        <w:t>i h</w:t>
      </w:r>
      <w:r>
        <w:t>ọ</w:t>
      </w:r>
      <w:r>
        <w:t>c sinh trong quá trình h</w:t>
      </w:r>
      <w:r>
        <w:t>ọ</w:t>
      </w:r>
      <w:r>
        <w:t>c t</w:t>
      </w:r>
      <w:r>
        <w:t>ậ</w:t>
      </w:r>
      <w:r>
        <w:t>p,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góp ph</w:t>
      </w:r>
      <w:r>
        <w:t>ầ</w:t>
      </w:r>
      <w:r>
        <w:t>n nâng cao ch</w:t>
      </w:r>
      <w:r>
        <w:t>ấ</w:t>
      </w:r>
      <w:r>
        <w:t>t lư</w:t>
      </w:r>
      <w:r>
        <w:t>ợ</w:t>
      </w:r>
      <w:r>
        <w:t>ng giáo d</w:t>
      </w:r>
      <w:r>
        <w:t>ụ</w:t>
      </w:r>
      <w:r>
        <w:t>c c</w:t>
      </w:r>
      <w:r>
        <w:t>ủ</w:t>
      </w:r>
      <w:r>
        <w:t>a nhà trư</w:t>
      </w:r>
      <w:r>
        <w:t>ờ</w:t>
      </w:r>
      <w:r>
        <w:t>ng.</w:t>
      </w:r>
    </w:p>
    <w:p w14:paraId="186C36B3" w14:textId="77777777" w:rsidR="00372A39" w:rsidRDefault="001B796F">
      <w:pPr>
        <w:spacing w:after="120"/>
        <w:jc w:val="both"/>
      </w:pPr>
      <w:r>
        <w:t>Trong quá trình công tác t</w:t>
      </w:r>
      <w:r>
        <w:t>ạ</w:t>
      </w:r>
      <w:r>
        <w:t xml:space="preserve">i </w:t>
      </w:r>
      <w:r>
        <w:t>........................................, tôi đã tr</w:t>
      </w:r>
      <w:r>
        <w:t>ự</w:t>
      </w:r>
      <w:r>
        <w:t>c ti</w:t>
      </w:r>
      <w:r>
        <w:t>ế</w:t>
      </w:r>
      <w:r>
        <w:t>p gi</w:t>
      </w:r>
      <w:r>
        <w:t>ả</w:t>
      </w:r>
      <w:r>
        <w:t>ng d</w:t>
      </w:r>
      <w:r>
        <w:t>ạ</w:t>
      </w:r>
      <w:r>
        <w:t>y, xây d</w:t>
      </w:r>
      <w:r>
        <w:t>ự</w:t>
      </w:r>
      <w:r>
        <w:t>ng k</w:t>
      </w:r>
      <w:r>
        <w:t>ế</w:t>
      </w:r>
      <w:r>
        <w:t xml:space="preserve"> ho</w:t>
      </w:r>
      <w:r>
        <w:t>ạ</w:t>
      </w:r>
      <w:r>
        <w:t>ch bài h</w:t>
      </w:r>
      <w:r>
        <w:t>ọ</w:t>
      </w:r>
      <w:r>
        <w:t>c, thi</w:t>
      </w:r>
      <w:r>
        <w:t>ế</w:t>
      </w:r>
      <w:r>
        <w:t>t k</w:t>
      </w:r>
      <w:r>
        <w:t>ế</w:t>
      </w:r>
      <w:r>
        <w:t xml:space="preserve"> h</w:t>
      </w:r>
      <w:r>
        <w:t>ọ</w:t>
      </w:r>
      <w:r>
        <w:t>c li</w:t>
      </w:r>
      <w:r>
        <w:t>ệ</w:t>
      </w:r>
      <w:r>
        <w:t>u và t</w:t>
      </w:r>
      <w:r>
        <w:t>ổ</w:t>
      </w:r>
      <w:r>
        <w:t xml:space="preserve"> ch</w:t>
      </w:r>
      <w:r>
        <w:t>ứ</w:t>
      </w:r>
      <w:r>
        <w:t>c các ho</w:t>
      </w:r>
      <w:r>
        <w:t>ạ</w:t>
      </w:r>
      <w:r>
        <w:t>t đ</w:t>
      </w:r>
      <w:r>
        <w:t>ộ</w:t>
      </w:r>
      <w:r>
        <w:t>ng h</w:t>
      </w:r>
      <w:r>
        <w:t>ọ</w:t>
      </w:r>
      <w:r>
        <w:t>c t</w:t>
      </w:r>
      <w:r>
        <w:t>ậ</w:t>
      </w:r>
      <w:r>
        <w:t>p phù h</w:t>
      </w:r>
      <w:r>
        <w:t>ợ</w:t>
      </w:r>
      <w:r>
        <w:t>p v</w:t>
      </w:r>
      <w:r>
        <w:t>ớ</w:t>
      </w:r>
      <w:r>
        <w:t>i năng l</w:t>
      </w:r>
      <w:r>
        <w:t>ự</w:t>
      </w:r>
      <w:r>
        <w:t>c c</w:t>
      </w:r>
      <w:r>
        <w:t>ủ</w:t>
      </w:r>
      <w:r>
        <w:t>a h</w:t>
      </w:r>
      <w:r>
        <w:t>ọ</w:t>
      </w:r>
      <w:r>
        <w:t>c sinh. Bên c</w:t>
      </w:r>
      <w:r>
        <w:t>ạ</w:t>
      </w:r>
      <w:r>
        <w:t>nh đó, tôi luôn chú tr</w:t>
      </w:r>
      <w:r>
        <w:t>ọ</w:t>
      </w:r>
      <w:r>
        <w:t>ng t</w:t>
      </w:r>
      <w:r>
        <w:t>ạ</w:t>
      </w:r>
      <w:r>
        <w:t>o môi trư</w:t>
      </w:r>
      <w:r>
        <w:t>ờ</w:t>
      </w:r>
      <w:r>
        <w:t>ng h</w:t>
      </w:r>
      <w:r>
        <w:t>ọ</w:t>
      </w:r>
      <w:r>
        <w:t>c t</w:t>
      </w:r>
      <w:r>
        <w:t>ậ</w:t>
      </w:r>
      <w:r>
        <w:t>p tích c</w:t>
      </w:r>
      <w:r>
        <w:t>ự</w:t>
      </w:r>
      <w:r>
        <w:t>c, khuy</w:t>
      </w:r>
      <w:r>
        <w:t>ế</w:t>
      </w:r>
      <w:r>
        <w:t>n k</w:t>
      </w:r>
      <w:r>
        <w:t>hích h</w:t>
      </w:r>
      <w:r>
        <w:t>ọ</w:t>
      </w:r>
      <w:r>
        <w:t>c sinh ch</w:t>
      </w:r>
      <w:r>
        <w:t>ủ</w:t>
      </w:r>
      <w:r>
        <w:t xml:space="preserve"> đ</w:t>
      </w:r>
      <w:r>
        <w:t>ộ</w:t>
      </w:r>
      <w:r>
        <w:t>ng ti</w:t>
      </w:r>
      <w:r>
        <w:t>ế</w:t>
      </w:r>
      <w:r>
        <w:t>p thu ki</w:t>
      </w:r>
      <w:r>
        <w:t>ế</w:t>
      </w:r>
      <w:r>
        <w:t>n th</w:t>
      </w:r>
      <w:r>
        <w:t>ứ</w:t>
      </w:r>
      <w:r>
        <w:t>c và phát tri</w:t>
      </w:r>
      <w:r>
        <w:t>ể</w:t>
      </w:r>
      <w:r>
        <w:t>n toàn di</w:t>
      </w:r>
      <w:r>
        <w:t>ệ</w:t>
      </w:r>
      <w:r>
        <w:t>n v</w:t>
      </w:r>
      <w:r>
        <w:t>ề</w:t>
      </w:r>
      <w:r>
        <w:t xml:space="preserve"> k</w:t>
      </w:r>
      <w:r>
        <w:t>ỹ</w:t>
      </w:r>
      <w:r>
        <w:t xml:space="preserve"> năng cũng như ph</w:t>
      </w:r>
      <w:r>
        <w:t>ẩ</w:t>
      </w:r>
      <w:r>
        <w:t>m ch</w:t>
      </w:r>
      <w:r>
        <w:t>ấ</w:t>
      </w:r>
      <w:r>
        <w:t>t.</w:t>
      </w:r>
    </w:p>
    <w:p w14:paraId="0A7B1F1D" w14:textId="77777777" w:rsidR="00372A39" w:rsidRDefault="001B796F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gi</w:t>
      </w:r>
      <w:r>
        <w:t>ả</w:t>
      </w:r>
      <w:r>
        <w:t>ng d</w:t>
      </w:r>
      <w:r>
        <w:t>ạ</w:t>
      </w:r>
      <w:r>
        <w:t>y g</w:t>
      </w:r>
      <w:r>
        <w:t>ồ</w:t>
      </w:r>
      <w:r>
        <w:t>m:</w:t>
      </w:r>
    </w:p>
    <w:p w14:paraId="30655ADA" w14:textId="77777777" w:rsidR="00372A39" w:rsidRDefault="001B796F">
      <w:pPr>
        <w:pStyle w:val="ListBullet"/>
        <w:spacing w:after="40"/>
      </w:pPr>
      <w:r>
        <w:t>Ph</w:t>
      </w:r>
      <w:r>
        <w:t>ụ</w:t>
      </w:r>
      <w:r>
        <w:t xml:space="preserve"> trách gi</w:t>
      </w:r>
      <w:r>
        <w:t>ả</w:t>
      </w:r>
      <w:r>
        <w:t>ng d</w:t>
      </w:r>
      <w:r>
        <w:t>ạ</w:t>
      </w:r>
      <w:r>
        <w:t>y ....................</w:t>
      </w:r>
      <w:r>
        <w:rPr>
          <w:b/>
        </w:rPr>
        <w:t xml:space="preserve"> l</w:t>
      </w:r>
      <w:r>
        <w:rPr>
          <w:b/>
        </w:rPr>
        <w:t>ớ</w:t>
      </w:r>
      <w:r>
        <w:rPr>
          <w:b/>
        </w:rPr>
        <w:t>p v</w:t>
      </w:r>
      <w:r>
        <w:rPr>
          <w:b/>
        </w:rPr>
        <w:t>ớ</w:t>
      </w:r>
      <w:r>
        <w:rPr>
          <w:b/>
        </w:rPr>
        <w:t>i t</w:t>
      </w:r>
      <w:r>
        <w:rPr>
          <w:b/>
        </w:rPr>
        <w:t>ổ</w:t>
      </w:r>
      <w:r>
        <w:rPr>
          <w:b/>
        </w:rPr>
        <w:t>ng s</w:t>
      </w:r>
      <w:r>
        <w:rPr>
          <w:b/>
        </w:rPr>
        <w:t>ố</w:t>
      </w:r>
      <w:r>
        <w:rPr>
          <w:b/>
        </w:rPr>
        <w:t xml:space="preserve"> </w:t>
      </w:r>
      <w:r>
        <w:t>.................... h</w:t>
      </w:r>
      <w:r>
        <w:t>ọ</w:t>
      </w:r>
      <w:r>
        <w:t>c sinh m</w:t>
      </w:r>
      <w:r>
        <w:t>ỗ</w:t>
      </w:r>
      <w:r>
        <w:t>i năm h</w:t>
      </w:r>
      <w:r>
        <w:t>ọ</w:t>
      </w:r>
      <w:r>
        <w:t>c.</w:t>
      </w:r>
    </w:p>
    <w:p w14:paraId="3B5B2354" w14:textId="77777777" w:rsidR="00372A39" w:rsidRDefault="001B796F">
      <w:pPr>
        <w:pStyle w:val="ListBullet"/>
        <w:spacing w:after="40"/>
      </w:pPr>
      <w:r>
        <w:t>Xây d</w:t>
      </w:r>
      <w:r>
        <w:t>ự</w:t>
      </w:r>
      <w:r>
        <w:t>ng và tri</w:t>
      </w:r>
      <w:r>
        <w:t>ể</w:t>
      </w:r>
      <w:r>
        <w:t>n khai ....................</w:t>
      </w:r>
      <w:r>
        <w:rPr>
          <w:b/>
        </w:rPr>
        <w:t xml:space="preserve"> chuyên đ</w:t>
      </w:r>
      <w:r>
        <w:rPr>
          <w:b/>
        </w:rPr>
        <w:t>ề</w:t>
      </w:r>
      <w:r>
        <w:rPr>
          <w:b/>
        </w:rPr>
        <w:t>, chương trình ho</w:t>
      </w:r>
      <w:r>
        <w:rPr>
          <w:b/>
        </w:rPr>
        <w:t>ặ</w:t>
      </w:r>
      <w:r>
        <w:rPr>
          <w:b/>
        </w:rPr>
        <w:t>c ho</w:t>
      </w:r>
      <w:r>
        <w:rPr>
          <w:b/>
        </w:rPr>
        <w:t>ạ</w:t>
      </w:r>
      <w:r>
        <w:rPr>
          <w:b/>
        </w:rPr>
        <w:t>t đ</w:t>
      </w:r>
      <w:r>
        <w:rPr>
          <w:b/>
        </w:rPr>
        <w:t>ộ</w:t>
      </w:r>
      <w:r>
        <w:rPr>
          <w:b/>
        </w:rPr>
        <w:t>ng ngo</w:t>
      </w:r>
      <w:r>
        <w:rPr>
          <w:b/>
        </w:rPr>
        <w:t>ạ</w:t>
      </w:r>
      <w:r>
        <w:rPr>
          <w:b/>
        </w:rPr>
        <w:t>i khóa.</w:t>
      </w:r>
    </w:p>
    <w:p w14:paraId="326727F5" w14:textId="77777777" w:rsidR="00372A39" w:rsidRDefault="001B796F">
      <w:pPr>
        <w:pStyle w:val="ListBullet"/>
        <w:spacing w:after="40"/>
      </w:pPr>
      <w:r>
        <w:t>Góp ph</w:t>
      </w:r>
      <w:r>
        <w:t>ầ</w:t>
      </w:r>
      <w:r>
        <w:t>n nâng t</w:t>
      </w:r>
      <w:r>
        <w:t>ỷ</w:t>
      </w:r>
      <w:r>
        <w:t xml:space="preserve"> l</w:t>
      </w:r>
      <w:r>
        <w:t>ệ</w:t>
      </w:r>
      <w:r>
        <w:t xml:space="preserve"> h</w:t>
      </w:r>
      <w:r>
        <w:t>ọ</w:t>
      </w:r>
      <w:r>
        <w:t>c sinh đ</w:t>
      </w:r>
      <w:r>
        <w:t>ạ</w:t>
      </w:r>
      <w:r>
        <w:t>t k</w:t>
      </w:r>
      <w:r>
        <w:t>ế</w:t>
      </w:r>
      <w:r>
        <w:t>t qu</w:t>
      </w:r>
      <w:r>
        <w:t>ả</w:t>
      </w:r>
      <w:r>
        <w:t xml:space="preserve"> khá, gi</w:t>
      </w:r>
      <w:r>
        <w:t>ỏ</w:t>
      </w:r>
      <w:r>
        <w:t>i ho</w:t>
      </w:r>
      <w:r>
        <w:t>ặ</w:t>
      </w:r>
      <w:r>
        <w:t>c hoàn thành m</w:t>
      </w:r>
      <w:r>
        <w:t>ụ</w:t>
      </w:r>
      <w:r>
        <w:t>c tiêu h</w:t>
      </w:r>
      <w:r>
        <w:t>ọ</w:t>
      </w:r>
      <w:r>
        <w:t>c t</w:t>
      </w:r>
      <w:r>
        <w:t>ậ</w:t>
      </w:r>
      <w:r>
        <w:t>p lên ....................</w:t>
      </w:r>
      <w:r>
        <w:rPr>
          <w:b/>
        </w:rPr>
        <w:t>%.</w:t>
      </w:r>
    </w:p>
    <w:p w14:paraId="3A749EB2" w14:textId="77777777" w:rsidR="00372A39" w:rsidRDefault="001B796F">
      <w:pPr>
        <w:pStyle w:val="ListBullet"/>
        <w:spacing w:after="40"/>
      </w:pPr>
      <w:r>
        <w:t>Hư</w:t>
      </w:r>
      <w:r>
        <w:t>ớ</w:t>
      </w:r>
      <w:r>
        <w:t>ng d</w:t>
      </w:r>
      <w:r>
        <w:t>ẫ</w:t>
      </w:r>
      <w:r>
        <w:t>n h</w:t>
      </w:r>
      <w:r>
        <w:t>ọ</w:t>
      </w:r>
      <w:r>
        <w:t>c sinh tham gia ....................</w:t>
      </w:r>
      <w:r>
        <w:rPr>
          <w:b/>
        </w:rPr>
        <w:t xml:space="preserve"> k</w:t>
      </w:r>
      <w:r>
        <w:rPr>
          <w:b/>
        </w:rPr>
        <w:t>ỳ</w:t>
      </w:r>
      <w:r>
        <w:rPr>
          <w:b/>
        </w:rPr>
        <w:t xml:space="preserve"> thi</w:t>
      </w:r>
      <w:r>
        <w:rPr>
          <w:b/>
        </w:rPr>
        <w:t xml:space="preserve"> ho</w:t>
      </w:r>
      <w:r>
        <w:rPr>
          <w:b/>
        </w:rPr>
        <w:t>ặ</w:t>
      </w:r>
      <w:r>
        <w:rPr>
          <w:b/>
        </w:rPr>
        <w:t>c cu</w:t>
      </w:r>
      <w:r>
        <w:rPr>
          <w:b/>
        </w:rPr>
        <w:t>ộ</w:t>
      </w:r>
      <w:r>
        <w:rPr>
          <w:b/>
        </w:rPr>
        <w:t>c thi, đ</w:t>
      </w:r>
      <w:r>
        <w:rPr>
          <w:b/>
        </w:rPr>
        <w:t>ạ</w:t>
      </w:r>
      <w:r>
        <w:rPr>
          <w:b/>
        </w:rPr>
        <w:t xml:space="preserve">t </w:t>
      </w:r>
      <w:r>
        <w:t>.............................. (n</w:t>
      </w:r>
      <w:r>
        <w:t>ế</w:t>
      </w:r>
      <w:r>
        <w:t>u có).</w:t>
      </w:r>
    </w:p>
    <w:p w14:paraId="26F8F173" w14:textId="77777777" w:rsidR="00372A39" w:rsidRDefault="001B796F">
      <w:pPr>
        <w:pStyle w:val="ListBullet"/>
        <w:spacing w:after="120"/>
      </w:pPr>
      <w:r>
        <w:t>Thành th</w:t>
      </w:r>
      <w:r>
        <w:t>ạ</w:t>
      </w:r>
      <w:r>
        <w:t>o các công c</w:t>
      </w:r>
      <w:r>
        <w:t>ụ</w:t>
      </w:r>
      <w:r>
        <w:t xml:space="preserve"> và n</w:t>
      </w:r>
      <w:r>
        <w:t>ề</w:t>
      </w:r>
      <w:r>
        <w:t>n t</w:t>
      </w:r>
      <w:r>
        <w:t>ả</w:t>
      </w:r>
      <w:r>
        <w:t>ng h</w:t>
      </w:r>
      <w:r>
        <w:t>ỗ</w:t>
      </w:r>
      <w:r>
        <w:t xml:space="preserve"> tr</w:t>
      </w:r>
      <w:r>
        <w:t>ợ</w:t>
      </w:r>
      <w:r>
        <w:t xml:space="preserve"> gi</w:t>
      </w:r>
      <w:r>
        <w:t>ả</w:t>
      </w:r>
      <w:r>
        <w:t>ng d</w:t>
      </w:r>
      <w:r>
        <w:t>ạ</w:t>
      </w:r>
      <w:r>
        <w:t>y như ....................................</w:t>
      </w:r>
    </w:p>
    <w:p w14:paraId="37539A00" w14:textId="77777777" w:rsidR="00372A39" w:rsidRDefault="001B796F">
      <w:pPr>
        <w:spacing w:after="120"/>
        <w:jc w:val="both"/>
      </w:pPr>
      <w:r>
        <w:t>Tôi là ngư</w:t>
      </w:r>
      <w:r>
        <w:t>ờ</w:t>
      </w:r>
      <w:r>
        <w:t>i kiên nh</w:t>
      </w:r>
      <w:r>
        <w:t>ẫ</w:t>
      </w:r>
      <w:r>
        <w:t>n, t</w:t>
      </w:r>
      <w:r>
        <w:t>ậ</w:t>
      </w:r>
      <w:r>
        <w:t>n tâm và luôn đ</w:t>
      </w:r>
      <w:r>
        <w:t>ặ</w:t>
      </w:r>
      <w:r>
        <w:t>t s</w:t>
      </w:r>
      <w:r>
        <w:t>ự</w:t>
      </w:r>
      <w:r>
        <w:t xml:space="preserve"> phát tri</w:t>
      </w:r>
      <w:r>
        <w:t>ể</w:t>
      </w:r>
      <w:r>
        <w:t>n c</w:t>
      </w:r>
      <w:r>
        <w:t>ủ</w:t>
      </w:r>
      <w:r>
        <w:t>a h</w:t>
      </w:r>
      <w:r>
        <w:t>ọ</w:t>
      </w:r>
      <w:r>
        <w:t>c sinh làm tr</w:t>
      </w:r>
      <w:r>
        <w:t>ọ</w:t>
      </w:r>
      <w:r>
        <w:t>ng tâm trong quá trình g</w:t>
      </w:r>
      <w:r>
        <w:t>i</w:t>
      </w:r>
      <w:r>
        <w:t>ả</w:t>
      </w:r>
      <w:r>
        <w:t>ng d</w:t>
      </w:r>
      <w:r>
        <w:t>ạ</w:t>
      </w:r>
      <w:r>
        <w:t>y. Đ</w:t>
      </w:r>
      <w:r>
        <w:t>ồ</w:t>
      </w:r>
      <w:r>
        <w:t>ng th</w:t>
      </w:r>
      <w:r>
        <w:t>ờ</w:t>
      </w:r>
      <w:r>
        <w:t>i, tôi không ng</w:t>
      </w:r>
      <w:r>
        <w:t>ừ</w:t>
      </w:r>
      <w:r>
        <w:t>ng c</w:t>
      </w:r>
      <w:r>
        <w:t>ậ</w:t>
      </w:r>
      <w:r>
        <w:t>p nh</w:t>
      </w:r>
      <w:r>
        <w:t>ậ</w:t>
      </w:r>
      <w:r>
        <w:t>t phương pháp giáo d</w:t>
      </w:r>
      <w:r>
        <w:t>ụ</w:t>
      </w:r>
      <w:r>
        <w:t>c m</w:t>
      </w:r>
      <w:r>
        <w:t>ớ</w:t>
      </w:r>
      <w:r>
        <w:t xml:space="preserve">i, </w:t>
      </w:r>
      <w:r>
        <w:t>ứ</w:t>
      </w:r>
      <w:r>
        <w:t>ng d</w:t>
      </w:r>
      <w:r>
        <w:t>ụ</w:t>
      </w:r>
      <w:r>
        <w:t>ng công ngh</w:t>
      </w:r>
      <w:r>
        <w:t>ệ</w:t>
      </w:r>
      <w:r>
        <w:t xml:space="preserve"> vào gi</w:t>
      </w:r>
      <w:r>
        <w:t>ả</w:t>
      </w:r>
      <w:r>
        <w:t>ng d</w:t>
      </w:r>
      <w:r>
        <w:t>ạ</w:t>
      </w:r>
      <w:r>
        <w:t>y và tích c</w:t>
      </w:r>
      <w:r>
        <w:t>ự</w:t>
      </w:r>
      <w:r>
        <w:t>c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đ</w:t>
      </w:r>
      <w:r>
        <w:t>ồ</w:t>
      </w:r>
      <w:r>
        <w:t>ng nghi</w:t>
      </w:r>
      <w:r>
        <w:t>ệ</w:t>
      </w:r>
      <w:r>
        <w:t>p cũng như ph</w:t>
      </w:r>
      <w:r>
        <w:t>ụ</w:t>
      </w:r>
      <w:r>
        <w:t xml:space="preserve"> huynh nh</w:t>
      </w:r>
      <w:r>
        <w:t>ằ</w:t>
      </w:r>
      <w:r>
        <w:t>m mang l</w:t>
      </w:r>
      <w:r>
        <w:t>ạ</w:t>
      </w:r>
      <w:r>
        <w:t>i môi trư</w:t>
      </w:r>
      <w:r>
        <w:t>ờ</w:t>
      </w:r>
      <w:r>
        <w:t>ng h</w:t>
      </w:r>
      <w:r>
        <w:t>ọ</w:t>
      </w:r>
      <w:r>
        <w:t>c t</w:t>
      </w:r>
      <w:r>
        <w:t>ậ</w:t>
      </w:r>
      <w:r>
        <w:t>p hi</w:t>
      </w:r>
      <w:r>
        <w:t>ệ</w:t>
      </w:r>
      <w:r>
        <w:t>u qu</w:t>
      </w:r>
      <w:r>
        <w:t>ả</w:t>
      </w:r>
      <w:r>
        <w:t xml:space="preserve"> cho h</w:t>
      </w:r>
      <w:r>
        <w:t>ọ</w:t>
      </w:r>
      <w:r>
        <w:t>c sinh.</w:t>
      </w:r>
    </w:p>
    <w:p w14:paraId="1D47C7F2" w14:textId="77777777" w:rsidR="00372A39" w:rsidRDefault="001B796F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</w:t>
      </w:r>
      <w:r>
        <w:t>ế</w:t>
      </w:r>
      <w:r>
        <w:t>n th</w:t>
      </w:r>
      <w:r>
        <w:t>ứ</w:t>
      </w:r>
      <w:r>
        <w:t xml:space="preserve">c chuyên môn, </w:t>
      </w:r>
      <w:r>
        <w:t>kinh nghi</w:t>
      </w:r>
      <w:r>
        <w:t>ệ</w:t>
      </w:r>
      <w:r>
        <w:t>m gi</w:t>
      </w:r>
      <w:r>
        <w:t>ả</w:t>
      </w:r>
      <w:r>
        <w:t>ng d</w:t>
      </w:r>
      <w:r>
        <w:t>ạ</w:t>
      </w:r>
      <w:r>
        <w:t>y và tinh th</w:t>
      </w:r>
      <w:r>
        <w:t>ầ</w:t>
      </w:r>
      <w:r>
        <w:t>n trách nhi</w:t>
      </w:r>
      <w:r>
        <w:t>ệ</w:t>
      </w:r>
      <w:r>
        <w:t>m,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Trư</w:t>
      </w:r>
      <w:r>
        <w:t>ờ</w:t>
      </w:r>
      <w:r>
        <w:t>ng và đóng góp tích c</w:t>
      </w:r>
      <w:r>
        <w:t>ự</w:t>
      </w:r>
      <w:r>
        <w:t>c vào s</w:t>
      </w:r>
      <w:r>
        <w:t>ự</w:t>
      </w:r>
      <w:r>
        <w:t xml:space="preserve"> phát tri</w:t>
      </w:r>
      <w:r>
        <w:t>ể</w:t>
      </w:r>
      <w:r>
        <w:t>n chung c</w:t>
      </w:r>
      <w:r>
        <w:t>ủ</w:t>
      </w:r>
      <w:r>
        <w:t>a nhà trư</w:t>
      </w:r>
      <w:r>
        <w:t>ờ</w:t>
      </w:r>
      <w:r>
        <w:t>ng.</w:t>
      </w:r>
    </w:p>
    <w:p w14:paraId="65CE4F80" w14:textId="77777777" w:rsidR="00372A39" w:rsidRDefault="001B796F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Trư</w:t>
      </w:r>
      <w:r>
        <w:t>ờ</w:t>
      </w:r>
      <w:r>
        <w:t>ng thu</w:t>
      </w:r>
      <w:r>
        <w:t>ậ</w:t>
      </w:r>
      <w:r>
        <w:t>n ti</w:t>
      </w:r>
      <w:r>
        <w:t>ệ</w:t>
      </w:r>
      <w:r>
        <w:t>n xem xét.</w:t>
      </w:r>
      <w:r>
        <w:t xml:space="preserve">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chuyên môn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36CCD15E" w14:textId="77777777" w:rsidR="00372A39" w:rsidRDefault="001B796F">
      <w:pPr>
        <w:spacing w:after="280"/>
        <w:jc w:val="both"/>
      </w:pPr>
      <w:r>
        <w:t>Xin chân thành c</w:t>
      </w:r>
      <w:r>
        <w:t>ả</w:t>
      </w:r>
      <w:r>
        <w:t>m ơn Quý Trư</w:t>
      </w:r>
      <w:r>
        <w:t>ờ</w:t>
      </w:r>
      <w:r>
        <w:t>ng!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72A39" w14:paraId="20E1F7EA" w14:textId="77777777">
        <w:tc>
          <w:tcPr>
            <w:tcW w:w="4680" w:type="dxa"/>
          </w:tcPr>
          <w:p w14:paraId="6A88E441" w14:textId="77777777" w:rsidR="00372A39" w:rsidRDefault="00372A39"/>
        </w:tc>
        <w:tc>
          <w:tcPr>
            <w:tcW w:w="4680" w:type="dxa"/>
          </w:tcPr>
          <w:p w14:paraId="20A97B0A" w14:textId="77777777" w:rsidR="00372A39" w:rsidRDefault="001B796F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tên)</w:t>
            </w:r>
          </w:p>
        </w:tc>
      </w:tr>
    </w:tbl>
    <w:p w14:paraId="17F09836" w14:textId="77777777" w:rsidR="001B796F" w:rsidRDefault="001B796F"/>
    <w:sectPr w:rsidR="001B796F" w:rsidSect="004F7988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96F"/>
    <w:rsid w:val="0029639D"/>
    <w:rsid w:val="00326F90"/>
    <w:rsid w:val="00372A39"/>
    <w:rsid w:val="004F798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00FB127"/>
  <w14:defaultImageDpi w14:val="300"/>
  <w15:docId w15:val="{21C5D800-F803-4101-8997-131D9A1D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2026-09-13T15:01:00Z</dcterms:modified>
  <cp:category/>
</cp:coreProperties>
</file>