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sz w:val="26"/>
        </w:rPr>
        <w:t>CỘNG HÒA XÃ HỘI CHỦ NGHĨA VIỆT NAM</w:t>
        <w:br/>
      </w:r>
      <w:r>
        <w:rPr>
          <w:b/>
          <w:sz w:val="26"/>
        </w:rPr>
        <w:t>Độc lập - Tự do - Hạnh phúc</w:t>
      </w:r>
    </w:p>
    <w:p>
      <w:pPr>
        <w:spacing w:before="360" w:after="360"/>
        <w:jc w:val="center"/>
      </w:pPr>
      <w:r>
        <w:rPr>
          <w:b/>
          <w:sz w:val="32"/>
        </w:rPr>
        <w:t>ĐƠN XIN VIỆC</w:t>
      </w:r>
    </w:p>
    <w:p>
      <w:pPr>
        <w:spacing w:after="200" w:line="276" w:lineRule="auto"/>
      </w:pPr>
      <w:r>
        <w:rPr>
          <w:b/>
        </w:rPr>
        <w:t xml:space="preserve">Kính gửi: </w:t>
      </w:r>
      <w:r>
        <w:t>Ban Lãnh đạo và Phòng Nhân sự Công ty .............................................</w:t>
      </w:r>
    </w:p>
    <w:p>
      <w:pPr>
        <w:spacing w:after="160" w:line="276" w:lineRule="auto"/>
      </w:pPr>
      <w:r>
        <w:rPr>
          <w:b/>
        </w:rPr>
        <w:t>Họ và tên:</w:t>
      </w:r>
      <w:r>
        <w:t xml:space="preserve"> ......................................................................</w:t>
      </w:r>
    </w:p>
    <w:p>
      <w:pPr>
        <w:spacing w:after="160" w:line="276" w:lineRule="auto"/>
      </w:pPr>
      <w:r>
        <w:rPr>
          <w:b/>
        </w:rPr>
        <w:t>Ngày sinh:</w:t>
      </w:r>
      <w:r>
        <w:t xml:space="preserve"> .....................................................................</w:t>
      </w:r>
    </w:p>
    <w:p>
      <w:pPr>
        <w:spacing w:after="160" w:line="276" w:lineRule="auto"/>
      </w:pPr>
      <w:r>
        <w:rPr>
          <w:b/>
        </w:rPr>
        <w:t>Địa chỉ:</w:t>
      </w:r>
      <w:r>
        <w:t xml:space="preserve"> .......................................................................</w:t>
      </w:r>
    </w:p>
    <w:p>
      <w:pPr>
        <w:spacing w:after="280" w:line="276" w:lineRule="auto"/>
      </w:pPr>
      <w:r>
        <w:rPr>
          <w:b/>
        </w:rPr>
        <w:t>Số điện thoại:</w:t>
      </w:r>
      <w:r>
        <w:t xml:space="preserve"> ...................................................................</w:t>
      </w:r>
    </w:p>
    <w:p>
      <w:pPr>
        <w:spacing w:after="240" w:line="276" w:lineRule="auto"/>
        <w:jc w:val="both"/>
      </w:pPr>
      <w:r>
        <w:t xml:space="preserve">Thông qua thông tin tuyển dụng được đăng tải trên </w:t>
      </w:r>
      <w:r>
        <w:rPr>
          <w:b/>
        </w:rPr>
        <w:t>HRCV</w:t>
      </w:r>
      <w:r>
        <w:t>, tôi được biết Quý công ty đang tuyển dụng vị trí Công nhân .................................... Sau khi tìm hiểu về công việc cũng như môi trường làm việc của Quý công ty, tôi nhận thấy bản thân đáp ứng được các yêu cầu của vị trí nên mạnh dạn gửi đơn này với mong muốn được trở thành một thành viên của công ty.</w:t>
      </w:r>
    </w:p>
    <w:p>
      <w:pPr>
        <w:spacing w:after="240" w:line="276" w:lineRule="auto"/>
        <w:jc w:val="both"/>
      </w:pPr>
      <w:r>
        <w:t>Tôi là người có sức khỏe tốt, chăm chỉ, chịu khó và luôn đề cao tinh thần trách nhiệm trong công việc. Trong quá trình học tập và làm việc trước đây tại ........................................, tôi đã có cơ hội làm quen với môi trường sản xuất, rèn luyện tính cẩn thận, khả năng phối hợp với đồng nghiệp và ý thức tuân thủ quy trình làm việc. Tôi cũng sẵn sàng làm việc theo ca, tăng ca khi cần thiết và luôn chấp hành nghiêm túc các quy định về an toàn lao động.</w:t>
      </w:r>
    </w:p>
    <w:p>
      <w:pPr>
        <w:spacing w:after="240" w:line="276" w:lineRule="auto"/>
        <w:jc w:val="both"/>
      </w:pPr>
      <w:r>
        <w:t>Với tôi, công việc không chỉ là nguồn thu nhập mà còn là cơ hội để học hỏi, nâng cao tay nghề và phát triển bản thân. Nếu được Quý công ty tin tưởng tuyển dụng, tôi cam kết sẽ nỗ lực hoàn thành tốt nhiệm vụ được giao, giữ thái độ làm việc nghiêm túc, trung thực và góp phần xây dựng môi trường làm việc đoàn kết, hiệu quả.</w:t>
      </w:r>
    </w:p>
    <w:p>
      <w:pPr>
        <w:spacing w:after="240" w:line="276" w:lineRule="auto"/>
        <w:jc w:val="both"/>
      </w:pPr>
      <w:r>
        <w:t>Tôi xin gửi kèm theo đơn này CV (nếu có) cùng các giấy tờ liên quan để Quý công ty thuận tiện xem xét. Rất mong có cơ hội được trao đổi trực tiếp trong buổi phỏng vấn và trở thành nhân viên của Quý công ty.</w:t>
      </w:r>
    </w:p>
    <w:p>
      <w:pPr>
        <w:spacing w:after="480" w:line="276" w:lineRule="auto"/>
        <w:jc w:val="both"/>
      </w:pPr>
      <w:r>
        <w:t>Xin chân thành cảm ơn Quý công ty đã dành thời gian xem xét đơn xin việc của tôi!</w:t>
      </w:r>
    </w:p>
    <w:tbl>
      <w:tblPr>
        <w:tblW w:type="auto" w:w="0"/>
        <w:tblLayout w:type="fixed"/>
        <w:tblLook w:firstColumn="1" w:firstRow="1" w:lastColumn="0" w:lastRow="0" w:noHBand="0" w:noVBand="1" w:val="04A0"/>
      </w:tblPr>
      <w:tblGrid>
        <w:gridCol w:w="4608"/>
        <w:gridCol w:w="4752"/>
      </w:tblGrid>
      <w:tr>
        <w:tc>
          <w:tcPr>
            <w:tcW w:type="dxa" w:w="4680"/>
          </w:tcPr>
          <w:p/>
        </w:tc>
        <w:tc>
          <w:tcPr>
            <w:tcW w:type="dxa" w:w="4680"/>
          </w:tcPr>
          <w:p>
            <w:pPr>
              <w:spacing w:after="80" w:line="276" w:lineRule="auto"/>
              <w:jc w:val="center"/>
            </w:pPr>
            <w:r>
              <w:rPr>
                <w:i/>
              </w:rPr>
              <w:t>............., ngày ...... tháng ...... năm ......</w:t>
              <w:br/>
            </w:r>
            <w:r>
              <w:rPr>
                <w:b/>
              </w:rPr>
              <w:t>Người làm đơn</w:t>
              <w:br/>
              <w:br/>
              <w:br/>
            </w:r>
            <w:r>
              <w:rPr>
                <w:i/>
              </w:rPr>
              <w:t>(Ký và ghi rõ họ tên)</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