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F2586" w14:textId="77777777" w:rsidR="00624FEF" w:rsidRDefault="009C6BD5" w:rsidP="00B47441">
      <w:pPr>
        <w:spacing w:before="120" w:after="12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498F5135" w14:textId="77777777" w:rsidR="00624FEF" w:rsidRDefault="009C6BD5" w:rsidP="00B47441">
      <w:pPr>
        <w:spacing w:before="120" w:after="12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1A2B3BB1" w14:textId="77777777" w:rsidR="00624FEF" w:rsidRDefault="009C6BD5" w:rsidP="00B47441">
      <w:pPr>
        <w:spacing w:before="120"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49492A78" w14:textId="0A3471ED" w:rsidR="00624FEF" w:rsidRDefault="009C6BD5" w:rsidP="00B47441">
      <w:pPr>
        <w:spacing w:before="120" w:after="12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.................................................................</w:t>
      </w:r>
    </w:p>
    <w:p w14:paraId="6E572400" w14:textId="190352D0" w:rsidR="00624FEF" w:rsidRDefault="009C6BD5" w:rsidP="00B47441">
      <w:pPr>
        <w:spacing w:before="120" w:after="12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...........................................</w:t>
      </w:r>
    </w:p>
    <w:p w14:paraId="200D0EBC" w14:textId="77777777" w:rsidR="00624FEF" w:rsidRDefault="009C6BD5" w:rsidP="00B47441">
      <w:pPr>
        <w:spacing w:before="120" w:after="12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2FFB0A28" w14:textId="77777777" w:rsidR="00624FEF" w:rsidRDefault="009C6BD5" w:rsidP="00B47441">
      <w:pPr>
        <w:spacing w:before="120"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Nhân viên kinh doanh</w:t>
      </w:r>
      <w:r>
        <w:t>. V</w:t>
      </w:r>
      <w:r>
        <w:t>ớ</w:t>
      </w:r>
      <w:r>
        <w:t xml:space="preserve">i ...... năm </w:t>
      </w:r>
      <w:r>
        <w:t>kinh nghi</w:t>
      </w:r>
      <w:r>
        <w:t>ệ</w:t>
      </w:r>
      <w:r>
        <w:t>m trong lĩnh v</w:t>
      </w:r>
      <w:r>
        <w:t>ự</w:t>
      </w:r>
      <w:r>
        <w:t>c kinh doanh,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có cơ h</w:t>
      </w:r>
      <w:r>
        <w:t>ộ</w:t>
      </w:r>
      <w:r>
        <w:t>i phát huy năng l</w:t>
      </w:r>
      <w:r>
        <w:t>ự</w:t>
      </w:r>
      <w:r>
        <w:t>c, m</w:t>
      </w:r>
      <w:r>
        <w:t>ở</w:t>
      </w:r>
      <w:r>
        <w:t xml:space="preserve"> r</w:t>
      </w:r>
      <w:r>
        <w:t>ộ</w:t>
      </w:r>
      <w:r>
        <w:t>ng t</w:t>
      </w:r>
      <w:r>
        <w:t>ệ</w:t>
      </w:r>
      <w:r>
        <w:t>p khách hàng và đóng góp vào s</w:t>
      </w:r>
      <w:r>
        <w:t>ự</w:t>
      </w:r>
      <w:r>
        <w:t xml:space="preserve"> phát tri</w:t>
      </w:r>
      <w:r>
        <w:t>ể</w:t>
      </w:r>
      <w:r>
        <w:t>n c</w:t>
      </w:r>
      <w:r>
        <w:t>ủ</w:t>
      </w:r>
      <w:r>
        <w:t>a Quý công ty.</w:t>
      </w:r>
    </w:p>
    <w:p w14:paraId="4CC15B6D" w14:textId="77777777" w:rsidR="00624FEF" w:rsidRDefault="009C6BD5" w:rsidP="00B47441">
      <w:pPr>
        <w:spacing w:before="120" w:after="120"/>
        <w:jc w:val="both"/>
      </w:pPr>
      <w:r>
        <w:t>Trong quá trình làm vi</w:t>
      </w:r>
      <w:r>
        <w:t>ệ</w:t>
      </w:r>
      <w:r>
        <w:t>c t</w:t>
      </w:r>
      <w:r>
        <w:t>ạ</w:t>
      </w:r>
      <w:r>
        <w:t xml:space="preserve">i ........................................, </w:t>
      </w:r>
      <w:r>
        <w:t>tôi đã tr</w:t>
      </w:r>
      <w:r>
        <w:t>ự</w:t>
      </w:r>
      <w:r>
        <w:t>c ti</w:t>
      </w:r>
      <w:r>
        <w:t>ế</w:t>
      </w:r>
      <w:r>
        <w:t>p đ</w:t>
      </w:r>
      <w:r>
        <w:t>ả</w:t>
      </w:r>
      <w:r>
        <w:t>m nh</w:t>
      </w:r>
      <w:r>
        <w:t>ậ</w:t>
      </w:r>
      <w:r>
        <w:t>n các công vi</w:t>
      </w:r>
      <w:r>
        <w:t>ệ</w:t>
      </w:r>
      <w:r>
        <w:t>c như tìm ki</w:t>
      </w:r>
      <w:r>
        <w:t>ế</w:t>
      </w:r>
      <w:r>
        <w:t>m khách hàng ti</w:t>
      </w:r>
      <w:r>
        <w:t>ề</w:t>
      </w:r>
      <w:r>
        <w:t>m năng, tư v</w:t>
      </w:r>
      <w:r>
        <w:t>ấ</w:t>
      </w:r>
      <w:r>
        <w:t>n s</w:t>
      </w:r>
      <w:r>
        <w:t>ả</w:t>
      </w:r>
      <w:r>
        <w:t>n ph</w:t>
      </w:r>
      <w:r>
        <w:t>ẩ</w:t>
      </w:r>
      <w:r>
        <w:t>m/d</w:t>
      </w:r>
      <w:r>
        <w:t>ị</w:t>
      </w:r>
      <w:r>
        <w:t>ch v</w:t>
      </w:r>
      <w:r>
        <w:t>ụ</w:t>
      </w:r>
      <w:r>
        <w:t>, đàm phán h</w:t>
      </w:r>
      <w:r>
        <w:t>ợ</w:t>
      </w:r>
      <w:r>
        <w:t>p đ</w:t>
      </w:r>
      <w:r>
        <w:t>ồ</w:t>
      </w:r>
      <w:r>
        <w:t>ng và chăm sóc khách hàng sau bán hàng. Đ</w:t>
      </w:r>
      <w:r>
        <w:t>ồ</w:t>
      </w:r>
      <w:r>
        <w:t>ng th</w:t>
      </w:r>
      <w:r>
        <w:t>ờ</w:t>
      </w:r>
      <w:r>
        <w:t>i, tôi thư</w:t>
      </w:r>
      <w:r>
        <w:t>ờ</w:t>
      </w:r>
      <w:r>
        <w:t>ng xuyên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b</w:t>
      </w:r>
      <w:r>
        <w:t>ộ</w:t>
      </w:r>
      <w:r>
        <w:t xml:space="preserve"> ph</w:t>
      </w:r>
      <w:r>
        <w:t>ậ</w:t>
      </w:r>
      <w:r>
        <w:t>n liên quan nh</w:t>
      </w:r>
      <w:r>
        <w:t>ằ</w:t>
      </w:r>
      <w:r>
        <w:t>m đ</w:t>
      </w:r>
      <w:r>
        <w:t>ả</w:t>
      </w:r>
      <w:r>
        <w:t>m b</w:t>
      </w:r>
      <w:r>
        <w:t>ả</w:t>
      </w:r>
      <w:r>
        <w:t>o ti</w:t>
      </w:r>
      <w:r>
        <w:t>ế</w:t>
      </w:r>
      <w:r>
        <w:t>n đ</w:t>
      </w:r>
      <w:r>
        <w:t>ộ</w:t>
      </w:r>
      <w:r>
        <w:t xml:space="preserve"> tri</w:t>
      </w:r>
      <w:r>
        <w:t>ể</w:t>
      </w:r>
      <w:r>
        <w:t xml:space="preserve">n khai, nâng </w:t>
      </w:r>
      <w:r>
        <w:t>cao ch</w:t>
      </w:r>
      <w:r>
        <w:t>ấ</w:t>
      </w:r>
      <w:r>
        <w:t>t lư</w:t>
      </w:r>
      <w:r>
        <w:t>ợ</w:t>
      </w:r>
      <w:r>
        <w:t>ng d</w:t>
      </w:r>
      <w:r>
        <w:t>ị</w:t>
      </w:r>
      <w:r>
        <w:t>ch v</w:t>
      </w:r>
      <w:r>
        <w:t>ụ</w:t>
      </w:r>
      <w:r>
        <w:t xml:space="preserve"> và duy trì m</w:t>
      </w:r>
      <w:r>
        <w:t>ố</w:t>
      </w:r>
      <w:r>
        <w:t>i quan h</w:t>
      </w:r>
      <w:r>
        <w:t>ệ</w:t>
      </w:r>
      <w:r>
        <w:t xml:space="preserve"> v</w:t>
      </w:r>
      <w:r>
        <w:t>ớ</w:t>
      </w:r>
      <w:r>
        <w:t>i khách hàng.</w:t>
      </w:r>
    </w:p>
    <w:p w14:paraId="30DD3599" w14:textId="77777777" w:rsidR="00624FEF" w:rsidRDefault="009C6BD5" w:rsidP="00B47441">
      <w:pPr>
        <w:spacing w:before="120" w:after="12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tôi đã đ</w:t>
      </w:r>
      <w:r>
        <w:t>ạ</w:t>
      </w:r>
      <w:r>
        <w:t>t đư</w:t>
      </w:r>
      <w:r>
        <w:t>ợ</w:t>
      </w:r>
      <w:r>
        <w:t>c trong quá trình công tác g</w:t>
      </w:r>
      <w:r>
        <w:t>ồ</w:t>
      </w:r>
      <w:r>
        <w:t>m:</w:t>
      </w:r>
    </w:p>
    <w:p w14:paraId="315DEF9F" w14:textId="77777777" w:rsidR="00624FEF" w:rsidRDefault="009C6BD5" w:rsidP="00B47441">
      <w:pPr>
        <w:pStyle w:val="ListBullet"/>
        <w:spacing w:before="120" w:after="120"/>
      </w:pPr>
      <w:r>
        <w:t>Tìm ki</w:t>
      </w:r>
      <w:r>
        <w:t>ế</w:t>
      </w:r>
      <w:r>
        <w:t>m và phát tri</w:t>
      </w:r>
      <w:r>
        <w:t>ể</w:t>
      </w:r>
      <w:r>
        <w:t>n ....................</w:t>
      </w:r>
      <w:r>
        <w:rPr>
          <w:b/>
        </w:rPr>
        <w:t xml:space="preserve"> khách hàng m</w:t>
      </w:r>
      <w:r>
        <w:rPr>
          <w:b/>
        </w:rPr>
        <w:t>ớ</w:t>
      </w:r>
      <w:r>
        <w:rPr>
          <w:b/>
        </w:rPr>
        <w:t xml:space="preserve">i trong </w:t>
      </w:r>
      <w:r>
        <w:t>.....................</w:t>
      </w:r>
    </w:p>
    <w:p w14:paraId="7BBE73B6" w14:textId="77777777" w:rsidR="00624FEF" w:rsidRDefault="009C6BD5" w:rsidP="00B47441">
      <w:pPr>
        <w:pStyle w:val="ListBullet"/>
        <w:spacing w:before="120" w:after="120"/>
      </w:pPr>
      <w:r>
        <w:t>Duy trì và chăm sóc ..................</w:t>
      </w:r>
      <w:r>
        <w:t>..</w:t>
      </w:r>
      <w:r>
        <w:rPr>
          <w:b/>
        </w:rPr>
        <w:t xml:space="preserve"> khách hàng</w:t>
      </w:r>
      <w:r>
        <w:t>, góp ph</w:t>
      </w:r>
      <w:r>
        <w:t>ầ</w:t>
      </w:r>
      <w:r>
        <w:t>n nâng cao t</w:t>
      </w:r>
      <w:r>
        <w:t>ỷ</w:t>
      </w:r>
      <w:r>
        <w:t xml:space="preserve"> l</w:t>
      </w:r>
      <w:r>
        <w:t>ệ</w:t>
      </w:r>
      <w:r>
        <w:t xml:space="preserve"> khách hàng quay l</w:t>
      </w:r>
      <w:r>
        <w:t>ạ</w:t>
      </w:r>
      <w:r>
        <w:t>i ho</w:t>
      </w:r>
      <w:r>
        <w:t>ặ</w:t>
      </w:r>
      <w:r>
        <w:t>c tái ký h</w:t>
      </w:r>
      <w:r>
        <w:t>ợ</w:t>
      </w:r>
      <w:r>
        <w:t>p đ</w:t>
      </w:r>
      <w:r>
        <w:t>ồ</w:t>
      </w:r>
      <w:r>
        <w:t>ng.</w:t>
      </w:r>
    </w:p>
    <w:p w14:paraId="5469FBDC" w14:textId="77777777" w:rsidR="00624FEF" w:rsidRDefault="009C6BD5" w:rsidP="00B47441">
      <w:pPr>
        <w:pStyle w:val="ListBullet"/>
        <w:spacing w:before="120" w:after="120"/>
      </w:pPr>
      <w:r>
        <w:t>Đ</w:t>
      </w:r>
      <w:r>
        <w:t>ạ</w:t>
      </w:r>
      <w:r>
        <w:t>t ..........% ch</w:t>
      </w:r>
      <w:r>
        <w:t>ỉ</w:t>
      </w:r>
      <w:r>
        <w:t xml:space="preserve"> tiêu doanh s</w:t>
      </w:r>
      <w:r>
        <w:t>ố</w:t>
      </w:r>
      <w:r>
        <w:t xml:space="preserve"> ho</w:t>
      </w:r>
      <w:r>
        <w:t>ặ</w:t>
      </w:r>
      <w:r>
        <w:t xml:space="preserve">c hoàn thành ..........% KPI trong </w:t>
      </w:r>
      <w:r>
        <w:rPr>
          <w:b/>
        </w:rPr>
        <w:t>....................</w:t>
      </w:r>
      <w:r>
        <w:t>.</w:t>
      </w:r>
    </w:p>
    <w:p w14:paraId="00F012BF" w14:textId="77777777" w:rsidR="00624FEF" w:rsidRDefault="009C6BD5" w:rsidP="00B47441">
      <w:pPr>
        <w:pStyle w:val="ListBullet"/>
        <w:spacing w:before="120" w:after="120"/>
      </w:pPr>
      <w:r>
        <w:t>Tham gia tri</w:t>
      </w:r>
      <w:r>
        <w:t>ể</w:t>
      </w:r>
      <w:r>
        <w:t>n khai ....................</w:t>
      </w:r>
      <w:r>
        <w:rPr>
          <w:b/>
        </w:rPr>
        <w:t xml:space="preserve"> d</w:t>
      </w:r>
      <w:r>
        <w:rPr>
          <w:b/>
        </w:rPr>
        <w:t>ự</w:t>
      </w:r>
      <w:r>
        <w:rPr>
          <w:b/>
        </w:rPr>
        <w:t xml:space="preserve"> án/h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</w:t>
      </w:r>
      <w:r>
        <w:t>, v</w:t>
      </w:r>
      <w:r>
        <w:t>ớ</w:t>
      </w:r>
      <w:r>
        <w:t>i t</w:t>
      </w:r>
      <w:r>
        <w:t>ổ</w:t>
      </w:r>
      <w:r>
        <w:t>ng giá tr</w:t>
      </w:r>
      <w:r>
        <w:t>ị</w:t>
      </w:r>
      <w:r>
        <w:t xml:space="preserve"> kho</w:t>
      </w:r>
      <w:r>
        <w:t>ả</w:t>
      </w:r>
      <w:r>
        <w:t xml:space="preserve">ng </w:t>
      </w:r>
      <w:r>
        <w:t>.................... (n</w:t>
      </w:r>
      <w:r>
        <w:t>ế</w:t>
      </w:r>
      <w:r>
        <w:t>u có).</w:t>
      </w:r>
    </w:p>
    <w:p w14:paraId="150BEB7A" w14:textId="77777777" w:rsidR="00624FEF" w:rsidRDefault="009C6BD5" w:rsidP="00B47441">
      <w:pPr>
        <w:pStyle w:val="ListBullet"/>
        <w:spacing w:before="120" w:after="120"/>
      </w:pPr>
      <w:r>
        <w:t>Đư</w:t>
      </w:r>
      <w:r>
        <w:t>ợ</w:t>
      </w:r>
      <w:r>
        <w:t>c ............................................. ghi nh</w:t>
      </w:r>
      <w:r>
        <w:t>ậ</w:t>
      </w:r>
      <w:r>
        <w:t>n v</w:t>
      </w:r>
      <w:r>
        <w:t>ề</w:t>
      </w:r>
      <w:r>
        <w:t xml:space="preserve"> thành tích ho</w:t>
      </w:r>
      <w:r>
        <w:t>ặ</w:t>
      </w:r>
      <w:r>
        <w:t>c hi</w:t>
      </w:r>
      <w:r>
        <w:t>ệ</w:t>
      </w:r>
      <w:r>
        <w:t>u qu</w:t>
      </w:r>
      <w:r>
        <w:t>ả</w:t>
      </w:r>
      <w:r>
        <w:t xml:space="preserve"> công vi</w:t>
      </w:r>
      <w:r>
        <w:t>ệ</w:t>
      </w:r>
      <w:r>
        <w:t>c.</w:t>
      </w:r>
    </w:p>
    <w:p w14:paraId="055562BE" w14:textId="77777777" w:rsidR="00624FEF" w:rsidRDefault="009C6BD5" w:rsidP="00B47441">
      <w:pPr>
        <w:spacing w:before="120" w:after="120"/>
        <w:jc w:val="both"/>
      </w:pPr>
      <w:r>
        <w:t>Tôi là ngư</w:t>
      </w:r>
      <w:r>
        <w:t>ờ</w:t>
      </w:r>
      <w:r>
        <w:t>i ch</w:t>
      </w:r>
      <w:r>
        <w:t>ủ</w:t>
      </w:r>
      <w:r>
        <w:t xml:space="preserve"> đ</w:t>
      </w:r>
      <w:r>
        <w:t>ộ</w:t>
      </w:r>
      <w:r>
        <w:t>ng, có tinh th</w:t>
      </w:r>
      <w:r>
        <w:t>ầ</w:t>
      </w:r>
      <w:r>
        <w:t>n trách nhi</w:t>
      </w:r>
      <w:r>
        <w:t>ệ</w:t>
      </w:r>
      <w:r>
        <w:t>m và luôn s</w:t>
      </w:r>
      <w:r>
        <w:t>ẵ</w:t>
      </w:r>
      <w:r>
        <w:t>n sàng h</w:t>
      </w:r>
      <w:r>
        <w:t>ọ</w:t>
      </w:r>
      <w:r>
        <w:t>c h</w:t>
      </w:r>
      <w:r>
        <w:t>ỏ</w:t>
      </w:r>
      <w:r>
        <w:t>i đ</w:t>
      </w:r>
      <w:r>
        <w:t>ể</w:t>
      </w:r>
      <w:r>
        <w:t xml:space="preserve"> nâng cao k</w:t>
      </w:r>
      <w:r>
        <w:t>ỹ</w:t>
      </w:r>
      <w:r>
        <w:t xml:space="preserve"> năng bán hàng, đàm phán và xây d</w:t>
      </w:r>
      <w:r>
        <w:t>ự</w:t>
      </w:r>
      <w:r>
        <w:t>ng m</w:t>
      </w:r>
      <w:r>
        <w:t>ố</w:t>
      </w:r>
      <w:r>
        <w:t>i quan h</w:t>
      </w:r>
      <w:r>
        <w:t>ệ</w:t>
      </w:r>
      <w:r>
        <w:t xml:space="preserve"> v</w:t>
      </w:r>
      <w:r>
        <w:t>ớ</w:t>
      </w:r>
      <w:r>
        <w:t>i khách hàng. Tôi tin r</w:t>
      </w:r>
      <w:r>
        <w:t>ằ</w:t>
      </w:r>
      <w:r>
        <w:t>ng v</w:t>
      </w:r>
      <w:r>
        <w:t>ớ</w:t>
      </w:r>
      <w:r>
        <w:t>i kinh nghi</w:t>
      </w:r>
      <w:r>
        <w:t>ệ</w:t>
      </w:r>
      <w:r>
        <w:t>m cùng thái đ</w:t>
      </w:r>
      <w:r>
        <w:t>ộ</w:t>
      </w:r>
      <w:r>
        <w:t xml:space="preserve"> làm vi</w:t>
      </w:r>
      <w:r>
        <w:t>ệ</w:t>
      </w:r>
      <w:r>
        <w:t>c nghiêm túc,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hoàn thành t</w:t>
      </w:r>
      <w:r>
        <w:t>ố</w:t>
      </w:r>
      <w:r>
        <w:t>t các m</w:t>
      </w:r>
      <w:r>
        <w:t>ụ</w:t>
      </w:r>
      <w:r>
        <w:t>c tiêu đư</w:t>
      </w:r>
      <w:r>
        <w:t>ợ</w:t>
      </w:r>
      <w:r>
        <w:t>c giao.</w:t>
      </w:r>
    </w:p>
    <w:p w14:paraId="37B9D393" w14:textId="77777777" w:rsidR="00624FEF" w:rsidRDefault="009C6BD5" w:rsidP="00B47441">
      <w:pPr>
        <w:spacing w:before="120"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côn</w:t>
      </w:r>
      <w:r>
        <w:t>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trao đ</w:t>
      </w:r>
      <w:r>
        <w:t>ổ</w:t>
      </w:r>
      <w:r>
        <w:t>i tr</w:t>
      </w:r>
      <w:r>
        <w:t>ự</w:t>
      </w:r>
      <w:r>
        <w:t>c ti</w:t>
      </w:r>
      <w:r>
        <w:t>ế</w:t>
      </w:r>
      <w:r>
        <w:t>p trong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6EF6879A" w14:textId="77777777" w:rsidR="00624FEF" w:rsidRDefault="009C6BD5" w:rsidP="00B47441">
      <w:pPr>
        <w:spacing w:before="120" w:after="12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24FEF" w14:paraId="29A2E009" w14:textId="77777777">
        <w:tc>
          <w:tcPr>
            <w:tcW w:w="4680" w:type="dxa"/>
          </w:tcPr>
          <w:p w14:paraId="02BD1556" w14:textId="77777777" w:rsidR="00624FEF" w:rsidRDefault="00624FEF" w:rsidP="00B47441">
            <w:pPr>
              <w:spacing w:before="120" w:after="120"/>
            </w:pPr>
          </w:p>
        </w:tc>
        <w:tc>
          <w:tcPr>
            <w:tcW w:w="4680" w:type="dxa"/>
          </w:tcPr>
          <w:p w14:paraId="2AE8376B" w14:textId="77777777" w:rsidR="00624FEF" w:rsidRDefault="009C6BD5" w:rsidP="00B47441">
            <w:pPr>
              <w:spacing w:before="120" w:after="120"/>
              <w:jc w:val="center"/>
            </w:pPr>
            <w:r>
              <w:rPr>
                <w:i/>
              </w:rPr>
              <w:t xml:space="preserve">............., ngày ...... tháng ...... </w:t>
            </w:r>
            <w:r>
              <w:rPr>
                <w:i/>
              </w:rPr>
              <w:t>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687993C8" w14:textId="77777777" w:rsidR="009C6BD5" w:rsidRDefault="009C6BD5" w:rsidP="00B47441">
      <w:pPr>
        <w:spacing w:before="120" w:after="120"/>
      </w:pPr>
    </w:p>
    <w:sectPr w:rsidR="009C6BD5" w:rsidSect="00B47441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4FEF"/>
    <w:rsid w:val="009C6BD5"/>
    <w:rsid w:val="00AA1D8D"/>
    <w:rsid w:val="00B4744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D4272E0"/>
  <w14:defaultImageDpi w14:val="300"/>
  <w15:docId w15:val="{E3A3DF72-8AD0-43A2-B5D1-F77B2267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2026-09-13T14:27:00Z</dcterms:modified>
  <cp:category/>
</cp:coreProperties>
</file>