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sz w:val="26"/>
        </w:rPr>
        <w:t>CỘNG HÒA XÃ HỘI CHỦ NGHĨA VIỆT NAM</w:t>
        <w:br/>
      </w:r>
      <w:r>
        <w:rPr>
          <w:b/>
          <w:sz w:val="26"/>
        </w:rPr>
        <w:t>Độc lập - Tự do - Hạnh phúc</w:t>
      </w:r>
    </w:p>
    <w:p>
      <w:pPr>
        <w:spacing w:before="320" w:after="320"/>
        <w:jc w:val="center"/>
      </w:pPr>
      <w:r>
        <w:rPr>
          <w:b/>
          <w:sz w:val="32"/>
        </w:rPr>
        <w:t>ĐƠN XIN VIỆC</w:t>
      </w:r>
    </w:p>
    <w:p>
      <w:pPr>
        <w:spacing w:after="160" w:line="276" w:lineRule="auto"/>
      </w:pPr>
      <w:r>
        <w:rPr>
          <w:b/>
        </w:rPr>
        <w:t xml:space="preserve">Kính gửi: </w:t>
      </w:r>
      <w:r>
        <w:t>Ban Giám đốc và Phòng Nhân sự Công ty ........................................</w:t>
      </w:r>
    </w:p>
    <w:p>
      <w:pPr>
        <w:spacing w:after="120" w:line="276" w:lineRule="auto"/>
      </w:pPr>
      <w:r>
        <w:rPr>
          <w:b/>
        </w:rPr>
        <w:t>Họ và tên:</w:t>
      </w:r>
      <w:r>
        <w:t xml:space="preserve"> ..................................................................</w:t>
      </w:r>
    </w:p>
    <w:p>
      <w:pPr>
        <w:spacing w:after="120" w:line="276" w:lineRule="auto"/>
      </w:pPr>
      <w:r>
        <w:rPr>
          <w:b/>
        </w:rPr>
        <w:t>Ngày sinh:</w:t>
      </w:r>
      <w:r>
        <w:t xml:space="preserve"> .................................................................</w:t>
      </w:r>
    </w:p>
    <w:p>
      <w:pPr>
        <w:spacing w:after="120" w:line="276" w:lineRule="auto"/>
      </w:pPr>
      <w:r>
        <w:rPr>
          <w:b/>
        </w:rPr>
        <w:t>Địa chỉ:</w:t>
      </w:r>
      <w:r>
        <w:t xml:space="preserve"> ...................................................................</w:t>
      </w:r>
    </w:p>
    <w:p>
      <w:pPr>
        <w:spacing w:after="120" w:line="276" w:lineRule="auto"/>
      </w:pPr>
      <w:r>
        <w:rPr>
          <w:b/>
        </w:rPr>
        <w:t>Số điện thoại:</w:t>
      </w:r>
      <w:r>
        <w:t xml:space="preserve"> ..............................................................</w:t>
      </w:r>
    </w:p>
    <w:p>
      <w:pPr>
        <w:spacing w:after="240" w:line="276" w:lineRule="auto"/>
      </w:pPr>
      <w:r>
        <w:rPr>
          <w:b/>
        </w:rPr>
        <w:t>Email:</w:t>
      </w:r>
      <w:r>
        <w:t xml:space="preserve"> ....................................................................</w:t>
      </w:r>
    </w:p>
    <w:p>
      <w:pPr>
        <w:spacing w:after="200" w:line="276" w:lineRule="auto"/>
        <w:jc w:val="both"/>
      </w:pPr>
      <w:r>
        <w:t xml:space="preserve">Qua thông tin tuyển dụng được đăng tải trên </w:t>
      </w:r>
      <w:r>
        <w:rPr>
          <w:b/>
        </w:rPr>
        <w:t>HRCV</w:t>
      </w:r>
      <w:r>
        <w:t>, tôi được biết Quý công ty đang tuyển dụng vị trí ......................................... Nhận thấy kiến thức, kỹ năng và kinh nghiệm của bản thân phù hợp với yêu cầu công việc, tôi mong muốn được ứng tuyển vào vị trí này.</w:t>
      </w:r>
    </w:p>
    <w:p>
      <w:pPr>
        <w:spacing w:after="200" w:line="276" w:lineRule="auto"/>
        <w:jc w:val="both"/>
      </w:pPr>
      <w:r>
        <w:t>Trong quá trình học tập và làm việc tại ........................................, tôi đã tích lũy được những kiến thức và kỹ năng liên quan đến .................................... Đồng thời, tôi luôn chủ động học hỏi, có tinh thần trách nhiệm và sẵn sàng thích nghi với môi trường làm việc mới để hoàn thành tốt các nhiệm vụ được giao.</w:t>
      </w:r>
    </w:p>
    <w:p>
      <w:pPr>
        <w:spacing w:after="200" w:line="276" w:lineRule="auto"/>
        <w:jc w:val="both"/>
      </w:pPr>
      <w:r>
        <w:t>Tôi tin rằng với sự nghiêm túc trong công việc, tinh thần cầu tiến và mong muốn phát triển lâu dài, tôi sẽ nhanh chóng hòa nhập với môi trường làm việc tại Quý công ty và đóng góp tích cực vào sự phát triển chung của doanh nghiệp.</w:t>
      </w:r>
    </w:p>
    <w:p>
      <w:pPr>
        <w:spacing w:after="200" w:line="276" w:lineRule="auto"/>
        <w:jc w:val="both"/>
      </w:pPr>
      <w:r>
        <w:t xml:space="preserve">Tôi xin gửi kèm </w:t>
      </w:r>
      <w:r>
        <w:rPr>
          <w:b/>
        </w:rPr>
        <w:t>CV cùng các tài liệu liên quan</w:t>
      </w:r>
      <w:r>
        <w:t xml:space="preserve"> để Quý công ty thuận tiện xem xét. Rất mong có cơ hội được trao đổi trực tiếp với Quý công ty trong buổi phỏng vấn.</w:t>
      </w:r>
    </w:p>
    <w:p>
      <w:pPr>
        <w:spacing w:after="480" w:line="276" w:lineRule="auto"/>
        <w:jc w:val="both"/>
      </w:pPr>
      <w:r>
        <w:t>Xin chân thành cảm ơn Quý công ty!</w:t>
      </w:r>
    </w:p>
    <w:tbl>
      <w:tblPr>
        <w:tblW w:type="auto" w:w="0"/>
        <w:tblLayout w:type="fixed"/>
        <w:tblLook w:firstColumn="1" w:firstRow="1" w:lastColumn="0" w:lastRow="0" w:noHBand="0" w:noVBand="1" w:val="04A0"/>
      </w:tblPr>
      <w:tblGrid>
        <w:gridCol w:w="4608"/>
        <w:gridCol w:w="4752"/>
      </w:tblGrid>
      <w:tr>
        <w:tc>
          <w:tcPr>
            <w:tcW w:type="dxa" w:w="4680"/>
          </w:tcPr>
          <w:p/>
        </w:tc>
        <w:tc>
          <w:tcPr>
            <w:tcW w:type="dxa" w:w="4680"/>
          </w:tcPr>
          <w:p>
            <w:pPr>
              <w:spacing w:after="80" w:line="276" w:lineRule="auto"/>
              <w:jc w:val="center"/>
            </w:pPr>
            <w:r>
              <w:rPr>
                <w:i/>
              </w:rPr>
              <w:t>............., ngày ...... tháng ...... năm ......</w:t>
              <w:br/>
            </w:r>
            <w:r>
              <w:rPr>
                <w:b/>
              </w:rPr>
              <w:t>Người làm đơn</w:t>
              <w:br/>
              <w:br/>
              <w:br/>
            </w:r>
            <w:r>
              <w:rPr>
                <w:i/>
              </w:rPr>
              <w:t>(Ký và ghi rõ họ tên)</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