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55491C" w14:textId="77777777" w:rsidR="0008074D" w:rsidRDefault="00DC6556" w:rsidP="00052950">
      <w:pPr>
        <w:spacing w:before="120" w:after="120"/>
        <w:jc w:val="center"/>
      </w:pPr>
      <w:r>
        <w:rPr>
          <w:b/>
          <w:sz w:val="26"/>
        </w:rPr>
        <w:t>C</w:t>
      </w:r>
      <w:r>
        <w:rPr>
          <w:b/>
          <w:sz w:val="26"/>
        </w:rPr>
        <w:t>Ộ</w:t>
      </w:r>
      <w:r>
        <w:rPr>
          <w:b/>
          <w:sz w:val="26"/>
        </w:rPr>
        <w:t>NG HÒA XÃ H</w:t>
      </w:r>
      <w:r>
        <w:rPr>
          <w:b/>
          <w:sz w:val="26"/>
        </w:rPr>
        <w:t>Ộ</w:t>
      </w:r>
      <w:r>
        <w:rPr>
          <w:b/>
          <w:sz w:val="26"/>
        </w:rPr>
        <w:t>I CH</w:t>
      </w:r>
      <w:r>
        <w:rPr>
          <w:b/>
          <w:sz w:val="26"/>
        </w:rPr>
        <w:t>Ủ</w:t>
      </w:r>
      <w:r>
        <w:rPr>
          <w:b/>
          <w:sz w:val="26"/>
        </w:rPr>
        <w:t xml:space="preserve"> NGHĨA VI</w:t>
      </w:r>
      <w:r>
        <w:rPr>
          <w:b/>
          <w:sz w:val="26"/>
        </w:rPr>
        <w:t>Ệ</w:t>
      </w:r>
      <w:r>
        <w:rPr>
          <w:b/>
          <w:sz w:val="26"/>
        </w:rPr>
        <w:t>T NAM</w:t>
      </w:r>
      <w:r>
        <w:rPr>
          <w:b/>
          <w:sz w:val="26"/>
        </w:rPr>
        <w:br/>
        <w:t>Đ</w:t>
      </w:r>
      <w:r>
        <w:rPr>
          <w:b/>
          <w:sz w:val="26"/>
        </w:rPr>
        <w:t>ộ</w:t>
      </w:r>
      <w:r>
        <w:rPr>
          <w:b/>
          <w:sz w:val="26"/>
        </w:rPr>
        <w:t>c l</w:t>
      </w:r>
      <w:r>
        <w:rPr>
          <w:b/>
          <w:sz w:val="26"/>
        </w:rPr>
        <w:t>ậ</w:t>
      </w:r>
      <w:r>
        <w:rPr>
          <w:b/>
          <w:sz w:val="26"/>
        </w:rPr>
        <w:t>p - T</w:t>
      </w:r>
      <w:r>
        <w:rPr>
          <w:b/>
          <w:sz w:val="26"/>
        </w:rPr>
        <w:t>ự</w:t>
      </w:r>
      <w:r>
        <w:rPr>
          <w:b/>
          <w:sz w:val="26"/>
        </w:rPr>
        <w:t xml:space="preserve"> do - H</w:t>
      </w:r>
      <w:r>
        <w:rPr>
          <w:b/>
          <w:sz w:val="26"/>
        </w:rPr>
        <w:t>ạ</w:t>
      </w:r>
      <w:r>
        <w:rPr>
          <w:b/>
          <w:sz w:val="26"/>
        </w:rPr>
        <w:t>nh phúc</w:t>
      </w:r>
    </w:p>
    <w:p w14:paraId="75E2762F" w14:textId="77777777" w:rsidR="0008074D" w:rsidRDefault="00DC6556" w:rsidP="00052950">
      <w:pPr>
        <w:spacing w:before="120" w:after="120"/>
        <w:jc w:val="center"/>
      </w:pPr>
      <w:r>
        <w:rPr>
          <w:b/>
          <w:sz w:val="32"/>
        </w:rPr>
        <w:t>ĐƠN XIN VI</w:t>
      </w:r>
      <w:r>
        <w:rPr>
          <w:b/>
          <w:sz w:val="32"/>
        </w:rPr>
        <w:t>Ệ</w:t>
      </w:r>
      <w:r>
        <w:rPr>
          <w:b/>
          <w:sz w:val="32"/>
        </w:rPr>
        <w:t>C</w:t>
      </w:r>
    </w:p>
    <w:p w14:paraId="0BDCE010" w14:textId="77777777" w:rsidR="0008074D" w:rsidRDefault="00DC6556" w:rsidP="00052950">
      <w:pPr>
        <w:spacing w:before="120" w:after="120"/>
      </w:pPr>
      <w:r>
        <w:rPr>
          <w:b/>
        </w:rPr>
        <w:t>Kính g</w:t>
      </w:r>
      <w:r>
        <w:rPr>
          <w:b/>
        </w:rPr>
        <w:t>ử</w:t>
      </w:r>
      <w:r>
        <w:rPr>
          <w:b/>
        </w:rPr>
        <w:t xml:space="preserve">i: </w:t>
      </w:r>
      <w:r>
        <w:t>Ban Giám đ</w:t>
      </w:r>
      <w:r>
        <w:t>ố</w:t>
      </w:r>
      <w:r>
        <w:t>c và Phòng Nhân s</w:t>
      </w:r>
      <w:r>
        <w:t>ự</w:t>
      </w:r>
      <w:r>
        <w:t xml:space="preserve"> Công ty ........................................</w:t>
      </w:r>
    </w:p>
    <w:p w14:paraId="31A54012" w14:textId="34D35C72" w:rsidR="0008074D" w:rsidRDefault="00DC6556" w:rsidP="00052950">
      <w:pPr>
        <w:spacing w:before="120" w:after="120"/>
      </w:pPr>
      <w:r>
        <w:rPr>
          <w:b/>
        </w:rPr>
        <w:t>H</w:t>
      </w:r>
      <w:r>
        <w:rPr>
          <w:b/>
        </w:rPr>
        <w:t>ọ</w:t>
      </w:r>
      <w:r>
        <w:rPr>
          <w:b/>
        </w:rPr>
        <w:t xml:space="preserve"> và tên:</w:t>
      </w:r>
      <w:r>
        <w:t xml:space="preserve"> ..................................................................</w:t>
      </w:r>
      <w:r>
        <w:rPr>
          <w:b/>
        </w:rPr>
        <w:t>Ngày sinh:</w:t>
      </w:r>
      <w:r>
        <w:t xml:space="preserve"> ...............</w:t>
      </w:r>
      <w:r>
        <w:t>.............................................</w:t>
      </w:r>
    </w:p>
    <w:p w14:paraId="76A2D846" w14:textId="3C043D91" w:rsidR="0008074D" w:rsidRDefault="00DC6556" w:rsidP="00052950">
      <w:pPr>
        <w:spacing w:before="120" w:after="120"/>
      </w:pPr>
      <w:r>
        <w:rPr>
          <w:b/>
        </w:rPr>
        <w:t>Đ</w:t>
      </w:r>
      <w:r>
        <w:rPr>
          <w:b/>
        </w:rPr>
        <w:t>ị</w:t>
      </w:r>
      <w:r>
        <w:rPr>
          <w:b/>
        </w:rPr>
        <w:t>a ch</w:t>
      </w:r>
      <w:r>
        <w:rPr>
          <w:b/>
        </w:rPr>
        <w:t>ỉ</w:t>
      </w:r>
      <w:r>
        <w:rPr>
          <w:b/>
        </w:rPr>
        <w:t>:</w:t>
      </w:r>
      <w:r>
        <w:t xml:space="preserve"> ...................................................................</w:t>
      </w:r>
      <w:r>
        <w:rPr>
          <w:b/>
        </w:rPr>
        <w:t>S</w:t>
      </w:r>
      <w:r>
        <w:rPr>
          <w:b/>
        </w:rPr>
        <w:t>ố</w:t>
      </w:r>
      <w:r>
        <w:rPr>
          <w:b/>
        </w:rPr>
        <w:t xml:space="preserve"> đi</w:t>
      </w:r>
      <w:r>
        <w:rPr>
          <w:b/>
        </w:rPr>
        <w:t>ệ</w:t>
      </w:r>
      <w:r>
        <w:rPr>
          <w:b/>
        </w:rPr>
        <w:t>n tho</w:t>
      </w:r>
      <w:r>
        <w:rPr>
          <w:b/>
        </w:rPr>
        <w:t>ạ</w:t>
      </w:r>
      <w:r>
        <w:rPr>
          <w:b/>
        </w:rPr>
        <w:t>i:</w:t>
      </w:r>
      <w:r>
        <w:t xml:space="preserve"> .................</w:t>
      </w:r>
      <w:r>
        <w:t>.........................................</w:t>
      </w:r>
    </w:p>
    <w:p w14:paraId="604FEA3E" w14:textId="77777777" w:rsidR="0008074D" w:rsidRDefault="00DC6556" w:rsidP="00052950">
      <w:pPr>
        <w:spacing w:before="120" w:after="120"/>
      </w:pPr>
      <w:r>
        <w:rPr>
          <w:b/>
        </w:rPr>
        <w:t>Email:</w:t>
      </w:r>
      <w:r>
        <w:t xml:space="preserve"> ....................................................................</w:t>
      </w:r>
    </w:p>
    <w:p w14:paraId="74DA2D41" w14:textId="77777777" w:rsidR="0008074D" w:rsidRDefault="00DC6556" w:rsidP="00052950">
      <w:pPr>
        <w:spacing w:before="120" w:after="120"/>
        <w:jc w:val="both"/>
      </w:pPr>
      <w:r>
        <w:t>Qua thông tin tuy</w:t>
      </w:r>
      <w:r>
        <w:t>ể</w:t>
      </w:r>
      <w:r>
        <w:t>n d</w:t>
      </w:r>
      <w:r>
        <w:t>ụ</w:t>
      </w:r>
      <w:r>
        <w:t>ng đư</w:t>
      </w:r>
      <w:r>
        <w:t>ợ</w:t>
      </w:r>
      <w:r>
        <w:t>c đăng t</w:t>
      </w:r>
      <w:r>
        <w:t>ả</w:t>
      </w:r>
      <w:r>
        <w:t xml:space="preserve">i trên </w:t>
      </w:r>
      <w:r>
        <w:rPr>
          <w:b/>
        </w:rPr>
        <w:t>HRCV</w:t>
      </w:r>
      <w:r>
        <w:t>, tôi đư</w:t>
      </w:r>
      <w:r>
        <w:t>ợ</w:t>
      </w:r>
      <w:r>
        <w:t>c bi</w:t>
      </w:r>
      <w:r>
        <w:t>ế</w:t>
      </w:r>
      <w:r>
        <w:t>t Quý công ty đang tuy</w:t>
      </w:r>
      <w:r>
        <w:t>ể</w:t>
      </w:r>
      <w:r>
        <w:t>n d</w:t>
      </w:r>
      <w:r>
        <w:t>ụ</w:t>
      </w:r>
      <w:r>
        <w:t>ng v</w:t>
      </w:r>
      <w:r>
        <w:t>ị</w:t>
      </w:r>
      <w:r>
        <w:t xml:space="preserve"> trí </w:t>
      </w:r>
      <w:r>
        <w:rPr>
          <w:b/>
        </w:rPr>
        <w:t>Nhân viên Xu</w:t>
      </w:r>
      <w:r>
        <w:rPr>
          <w:b/>
        </w:rPr>
        <w:t>ấ</w:t>
      </w:r>
      <w:r>
        <w:rPr>
          <w:b/>
        </w:rPr>
        <w:t>t nh</w:t>
      </w:r>
      <w:r>
        <w:rPr>
          <w:b/>
        </w:rPr>
        <w:t>ậ</w:t>
      </w:r>
      <w:r>
        <w:rPr>
          <w:b/>
        </w:rPr>
        <w:t>p kh</w:t>
      </w:r>
      <w:r>
        <w:rPr>
          <w:b/>
        </w:rPr>
        <w:t>ẩ</w:t>
      </w:r>
      <w:r>
        <w:rPr>
          <w:b/>
        </w:rPr>
        <w:t>u</w:t>
      </w:r>
      <w:r>
        <w:t>. V</w:t>
      </w:r>
      <w:r>
        <w:t>ớ</w:t>
      </w:r>
      <w:r>
        <w:t xml:space="preserve">i ...... </w:t>
      </w:r>
      <w:r>
        <w:t>năm kinh nghi</w:t>
      </w:r>
      <w:r>
        <w:t>ệ</w:t>
      </w:r>
      <w:r>
        <w:t>m trong lĩnh v</w:t>
      </w:r>
      <w:r>
        <w:t>ự</w:t>
      </w:r>
      <w:r>
        <w:t>c xu</w:t>
      </w:r>
      <w:r>
        <w:t>ấ</w:t>
      </w:r>
      <w:r>
        <w:t>t nh</w:t>
      </w:r>
      <w:r>
        <w:t>ậ</w:t>
      </w:r>
      <w:r>
        <w:t>p kh</w:t>
      </w:r>
      <w:r>
        <w:t>ẩ</w:t>
      </w:r>
      <w:r>
        <w:t>u cùng ki</w:t>
      </w:r>
      <w:r>
        <w:t>ế</w:t>
      </w:r>
      <w:r>
        <w:t>n th</w:t>
      </w:r>
      <w:r>
        <w:t>ứ</w:t>
      </w:r>
      <w:r>
        <w:t>c v</w:t>
      </w:r>
      <w:r>
        <w:t>ề</w:t>
      </w:r>
      <w:r>
        <w:t xml:space="preserve"> logistics và thương m</w:t>
      </w:r>
      <w:r>
        <w:t>ạ</w:t>
      </w:r>
      <w:r>
        <w:t>i qu</w:t>
      </w:r>
      <w:r>
        <w:t>ố</w:t>
      </w:r>
      <w:r>
        <w:t>c t</w:t>
      </w:r>
      <w:r>
        <w:t>ế</w:t>
      </w:r>
      <w:r>
        <w:t>, tôi mong mu</w:t>
      </w:r>
      <w:r>
        <w:t>ố</w:t>
      </w:r>
      <w:r>
        <w:t>n đư</w:t>
      </w:r>
      <w:r>
        <w:t>ợ</w:t>
      </w:r>
      <w:r>
        <w:t xml:space="preserve">c </w:t>
      </w:r>
      <w:r>
        <w:t>ứ</w:t>
      </w:r>
      <w:r>
        <w:t>ng tuy</w:t>
      </w:r>
      <w:r>
        <w:t>ể</w:t>
      </w:r>
      <w:r>
        <w:t>n vào v</w:t>
      </w:r>
      <w:r>
        <w:t>ị</w:t>
      </w:r>
      <w:r>
        <w:t xml:space="preserve"> trí này đ</w:t>
      </w:r>
      <w:r>
        <w:t>ể</w:t>
      </w:r>
      <w:r>
        <w:t xml:space="preserve"> có cơ h</w:t>
      </w:r>
      <w:r>
        <w:t>ộ</w:t>
      </w:r>
      <w:r>
        <w:t>i phát huy năng l</w:t>
      </w:r>
      <w:r>
        <w:t>ự</w:t>
      </w:r>
      <w:r>
        <w:t>c và đ</w:t>
      </w:r>
      <w:r>
        <w:t>ồ</w:t>
      </w:r>
      <w:r>
        <w:t>ng hành cùng s</w:t>
      </w:r>
      <w:r>
        <w:t>ự</w:t>
      </w:r>
      <w:r>
        <w:t xml:space="preserve"> phát tri</w:t>
      </w:r>
      <w:r>
        <w:t>ể</w:t>
      </w:r>
      <w:r>
        <w:t>n c</w:t>
      </w:r>
      <w:r>
        <w:t>ủ</w:t>
      </w:r>
      <w:r>
        <w:t>a Quý công ty.</w:t>
      </w:r>
    </w:p>
    <w:p w14:paraId="7107038E" w14:textId="77777777" w:rsidR="0008074D" w:rsidRDefault="00DC6556" w:rsidP="00052950">
      <w:pPr>
        <w:spacing w:before="120" w:after="120"/>
        <w:jc w:val="both"/>
      </w:pPr>
      <w:r>
        <w:t>Trong quá trình làm vi</w:t>
      </w:r>
      <w:r>
        <w:t>ệ</w:t>
      </w:r>
      <w:r>
        <w:t>c t</w:t>
      </w:r>
      <w:r>
        <w:t>ạ</w:t>
      </w:r>
      <w:r>
        <w:t>i ......</w:t>
      </w:r>
      <w:r>
        <w:t>.................................., tôi đã tr</w:t>
      </w:r>
      <w:r>
        <w:t>ự</w:t>
      </w:r>
      <w:r>
        <w:t>c ti</w:t>
      </w:r>
      <w:r>
        <w:t>ế</w:t>
      </w:r>
      <w:r>
        <w:t>p th</w:t>
      </w:r>
      <w:r>
        <w:t>ự</w:t>
      </w:r>
      <w:r>
        <w:t>c hi</w:t>
      </w:r>
      <w:r>
        <w:t>ệ</w:t>
      </w:r>
      <w:r>
        <w:t>n các nghi</w:t>
      </w:r>
      <w:r>
        <w:t>ệ</w:t>
      </w:r>
      <w:r>
        <w:t>p v</w:t>
      </w:r>
      <w:r>
        <w:t>ụ</w:t>
      </w:r>
      <w:r>
        <w:t xml:space="preserve"> liên quan đ</w:t>
      </w:r>
      <w:r>
        <w:t>ế</w:t>
      </w:r>
      <w:r>
        <w:t>n ho</w:t>
      </w:r>
      <w:r>
        <w:t>ạ</w:t>
      </w:r>
      <w:r>
        <w:t>t đ</w:t>
      </w:r>
      <w:r>
        <w:t>ộ</w:t>
      </w:r>
      <w:r>
        <w:t>ng xu</w:t>
      </w:r>
      <w:r>
        <w:t>ấ</w:t>
      </w:r>
      <w:r>
        <w:t>t nh</w:t>
      </w:r>
      <w:r>
        <w:t>ậ</w:t>
      </w:r>
      <w:r>
        <w:t>p kh</w:t>
      </w:r>
      <w:r>
        <w:t>ẩ</w:t>
      </w:r>
      <w:r>
        <w:t>u như chu</w:t>
      </w:r>
      <w:r>
        <w:t>ẩ</w:t>
      </w:r>
      <w:r>
        <w:t>n b</w:t>
      </w:r>
      <w:r>
        <w:t>ị</w:t>
      </w:r>
      <w:r>
        <w:t xml:space="preserve"> và ki</w:t>
      </w:r>
      <w:r>
        <w:t>ể</w:t>
      </w:r>
      <w:r>
        <w:t>m tra ch</w:t>
      </w:r>
      <w:r>
        <w:t>ứ</w:t>
      </w:r>
      <w:r>
        <w:t>ng t</w:t>
      </w:r>
      <w:r>
        <w:t>ừ</w:t>
      </w:r>
      <w:r>
        <w:t>, theo dõi ti</w:t>
      </w:r>
      <w:r>
        <w:t>ế</w:t>
      </w:r>
      <w:r>
        <w:t>n đ</w:t>
      </w:r>
      <w:r>
        <w:t>ộ</w:t>
      </w:r>
      <w:r>
        <w:t xml:space="preserve"> đơn hàng, làm vi</w:t>
      </w:r>
      <w:r>
        <w:t>ệ</w:t>
      </w:r>
      <w:r>
        <w:t>c v</w:t>
      </w:r>
      <w:r>
        <w:t>ớ</w:t>
      </w:r>
      <w:r>
        <w:t>i hãng tàu, đơn v</w:t>
      </w:r>
      <w:r>
        <w:t>ị</w:t>
      </w:r>
      <w:r>
        <w:t xml:space="preserve"> v</w:t>
      </w:r>
      <w:r>
        <w:t>ậ</w:t>
      </w:r>
      <w:r>
        <w:t>n chuy</w:t>
      </w:r>
      <w:r>
        <w:t>ể</w:t>
      </w:r>
      <w:r>
        <w:t>n, đ</w:t>
      </w:r>
      <w:r>
        <w:t>ố</w:t>
      </w:r>
      <w:r>
        <w:t>i tác và cơ quan h</w:t>
      </w:r>
      <w:r>
        <w:t>ả</w:t>
      </w:r>
      <w:r>
        <w:t>i quan. Đ</w:t>
      </w:r>
      <w:r>
        <w:t>ồ</w:t>
      </w:r>
      <w:r>
        <w:t>ng th</w:t>
      </w:r>
      <w:r>
        <w:t>ờ</w:t>
      </w:r>
      <w:r>
        <w:t>i, tôi thư</w:t>
      </w:r>
      <w:r>
        <w:t>ờ</w:t>
      </w:r>
      <w:r>
        <w:t>ng xuyên 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các phòng ban nh</w:t>
      </w:r>
      <w:r>
        <w:t>ằ</w:t>
      </w:r>
      <w:r>
        <w:t>m đ</w:t>
      </w:r>
      <w:r>
        <w:t>ả</w:t>
      </w:r>
      <w:r>
        <w:t>m b</w:t>
      </w:r>
      <w:r>
        <w:t>ả</w:t>
      </w:r>
      <w:r>
        <w:t>o hàng hóa đư</w:t>
      </w:r>
      <w:r>
        <w:t>ợ</w:t>
      </w:r>
      <w:r>
        <w:t>c giao nh</w:t>
      </w:r>
      <w:r>
        <w:t>ậ</w:t>
      </w:r>
      <w:r>
        <w:t>n đúng ti</w:t>
      </w:r>
      <w:r>
        <w:t>ế</w:t>
      </w:r>
      <w:r>
        <w:t>n đ</w:t>
      </w:r>
      <w:r>
        <w:t>ộ</w:t>
      </w:r>
      <w:r>
        <w:t>, đúng quy đ</w:t>
      </w:r>
      <w:r>
        <w:t>ị</w:t>
      </w:r>
      <w:r>
        <w:t>nh và t</w:t>
      </w:r>
      <w:r>
        <w:t>ố</w:t>
      </w:r>
      <w:r>
        <w:t>i ưu chi phí v</w:t>
      </w:r>
      <w:r>
        <w:t>ậ</w:t>
      </w:r>
      <w:r>
        <w:t>n chuy</w:t>
      </w:r>
      <w:r>
        <w:t>ể</w:t>
      </w:r>
      <w:r>
        <w:t>n.</w:t>
      </w:r>
    </w:p>
    <w:p w14:paraId="352062FC" w14:textId="77777777" w:rsidR="0008074D" w:rsidRDefault="00DC6556" w:rsidP="00052950">
      <w:pPr>
        <w:spacing w:before="120" w:after="120"/>
      </w:pPr>
      <w:r>
        <w:t>M</w:t>
      </w:r>
      <w:r>
        <w:t>ộ</w:t>
      </w:r>
      <w:r>
        <w:t>t s</w:t>
      </w:r>
      <w:r>
        <w:t>ố</w:t>
      </w:r>
      <w:r>
        <w:t xml:space="preserve"> k</w:t>
      </w:r>
      <w:r>
        <w:t>ế</w:t>
      </w:r>
      <w:r>
        <w:t>t qu</w:t>
      </w:r>
      <w:r>
        <w:t>ả</w:t>
      </w:r>
      <w:r>
        <w:t xml:space="preserve"> n</w:t>
      </w:r>
      <w:r>
        <w:t>ổ</w:t>
      </w:r>
      <w:r>
        <w:t>i b</w:t>
      </w:r>
      <w:r>
        <w:t>ậ</w:t>
      </w:r>
      <w:r>
        <w:t>t trong quá trình công tác g</w:t>
      </w:r>
      <w:r>
        <w:t>ồ</w:t>
      </w:r>
      <w:r>
        <w:t>m:</w:t>
      </w:r>
    </w:p>
    <w:p w14:paraId="368235E3" w14:textId="77777777" w:rsidR="0008074D" w:rsidRDefault="00DC6556" w:rsidP="00052950">
      <w:pPr>
        <w:pStyle w:val="ListBullet"/>
        <w:spacing w:before="120" w:after="120"/>
        <w:jc w:val="both"/>
      </w:pPr>
      <w:r>
        <w:t>Th</w:t>
      </w:r>
      <w:r>
        <w:t>ự</w:t>
      </w:r>
      <w:r>
        <w:t>c hi</w:t>
      </w:r>
      <w:r>
        <w:t>ệ</w:t>
      </w:r>
      <w:r>
        <w:t>n và theo dõi ....................</w:t>
      </w:r>
      <w:r>
        <w:rPr>
          <w:b/>
        </w:rPr>
        <w:t xml:space="preserve"> lô hàng xu</w:t>
      </w:r>
      <w:r>
        <w:rPr>
          <w:b/>
        </w:rPr>
        <w:t>ấ</w:t>
      </w:r>
      <w:r>
        <w:rPr>
          <w:b/>
        </w:rPr>
        <w:t>t nh</w:t>
      </w:r>
      <w:r>
        <w:rPr>
          <w:b/>
        </w:rPr>
        <w:t>ậ</w:t>
      </w:r>
      <w:r>
        <w:rPr>
          <w:b/>
        </w:rPr>
        <w:t>p</w:t>
      </w:r>
      <w:r>
        <w:rPr>
          <w:b/>
        </w:rPr>
        <w:t xml:space="preserve"> kh</w:t>
      </w:r>
      <w:r>
        <w:rPr>
          <w:b/>
        </w:rPr>
        <w:t>ẩ</w:t>
      </w:r>
      <w:r>
        <w:rPr>
          <w:b/>
        </w:rPr>
        <w:t>u m</w:t>
      </w:r>
      <w:r>
        <w:rPr>
          <w:b/>
        </w:rPr>
        <w:t>ỗ</w:t>
      </w:r>
      <w:r>
        <w:rPr>
          <w:b/>
        </w:rPr>
        <w:t>i tháng/quý.</w:t>
      </w:r>
    </w:p>
    <w:p w14:paraId="3C5A2539" w14:textId="77777777" w:rsidR="0008074D" w:rsidRDefault="00DC6556" w:rsidP="00052950">
      <w:pPr>
        <w:pStyle w:val="ListBullet"/>
        <w:spacing w:before="120" w:after="120"/>
        <w:jc w:val="both"/>
      </w:pPr>
      <w:r>
        <w:t>Chu</w:t>
      </w:r>
      <w:r>
        <w:t>ẩ</w:t>
      </w:r>
      <w:r>
        <w:t>n b</w:t>
      </w:r>
      <w:r>
        <w:t>ị</w:t>
      </w:r>
      <w:r>
        <w:t xml:space="preserve"> và x</w:t>
      </w:r>
      <w:r>
        <w:t>ử</w:t>
      </w:r>
      <w:r>
        <w:t xml:space="preserve"> lý .................... b</w:t>
      </w:r>
      <w:r>
        <w:t>ộ</w:t>
      </w:r>
      <w:r>
        <w:t xml:space="preserve"> ch</w:t>
      </w:r>
      <w:r>
        <w:t>ứ</w:t>
      </w:r>
      <w:r>
        <w:t>ng t</w:t>
      </w:r>
      <w:r>
        <w:t>ừ</w:t>
      </w:r>
      <w:r>
        <w:t xml:space="preserve"> như Invoice, Packing List, Bill of Lading, C/O ho</w:t>
      </w:r>
      <w:r>
        <w:t>ặ</w:t>
      </w:r>
      <w:r>
        <w:t>c các ch</w:t>
      </w:r>
      <w:r>
        <w:t>ứ</w:t>
      </w:r>
      <w:r>
        <w:t>ng t</w:t>
      </w:r>
      <w:r>
        <w:t>ừ</w:t>
      </w:r>
      <w:r>
        <w:t xml:space="preserve"> liên quan.</w:t>
      </w:r>
    </w:p>
    <w:p w14:paraId="6952DACA" w14:textId="77777777" w:rsidR="0008074D" w:rsidRDefault="00DC6556" w:rsidP="00052950">
      <w:pPr>
        <w:pStyle w:val="ListBullet"/>
        <w:spacing w:before="120" w:after="120"/>
        <w:jc w:val="both"/>
      </w:pPr>
      <w:r>
        <w:t>Ph</w:t>
      </w:r>
      <w:r>
        <w:t>ố</w:t>
      </w:r>
      <w:r>
        <w:t>i h</w:t>
      </w:r>
      <w:r>
        <w:t>ợ</w:t>
      </w:r>
      <w:r>
        <w:t>p v</w:t>
      </w:r>
      <w:r>
        <w:t>ớ</w:t>
      </w:r>
      <w:r>
        <w:t>i ....................</w:t>
      </w:r>
      <w:r>
        <w:rPr>
          <w:b/>
        </w:rPr>
        <w:t xml:space="preserve"> đ</w:t>
      </w:r>
      <w:r>
        <w:rPr>
          <w:b/>
        </w:rPr>
        <w:t>ố</w:t>
      </w:r>
      <w:r>
        <w:rPr>
          <w:b/>
        </w:rPr>
        <w:t>i tác, hãng tàu ho</w:t>
      </w:r>
      <w:r>
        <w:rPr>
          <w:b/>
        </w:rPr>
        <w:t>ặ</w:t>
      </w:r>
      <w:r>
        <w:rPr>
          <w:b/>
        </w:rPr>
        <w:t>c đơn v</w:t>
      </w:r>
      <w:r>
        <w:rPr>
          <w:b/>
        </w:rPr>
        <w:t>ị</w:t>
      </w:r>
      <w:r>
        <w:rPr>
          <w:b/>
        </w:rPr>
        <w:t xml:space="preserve"> logistics, góp ph</w:t>
      </w:r>
      <w:r>
        <w:rPr>
          <w:b/>
        </w:rPr>
        <w:t>ầ</w:t>
      </w:r>
      <w:r>
        <w:rPr>
          <w:b/>
        </w:rPr>
        <w:t>n đ</w:t>
      </w:r>
      <w:r>
        <w:rPr>
          <w:b/>
        </w:rPr>
        <w:t>ả</w:t>
      </w:r>
      <w:r>
        <w:rPr>
          <w:b/>
        </w:rPr>
        <w:t>m b</w:t>
      </w:r>
      <w:r>
        <w:rPr>
          <w:b/>
        </w:rPr>
        <w:t>ả</w:t>
      </w:r>
      <w:r>
        <w:rPr>
          <w:b/>
        </w:rPr>
        <w:t>o ti</w:t>
      </w:r>
      <w:r>
        <w:rPr>
          <w:b/>
        </w:rPr>
        <w:t>ế</w:t>
      </w:r>
      <w:r>
        <w:rPr>
          <w:b/>
        </w:rPr>
        <w:t>n đ</w:t>
      </w:r>
      <w:r>
        <w:rPr>
          <w:b/>
        </w:rPr>
        <w:t>ộ</w:t>
      </w:r>
      <w:r>
        <w:rPr>
          <w:b/>
        </w:rPr>
        <w:t xml:space="preserve"> giao nh</w:t>
      </w:r>
      <w:r>
        <w:rPr>
          <w:b/>
        </w:rPr>
        <w:t>ậ</w:t>
      </w:r>
      <w:r>
        <w:rPr>
          <w:b/>
        </w:rPr>
        <w:t>n hàng hóa.</w:t>
      </w:r>
    </w:p>
    <w:p w14:paraId="2AA0647B" w14:textId="77777777" w:rsidR="0008074D" w:rsidRDefault="00DC6556" w:rsidP="00052950">
      <w:pPr>
        <w:pStyle w:val="ListBullet"/>
        <w:spacing w:before="120" w:after="120"/>
        <w:jc w:val="both"/>
      </w:pPr>
      <w:r>
        <w:t>H</w:t>
      </w:r>
      <w:r>
        <w:t>ỗ</w:t>
      </w:r>
      <w:r>
        <w:t xml:space="preserve"> tr</w:t>
      </w:r>
      <w:r>
        <w:t>ợ</w:t>
      </w:r>
      <w:r>
        <w:t xml:space="preserve"> t</w:t>
      </w:r>
      <w:r>
        <w:t>ố</w:t>
      </w:r>
      <w:r>
        <w:t>i ưu quy trình x</w:t>
      </w:r>
      <w:r>
        <w:t>ử</w:t>
      </w:r>
      <w:r>
        <w:t xml:space="preserve"> lý đơn hàng, giúp rút ng</w:t>
      </w:r>
      <w:r>
        <w:t>ắ</w:t>
      </w:r>
      <w:r>
        <w:t>n ...............% th</w:t>
      </w:r>
      <w:r>
        <w:t>ờ</w:t>
      </w:r>
      <w:r>
        <w:t>i gian th</w:t>
      </w:r>
      <w:r>
        <w:t>ự</w:t>
      </w:r>
      <w:r>
        <w:t>c hi</w:t>
      </w:r>
      <w:r>
        <w:t>ệ</w:t>
      </w:r>
      <w:r>
        <w:t>n ho</w:t>
      </w:r>
      <w:r>
        <w:t>ặ</w:t>
      </w:r>
      <w:r>
        <w:t>c ti</w:t>
      </w:r>
      <w:r>
        <w:t>ế</w:t>
      </w:r>
      <w:r>
        <w:t>t ki</w:t>
      </w:r>
      <w:r>
        <w:t>ệ</w:t>
      </w:r>
      <w:r>
        <w:t>m .................... chi phí logistics (n</w:t>
      </w:r>
      <w:r>
        <w:t>ế</w:t>
      </w:r>
      <w:r>
        <w:t>u có).</w:t>
      </w:r>
    </w:p>
    <w:p w14:paraId="663B8824" w14:textId="3F51A43D" w:rsidR="0008074D" w:rsidRDefault="00DC6556" w:rsidP="00052950">
      <w:pPr>
        <w:pStyle w:val="ListBullet"/>
        <w:spacing w:before="120" w:after="120"/>
        <w:jc w:val="both"/>
      </w:pPr>
      <w:r>
        <w:t>Thành th</w:t>
      </w:r>
      <w:r>
        <w:t>ạ</w:t>
      </w:r>
      <w:r>
        <w:t>o các ph</w:t>
      </w:r>
      <w:r>
        <w:t>ầ</w:t>
      </w:r>
      <w:r>
        <w:t>n m</w:t>
      </w:r>
      <w:r>
        <w:t>ề</w:t>
      </w:r>
      <w:r>
        <w:t>m ho</w:t>
      </w:r>
      <w:r>
        <w:t>ặ</w:t>
      </w:r>
      <w:r>
        <w:t>c h</w:t>
      </w:r>
      <w:r>
        <w:t>ệ</w:t>
      </w:r>
      <w:r>
        <w:t xml:space="preserve"> th</w:t>
      </w:r>
      <w:r>
        <w:t>ố</w:t>
      </w:r>
      <w:r>
        <w:t>ng như ......................</w:t>
      </w:r>
      <w:r>
        <w:t>.......... ph</w:t>
      </w:r>
      <w:r>
        <w:t>ụ</w:t>
      </w:r>
      <w:r>
        <w:t>c v</w:t>
      </w:r>
      <w:r>
        <w:t>ụ</w:t>
      </w:r>
      <w:r>
        <w:t xml:space="preserve"> côn</w:t>
      </w:r>
      <w:r>
        <w:t>g vi</w:t>
      </w:r>
      <w:r>
        <w:t>ệ</w:t>
      </w:r>
      <w:r>
        <w:t>c xu</w:t>
      </w:r>
      <w:r>
        <w:t>ấ</w:t>
      </w:r>
      <w:r>
        <w:t>t nh</w:t>
      </w:r>
      <w:r>
        <w:t>ậ</w:t>
      </w:r>
      <w:r>
        <w:t>p kh</w:t>
      </w:r>
      <w:r>
        <w:t>ẩ</w:t>
      </w:r>
      <w:r>
        <w:t>u.</w:t>
      </w:r>
    </w:p>
    <w:p w14:paraId="14E2B588" w14:textId="77777777" w:rsidR="0008074D" w:rsidRDefault="00DC6556" w:rsidP="00052950">
      <w:pPr>
        <w:spacing w:before="120" w:after="120"/>
        <w:jc w:val="both"/>
      </w:pPr>
      <w:r>
        <w:t>Tôi là ngư</w:t>
      </w:r>
      <w:r>
        <w:t>ờ</w:t>
      </w:r>
      <w:r>
        <w:t>i c</w:t>
      </w:r>
      <w:r>
        <w:t>ẩ</w:t>
      </w:r>
      <w:r>
        <w:t>n th</w:t>
      </w:r>
      <w:r>
        <w:t>ậ</w:t>
      </w:r>
      <w:r>
        <w:t>n, có tinh th</w:t>
      </w:r>
      <w:r>
        <w:t>ầ</w:t>
      </w:r>
      <w:r>
        <w:t>n trách nhi</w:t>
      </w:r>
      <w:r>
        <w:t>ệ</w:t>
      </w:r>
      <w:r>
        <w:t>m và kh</w:t>
      </w:r>
      <w:r>
        <w:t>ả</w:t>
      </w:r>
      <w:r>
        <w:t xml:space="preserve"> năng x</w:t>
      </w:r>
      <w:r>
        <w:t>ử</w:t>
      </w:r>
      <w:r>
        <w:t xml:space="preserve"> lý công vi</w:t>
      </w:r>
      <w:r>
        <w:t>ệ</w:t>
      </w:r>
      <w:r>
        <w:t>c dư</w:t>
      </w:r>
      <w:r>
        <w:t>ớ</w:t>
      </w:r>
      <w:r>
        <w:t>i áp l</w:t>
      </w:r>
      <w:r>
        <w:t>ự</w:t>
      </w:r>
      <w:r>
        <w:t>c v</w:t>
      </w:r>
      <w:r>
        <w:t>ề</w:t>
      </w:r>
      <w:r>
        <w:t xml:space="preserve"> th</w:t>
      </w:r>
      <w:r>
        <w:t>ờ</w:t>
      </w:r>
      <w:r>
        <w:t>i gian. Bên c</w:t>
      </w:r>
      <w:r>
        <w:t>ạ</w:t>
      </w:r>
      <w:r>
        <w:t>nh đó, tôi luôn ch</w:t>
      </w:r>
      <w:r>
        <w:t>ủ</w:t>
      </w:r>
      <w:r>
        <w:t xml:space="preserve"> đ</w:t>
      </w:r>
      <w:r>
        <w:t>ộ</w:t>
      </w:r>
      <w:r>
        <w:t>ng c</w:t>
      </w:r>
      <w:r>
        <w:t>ậ</w:t>
      </w:r>
      <w:r>
        <w:t>p nh</w:t>
      </w:r>
      <w:r>
        <w:t>ậ</w:t>
      </w:r>
      <w:r>
        <w:t>t các quy đ</w:t>
      </w:r>
      <w:r>
        <w:t>ị</w:t>
      </w:r>
      <w:r>
        <w:t>nh m</w:t>
      </w:r>
      <w:r>
        <w:t>ớ</w:t>
      </w:r>
      <w:r>
        <w:t>i v</w:t>
      </w:r>
      <w:r>
        <w:t>ề</w:t>
      </w:r>
      <w:r>
        <w:t xml:space="preserve"> h</w:t>
      </w:r>
      <w:r>
        <w:t>ả</w:t>
      </w:r>
      <w:r>
        <w:t>i quan, thương m</w:t>
      </w:r>
      <w:r>
        <w:t>ạ</w:t>
      </w:r>
      <w:r>
        <w:t>i qu</w:t>
      </w:r>
      <w:r>
        <w:t>ố</w:t>
      </w:r>
      <w:r>
        <w:t>c t</w:t>
      </w:r>
      <w:r>
        <w:t>ế</w:t>
      </w:r>
      <w:r>
        <w:t xml:space="preserve"> và không ng</w:t>
      </w:r>
      <w:r>
        <w:t>ừ</w:t>
      </w:r>
      <w:r>
        <w:t>ng nâng cao k</w:t>
      </w:r>
      <w:r>
        <w:t>ỹ</w:t>
      </w:r>
      <w:r>
        <w:t xml:space="preserve"> năng ngo</w:t>
      </w:r>
      <w:r>
        <w:t>ạ</w:t>
      </w:r>
      <w:r>
        <w:t>i ng</w:t>
      </w:r>
      <w:r>
        <w:t>ữ</w:t>
      </w:r>
      <w:r>
        <w:t xml:space="preserve"> </w:t>
      </w:r>
      <w:r>
        <w:t>cũng như chuyên môn đ</w:t>
      </w:r>
      <w:r>
        <w:t>ể</w:t>
      </w:r>
      <w:r>
        <w:t xml:space="preserve"> đáp </w:t>
      </w:r>
      <w:r>
        <w:t>ứ</w:t>
      </w:r>
      <w:r>
        <w:t>ng yêu c</w:t>
      </w:r>
      <w:r>
        <w:t>ầ</w:t>
      </w:r>
      <w:r>
        <w:t>u công vi</w:t>
      </w:r>
      <w:r>
        <w:t>ệ</w:t>
      </w:r>
      <w:r>
        <w:t>c.</w:t>
      </w:r>
    </w:p>
    <w:p w14:paraId="585ADDD3" w14:textId="77777777" w:rsidR="0008074D" w:rsidRDefault="00DC6556" w:rsidP="00052950">
      <w:pPr>
        <w:spacing w:before="120" w:after="120"/>
        <w:jc w:val="both"/>
      </w:pPr>
      <w:r>
        <w:t>Tôi tin r</w:t>
      </w:r>
      <w:r>
        <w:t>ằ</w:t>
      </w:r>
      <w:r>
        <w:t>ng v</w:t>
      </w:r>
      <w:r>
        <w:t>ớ</w:t>
      </w:r>
      <w:r>
        <w:t>i kinh nghi</w:t>
      </w:r>
      <w:r>
        <w:t>ệ</w:t>
      </w:r>
      <w:r>
        <w:t>m th</w:t>
      </w:r>
      <w:r>
        <w:t>ự</w:t>
      </w:r>
      <w:r>
        <w:t>c t</w:t>
      </w:r>
      <w:r>
        <w:t>ế</w:t>
      </w:r>
      <w:r>
        <w:t>, kh</w:t>
      </w:r>
      <w:r>
        <w:t>ả</w:t>
      </w:r>
      <w:r>
        <w:t xml:space="preserve"> năng ph</w:t>
      </w:r>
      <w:r>
        <w:t>ố</w:t>
      </w:r>
      <w:r>
        <w:t>i h</w:t>
      </w:r>
      <w:r>
        <w:t>ợ</w:t>
      </w:r>
      <w:r>
        <w:t>p t</w:t>
      </w:r>
      <w:r>
        <w:t>ố</w:t>
      </w:r>
      <w:r>
        <w:t>t cùng tinh th</w:t>
      </w:r>
      <w:r>
        <w:t>ầ</w:t>
      </w:r>
      <w:r>
        <w:t>n h</w:t>
      </w:r>
      <w:r>
        <w:t>ọ</w:t>
      </w:r>
      <w:r>
        <w:t>c h</w:t>
      </w:r>
      <w:r>
        <w:t>ỏ</w:t>
      </w:r>
      <w:r>
        <w:t>i và c</w:t>
      </w:r>
      <w:r>
        <w:t>ầ</w:t>
      </w:r>
      <w:r>
        <w:t>u ti</w:t>
      </w:r>
      <w:r>
        <w:t>ế</w:t>
      </w:r>
      <w:r>
        <w:t>n, tôi s</w:t>
      </w:r>
      <w:r>
        <w:t>ẽ</w:t>
      </w:r>
      <w:r>
        <w:t xml:space="preserve"> nhanh chóng hòa nh</w:t>
      </w:r>
      <w:r>
        <w:t>ậ</w:t>
      </w:r>
      <w:r>
        <w:t>p v</w:t>
      </w:r>
      <w:r>
        <w:t>ớ</w:t>
      </w:r>
      <w:r>
        <w:t>i môi trư</w:t>
      </w:r>
      <w:r>
        <w:t>ờ</w:t>
      </w:r>
      <w:r>
        <w:t>ng làm vi</w:t>
      </w:r>
      <w:r>
        <w:t>ệ</w:t>
      </w:r>
      <w:r>
        <w:t xml:space="preserve">c </w:t>
      </w:r>
      <w:r>
        <w:t>t</w:t>
      </w:r>
      <w:r>
        <w:t>ạ</w:t>
      </w:r>
      <w:r>
        <w:t xml:space="preserve">i Quý công ty </w:t>
      </w:r>
      <w:r>
        <w:t>và hoàn thành t</w:t>
      </w:r>
      <w:r>
        <w:t>ố</w:t>
      </w:r>
      <w:r>
        <w:t>t các nhi</w:t>
      </w:r>
      <w:r>
        <w:t>ệ</w:t>
      </w:r>
      <w:r>
        <w:t>m v</w:t>
      </w:r>
      <w:r>
        <w:t>ụ</w:t>
      </w:r>
      <w:r>
        <w:t xml:space="preserve"> đư</w:t>
      </w:r>
      <w:r>
        <w:t>ợ</w:t>
      </w:r>
      <w:r>
        <w:t>c giao.</w:t>
      </w:r>
    </w:p>
    <w:p w14:paraId="30FCC311" w14:textId="77777777" w:rsidR="0008074D" w:rsidRDefault="00DC6556" w:rsidP="00052950">
      <w:pPr>
        <w:spacing w:before="120" w:after="120"/>
        <w:jc w:val="both"/>
      </w:pPr>
      <w:r>
        <w:t>Tôi xin g</w:t>
      </w:r>
      <w:r>
        <w:t>ử</w:t>
      </w:r>
      <w:r>
        <w:t xml:space="preserve">i kèm </w:t>
      </w:r>
      <w:r>
        <w:rPr>
          <w:b/>
        </w:rPr>
        <w:t>CV cùng các tài li</w:t>
      </w:r>
      <w:r>
        <w:rPr>
          <w:b/>
        </w:rPr>
        <w:t>ệ</w:t>
      </w:r>
      <w:r>
        <w:rPr>
          <w:b/>
        </w:rPr>
        <w:t>u liên quan</w:t>
      </w:r>
      <w:r>
        <w:t xml:space="preserve"> đ</w:t>
      </w:r>
      <w:r>
        <w:t>ể</w:t>
      </w:r>
      <w:r>
        <w:t xml:space="preserve"> Quý công ty thu</w:t>
      </w:r>
      <w:r>
        <w:t>ậ</w:t>
      </w:r>
      <w:r>
        <w:t>n ti</w:t>
      </w:r>
      <w:r>
        <w:t>ệ</w:t>
      </w:r>
      <w:r>
        <w:t>n tham kh</w:t>
      </w:r>
      <w:r>
        <w:t>ả</w:t>
      </w:r>
      <w:r>
        <w:t>o. R</w:t>
      </w:r>
      <w:r>
        <w:t>ấ</w:t>
      </w:r>
      <w:r>
        <w:t>t mong có cơ h</w:t>
      </w:r>
      <w:r>
        <w:t>ộ</w:t>
      </w:r>
      <w:r>
        <w:t>i đư</w:t>
      </w:r>
      <w:r>
        <w:t>ợ</w:t>
      </w:r>
      <w:r>
        <w:t>c tham gia bu</w:t>
      </w:r>
      <w:r>
        <w:t>ổ</w:t>
      </w:r>
      <w:r>
        <w:t>i ph</w:t>
      </w:r>
      <w:r>
        <w:t>ỏ</w:t>
      </w:r>
      <w:r>
        <w:t>ng v</w:t>
      </w:r>
      <w:r>
        <w:t>ấ</w:t>
      </w:r>
      <w:r>
        <w:t>n đ</w:t>
      </w:r>
      <w:r>
        <w:t>ể</w:t>
      </w:r>
      <w:r>
        <w:t xml:space="preserve"> trình bày rõ hơn v</w:t>
      </w:r>
      <w:r>
        <w:t>ề</w:t>
      </w:r>
      <w:r>
        <w:t xml:space="preserve"> kinh nghi</w:t>
      </w:r>
      <w:r>
        <w:t>ệ</w:t>
      </w:r>
      <w:r>
        <w:t>m, k</w:t>
      </w:r>
      <w:r>
        <w:t>ỹ</w:t>
      </w:r>
      <w:r>
        <w:t xml:space="preserve"> năng và đ</w:t>
      </w:r>
      <w:r>
        <w:t>ị</w:t>
      </w:r>
      <w:r>
        <w:t>nh hư</w:t>
      </w:r>
      <w:r>
        <w:t>ớ</w:t>
      </w:r>
      <w:r>
        <w:t>ng ngh</w:t>
      </w:r>
      <w:r>
        <w:t>ề</w:t>
      </w:r>
      <w:r>
        <w:t xml:space="preserve"> nghi</w:t>
      </w:r>
      <w:r>
        <w:t>ệ</w:t>
      </w:r>
      <w:r>
        <w:t>p c</w:t>
      </w:r>
      <w:r>
        <w:t>ủ</w:t>
      </w:r>
      <w:r>
        <w:t>a b</w:t>
      </w:r>
      <w:r>
        <w:t>ả</w:t>
      </w:r>
      <w:r>
        <w:t>n thân.</w:t>
      </w:r>
    </w:p>
    <w:p w14:paraId="6BD42DBA" w14:textId="77777777" w:rsidR="0008074D" w:rsidRDefault="00DC6556" w:rsidP="00052950">
      <w:pPr>
        <w:spacing w:before="120" w:after="120"/>
        <w:jc w:val="both"/>
      </w:pPr>
      <w:r>
        <w:t>Xin chân thành c</w:t>
      </w:r>
      <w:r>
        <w:t>ả</w:t>
      </w:r>
      <w:r>
        <w:t>m ơn Quý công ty!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08074D" w14:paraId="1A7F630F" w14:textId="77777777">
        <w:tc>
          <w:tcPr>
            <w:tcW w:w="4680" w:type="dxa"/>
          </w:tcPr>
          <w:p w14:paraId="45EB2E82" w14:textId="77777777" w:rsidR="0008074D" w:rsidRDefault="0008074D" w:rsidP="00052950">
            <w:pPr>
              <w:spacing w:before="120" w:after="120"/>
            </w:pPr>
          </w:p>
        </w:tc>
        <w:tc>
          <w:tcPr>
            <w:tcW w:w="4680" w:type="dxa"/>
          </w:tcPr>
          <w:p w14:paraId="6A640777" w14:textId="77777777" w:rsidR="0008074D" w:rsidRDefault="00DC6556" w:rsidP="00052950">
            <w:pPr>
              <w:spacing w:before="120" w:after="120"/>
              <w:jc w:val="center"/>
            </w:pPr>
            <w:r>
              <w:rPr>
                <w:i/>
              </w:rPr>
              <w:t>............., ngày ...... tháng ...... năm ......</w:t>
            </w:r>
            <w:r>
              <w:rPr>
                <w:i/>
              </w:rPr>
              <w:br/>
            </w:r>
            <w:r>
              <w:rPr>
                <w:b/>
              </w:rPr>
              <w:t>Ngư</w:t>
            </w:r>
            <w:r>
              <w:rPr>
                <w:b/>
              </w:rPr>
              <w:t>ờ</w:t>
            </w:r>
            <w:r>
              <w:rPr>
                <w:b/>
              </w:rPr>
              <w:t>i làm đơn</w:t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b/>
              </w:rPr>
              <w:br/>
            </w:r>
            <w:r>
              <w:rPr>
                <w:i/>
              </w:rPr>
              <w:t>(Ký và ghi rõ h</w:t>
            </w:r>
            <w:r>
              <w:rPr>
                <w:i/>
              </w:rPr>
              <w:t>ọ</w:t>
            </w:r>
            <w:r>
              <w:rPr>
                <w:i/>
              </w:rPr>
              <w:t xml:space="preserve"> tên)</w:t>
            </w:r>
          </w:p>
        </w:tc>
      </w:tr>
    </w:tbl>
    <w:p w14:paraId="2407EF79" w14:textId="77777777" w:rsidR="00DC6556" w:rsidRDefault="00DC6556" w:rsidP="00052950">
      <w:pPr>
        <w:spacing w:before="120" w:after="120"/>
      </w:pPr>
    </w:p>
    <w:sectPr w:rsidR="00DC6556" w:rsidSect="00052950">
      <w:pgSz w:w="11907" w:h="16840" w:code="9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950"/>
    <w:rsid w:val="0006063C"/>
    <w:rsid w:val="0008074D"/>
    <w:rsid w:val="0015074B"/>
    <w:rsid w:val="0029639D"/>
    <w:rsid w:val="00326F90"/>
    <w:rsid w:val="00AA1D8D"/>
    <w:rsid w:val="00B47730"/>
    <w:rsid w:val="00CB0664"/>
    <w:rsid w:val="00DC655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0ECCCDE"/>
  <w14:defaultImageDpi w14:val="300"/>
  <w15:docId w15:val="{E3C7630D-64B8-4904-B91A-77F9ED705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Forina Tran</cp:lastModifiedBy>
  <cp:revision>2</cp:revision>
  <dcterms:created xsi:type="dcterms:W3CDTF">2013-12-23T23:15:00Z</dcterms:created>
  <dcterms:modified xsi:type="dcterms:W3CDTF">2026-09-13T14:55:00Z</dcterms:modified>
  <cp:category/>
</cp:coreProperties>
</file>