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0BA08" w14:textId="77777777" w:rsidR="000F0277" w:rsidRDefault="005A5ADD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3F3D81AC" w14:textId="77777777" w:rsidR="000F0277" w:rsidRDefault="005A5ADD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35A4893D" w14:textId="77777777" w:rsidR="000F0277" w:rsidRDefault="005A5ADD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Ngân hàng ........................................</w:t>
      </w:r>
    </w:p>
    <w:p w14:paraId="0229FEA9" w14:textId="02FDF805" w:rsidR="000F0277" w:rsidRDefault="005A5ADD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..........................</w:t>
      </w:r>
      <w:r>
        <w:t>....................................</w:t>
      </w:r>
    </w:p>
    <w:p w14:paraId="53D0C822" w14:textId="40EB552A" w:rsidR="000F0277" w:rsidRDefault="005A5ADD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.........................................</w:t>
      </w:r>
    </w:p>
    <w:p w14:paraId="0B9A93FA" w14:textId="77777777" w:rsidR="000F0277" w:rsidRDefault="005A5ADD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442B8635" w14:textId="77777777" w:rsidR="000F0277" w:rsidRDefault="005A5ADD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Ngân hàng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Giao d</w:t>
      </w:r>
      <w:r>
        <w:rPr>
          <w:b/>
        </w:rPr>
        <w:t>ị</w:t>
      </w:r>
      <w:r>
        <w:rPr>
          <w:b/>
        </w:rPr>
        <w:t>ch viên</w:t>
      </w:r>
      <w:r>
        <w:t>. V</w:t>
      </w:r>
      <w:r>
        <w:t>ớ</w:t>
      </w:r>
      <w:r>
        <w:t>i ...... năm kinh</w:t>
      </w:r>
      <w:r>
        <w:t xml:space="preserve"> nghi</w:t>
      </w:r>
      <w:r>
        <w:t>ệ</w:t>
      </w:r>
      <w:r>
        <w:t>m trong lĩnh v</w:t>
      </w:r>
      <w:r>
        <w:t>ự</w:t>
      </w:r>
      <w:r>
        <w:t>c tài chính - ngân hàng cùng tác phong làm vi</w:t>
      </w:r>
      <w:r>
        <w:t>ệ</w:t>
      </w:r>
      <w:r>
        <w:t>c c</w:t>
      </w:r>
      <w:r>
        <w:t>ẩ</w:t>
      </w:r>
      <w:r>
        <w:t>n th</w:t>
      </w:r>
      <w:r>
        <w:t>ậ</w:t>
      </w:r>
      <w:r>
        <w:t>n, trung th</w:t>
      </w:r>
      <w:r>
        <w:t>ự</w:t>
      </w:r>
      <w:r>
        <w:t>c và tinh th</w:t>
      </w:r>
      <w:r>
        <w:t>ầ</w:t>
      </w:r>
      <w:r>
        <w:t>n trách nhi</w:t>
      </w:r>
      <w:r>
        <w:t>ệ</w:t>
      </w:r>
      <w:r>
        <w:t>m cao,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có cơ h</w:t>
      </w:r>
      <w:r>
        <w:t>ộ</w:t>
      </w:r>
      <w:r>
        <w:t>i đóng góp vào ch</w:t>
      </w:r>
      <w:r>
        <w:t>ấ</w:t>
      </w:r>
      <w:r>
        <w:t>t lư</w:t>
      </w:r>
      <w:r>
        <w:t>ợ</w:t>
      </w:r>
      <w:r>
        <w:t>ng d</w:t>
      </w:r>
      <w:r>
        <w:t>ị</w:t>
      </w:r>
      <w:r>
        <w:t>ch v</w:t>
      </w:r>
      <w:r>
        <w:t>ụ</w:t>
      </w:r>
      <w:r>
        <w:t xml:space="preserve"> và s</w:t>
      </w:r>
      <w:r>
        <w:t>ự</w:t>
      </w:r>
      <w:r>
        <w:t xml:space="preserve"> phát tri</w:t>
      </w:r>
      <w:r>
        <w:t>ể</w:t>
      </w:r>
      <w:r>
        <w:t>n c</w:t>
      </w:r>
      <w:r>
        <w:t>ủ</w:t>
      </w:r>
      <w:r>
        <w:t>a Quý Ngân hàng.</w:t>
      </w:r>
    </w:p>
    <w:p w14:paraId="54C8756C" w14:textId="77777777" w:rsidR="000F0277" w:rsidRDefault="005A5ADD">
      <w:pPr>
        <w:spacing w:after="120"/>
        <w:jc w:val="both"/>
      </w:pPr>
      <w:r>
        <w:t>Trong quá t</w:t>
      </w:r>
      <w:r>
        <w:t>rình công tác t</w:t>
      </w:r>
      <w:r>
        <w:t>ạ</w:t>
      </w:r>
      <w:r>
        <w:t>i ........................................, tôi đã tr</w:t>
      </w:r>
      <w:r>
        <w:t>ự</w:t>
      </w:r>
      <w:r>
        <w:t>c ti</w:t>
      </w:r>
      <w:r>
        <w:t>ế</w:t>
      </w:r>
      <w:r>
        <w:t>p th</w:t>
      </w:r>
      <w:r>
        <w:t>ự</w:t>
      </w:r>
      <w:r>
        <w:t>c hi</w:t>
      </w:r>
      <w:r>
        <w:t>ệ</w:t>
      </w:r>
      <w:r>
        <w:t>n các giao d</w:t>
      </w:r>
      <w:r>
        <w:t>ị</w:t>
      </w:r>
      <w:r>
        <w:t>ch g</w:t>
      </w:r>
      <w:r>
        <w:t>ử</w:t>
      </w:r>
      <w:r>
        <w:t>i ti</w:t>
      </w:r>
      <w:r>
        <w:t>ề</w:t>
      </w:r>
      <w:r>
        <w:t>n, rút ti</w:t>
      </w:r>
      <w:r>
        <w:t>ề</w:t>
      </w:r>
      <w:r>
        <w:t>n, chuy</w:t>
      </w:r>
      <w:r>
        <w:t>ể</w:t>
      </w:r>
      <w:r>
        <w:t>n kho</w:t>
      </w:r>
      <w:r>
        <w:t>ả</w:t>
      </w:r>
      <w:r>
        <w:t>n, m</w:t>
      </w:r>
      <w:r>
        <w:t>ở</w:t>
      </w:r>
      <w:r>
        <w:t xml:space="preserve"> tài kho</w:t>
      </w:r>
      <w:r>
        <w:t>ả</w:t>
      </w:r>
      <w:r>
        <w:t>n, thu - chi ti</w:t>
      </w:r>
      <w:r>
        <w:t>ề</w:t>
      </w:r>
      <w:r>
        <w:t>n m</w:t>
      </w:r>
      <w:r>
        <w:t>ặ</w:t>
      </w:r>
      <w:r>
        <w:t>t và h</w:t>
      </w:r>
      <w:r>
        <w:t>ỗ</w:t>
      </w:r>
      <w:r>
        <w:t xml:space="preserve"> tr</w:t>
      </w:r>
      <w:r>
        <w:t>ợ</w:t>
      </w:r>
      <w:r>
        <w:t xml:space="preserve"> khách hàng s</w:t>
      </w:r>
      <w:r>
        <w:t>ử</w:t>
      </w:r>
      <w:r>
        <w:t xml:space="preserve"> d</w:t>
      </w:r>
      <w:r>
        <w:t>ụ</w:t>
      </w:r>
      <w:r>
        <w:t>ng các s</w:t>
      </w:r>
      <w:r>
        <w:t>ả</w:t>
      </w:r>
      <w:r>
        <w:t>n ph</w:t>
      </w:r>
      <w:r>
        <w:t>ẩ</w:t>
      </w:r>
      <w:r>
        <w:t>m, d</w:t>
      </w:r>
      <w:r>
        <w:t>ị</w:t>
      </w:r>
      <w:r>
        <w:t>ch v</w:t>
      </w:r>
      <w:r>
        <w:t>ụ</w:t>
      </w:r>
      <w:r>
        <w:t xml:space="preserve"> ngân hàng. Đ</w:t>
      </w:r>
      <w:r>
        <w:t>ồ</w:t>
      </w:r>
      <w:r>
        <w:t>ng th</w:t>
      </w:r>
      <w:r>
        <w:t>ờ</w:t>
      </w:r>
      <w:r>
        <w:t>i, tôi luôn tuân t</w:t>
      </w:r>
      <w:r>
        <w:t>h</w:t>
      </w:r>
      <w:r>
        <w:t>ủ</w:t>
      </w:r>
      <w:r>
        <w:t xml:space="preserve"> nghiêm ng</w:t>
      </w:r>
      <w:r>
        <w:t>ặ</w:t>
      </w:r>
      <w:r>
        <w:t>t các quy trình nghi</w:t>
      </w:r>
      <w:r>
        <w:t>ệ</w:t>
      </w:r>
      <w:r>
        <w:t>p v</w:t>
      </w:r>
      <w:r>
        <w:t>ụ</w:t>
      </w:r>
      <w:r>
        <w:t>, quy đ</w:t>
      </w:r>
      <w:r>
        <w:t>ị</w:t>
      </w:r>
      <w:r>
        <w:t>nh v</w:t>
      </w:r>
      <w:r>
        <w:t>ề</w:t>
      </w:r>
      <w:r>
        <w:t xml:space="preserve"> ki</w:t>
      </w:r>
      <w:r>
        <w:t>ể</w:t>
      </w:r>
      <w:r>
        <w:t>m soát r</w:t>
      </w:r>
      <w:r>
        <w:t>ủ</w:t>
      </w:r>
      <w:r>
        <w:t>i ro và b</w:t>
      </w:r>
      <w:r>
        <w:t>ả</w:t>
      </w:r>
      <w:r>
        <w:t>o m</w:t>
      </w:r>
      <w:r>
        <w:t>ậ</w:t>
      </w:r>
      <w:r>
        <w:t>t thông tin khách hàng nh</w:t>
      </w:r>
      <w:r>
        <w:t>ằ</w:t>
      </w:r>
      <w:r>
        <w:t>m đ</w:t>
      </w:r>
      <w:r>
        <w:t>ả</w:t>
      </w:r>
      <w:r>
        <w:t>m b</w:t>
      </w:r>
      <w:r>
        <w:t>ả</w:t>
      </w:r>
      <w:r>
        <w:t>o m</w:t>
      </w:r>
      <w:r>
        <w:t>ọ</w:t>
      </w:r>
      <w:r>
        <w:t>i giao d</w:t>
      </w:r>
      <w:r>
        <w:t>ị</w:t>
      </w:r>
      <w:r>
        <w:t>ch đư</w:t>
      </w:r>
      <w:r>
        <w:t>ợ</w:t>
      </w:r>
      <w:r>
        <w:t>c x</w:t>
      </w:r>
      <w:r>
        <w:t>ử</w:t>
      </w:r>
      <w:r>
        <w:t xml:space="preserve"> lý nhanh chóng, chính xác.</w:t>
      </w:r>
    </w:p>
    <w:p w14:paraId="294D85BB" w14:textId="77777777" w:rsidR="000F0277" w:rsidRDefault="005A5ADD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làm vi</w:t>
      </w:r>
      <w:r>
        <w:t>ệ</w:t>
      </w:r>
      <w:r>
        <w:t>c g</w:t>
      </w:r>
      <w:r>
        <w:t>ồ</w:t>
      </w:r>
      <w:r>
        <w:t>m:</w:t>
      </w:r>
    </w:p>
    <w:p w14:paraId="1E101414" w14:textId="77777777" w:rsidR="000F0277" w:rsidRDefault="005A5ADD">
      <w:pPr>
        <w:pStyle w:val="ListBullet"/>
        <w:spacing w:after="40"/>
      </w:pPr>
      <w:r>
        <w:t>Th</w:t>
      </w:r>
      <w:r>
        <w:t>ự</w:t>
      </w:r>
      <w:r>
        <w:t>c hi</w:t>
      </w:r>
      <w:r>
        <w:t>ệ</w:t>
      </w:r>
      <w:r>
        <w:t>n kho</w:t>
      </w:r>
      <w:r>
        <w:t>ả</w:t>
      </w:r>
      <w:r>
        <w:t>ng ....................</w:t>
      </w:r>
      <w:r>
        <w:rPr>
          <w:b/>
        </w:rPr>
        <w:t xml:space="preserve"> gi</w:t>
      </w:r>
      <w:r>
        <w:rPr>
          <w:b/>
        </w:rPr>
        <w:t>ao d</w:t>
      </w:r>
      <w:r>
        <w:rPr>
          <w:b/>
        </w:rPr>
        <w:t>ị</w:t>
      </w:r>
      <w:r>
        <w:rPr>
          <w:b/>
        </w:rPr>
        <w:t>ch/ngày v</w:t>
      </w:r>
      <w:r>
        <w:rPr>
          <w:b/>
        </w:rPr>
        <w:t>ớ</w:t>
      </w:r>
      <w:r>
        <w:rPr>
          <w:b/>
        </w:rPr>
        <w:t>i t</w:t>
      </w:r>
      <w:r>
        <w:rPr>
          <w:b/>
        </w:rPr>
        <w:t>ỷ</w:t>
      </w:r>
      <w:r>
        <w:rPr>
          <w:b/>
        </w:rPr>
        <w:t xml:space="preserve"> l</w:t>
      </w:r>
      <w:r>
        <w:rPr>
          <w:b/>
        </w:rPr>
        <w:t>ệ</w:t>
      </w:r>
      <w:r>
        <w:rPr>
          <w:b/>
        </w:rPr>
        <w:t xml:space="preserve"> chính xác đ</w:t>
      </w:r>
      <w:r>
        <w:rPr>
          <w:b/>
        </w:rPr>
        <w:t>ạ</w:t>
      </w:r>
      <w:r>
        <w:rPr>
          <w:b/>
        </w:rPr>
        <w:t xml:space="preserve">t </w:t>
      </w:r>
      <w:r>
        <w:t>...............</w:t>
      </w:r>
      <w:r>
        <w:rPr>
          <w:b/>
        </w:rPr>
        <w:t>%.</w:t>
      </w:r>
    </w:p>
    <w:p w14:paraId="69DEFF22" w14:textId="77777777" w:rsidR="000F0277" w:rsidRDefault="005A5ADD">
      <w:pPr>
        <w:pStyle w:val="ListBullet"/>
        <w:spacing w:after="40"/>
      </w:pPr>
      <w:r>
        <w:t>Tư v</w:t>
      </w:r>
      <w:r>
        <w:t>ấ</w:t>
      </w:r>
      <w:r>
        <w:t>n và h</w:t>
      </w:r>
      <w:r>
        <w:t>ỗ</w:t>
      </w:r>
      <w:r>
        <w:t xml:space="preserve"> tr</w:t>
      </w:r>
      <w:r>
        <w:t>ợ</w:t>
      </w:r>
      <w:r>
        <w:t xml:space="preserve"> ....................</w:t>
      </w:r>
      <w:r>
        <w:rPr>
          <w:b/>
        </w:rPr>
        <w:t xml:space="preserve"> khách hàng s</w:t>
      </w:r>
      <w:r>
        <w:rPr>
          <w:b/>
        </w:rPr>
        <w:t>ử</w:t>
      </w:r>
      <w:r>
        <w:rPr>
          <w:b/>
        </w:rPr>
        <w:t xml:space="preserve"> d</w:t>
      </w:r>
      <w:r>
        <w:rPr>
          <w:b/>
        </w:rPr>
        <w:t>ụ</w:t>
      </w:r>
      <w:r>
        <w:rPr>
          <w:b/>
        </w:rPr>
        <w:t>ng các s</w:t>
      </w:r>
      <w:r>
        <w:rPr>
          <w:b/>
        </w:rPr>
        <w:t>ả</w:t>
      </w:r>
      <w:r>
        <w:rPr>
          <w:b/>
        </w:rPr>
        <w:t>n ph</w:t>
      </w:r>
      <w:r>
        <w:rPr>
          <w:b/>
        </w:rPr>
        <w:t>ẩ</w:t>
      </w:r>
      <w:r>
        <w:rPr>
          <w:b/>
        </w:rPr>
        <w:t>m, d</w:t>
      </w:r>
      <w:r>
        <w:rPr>
          <w:b/>
        </w:rPr>
        <w:t>ị</w:t>
      </w:r>
      <w:r>
        <w:rPr>
          <w:b/>
        </w:rPr>
        <w:t>ch v</w:t>
      </w:r>
      <w:r>
        <w:rPr>
          <w:b/>
        </w:rPr>
        <w:t>ụ</w:t>
      </w:r>
      <w:r>
        <w:rPr>
          <w:b/>
        </w:rPr>
        <w:t xml:space="preserve"> tài chính c</w:t>
      </w:r>
      <w:r>
        <w:rPr>
          <w:b/>
        </w:rPr>
        <w:t>ủ</w:t>
      </w:r>
      <w:r>
        <w:rPr>
          <w:b/>
        </w:rPr>
        <w:t>a ngân hàng.</w:t>
      </w:r>
    </w:p>
    <w:p w14:paraId="2AEE9A36" w14:textId="77777777" w:rsidR="000F0277" w:rsidRDefault="005A5ADD">
      <w:pPr>
        <w:pStyle w:val="ListBullet"/>
        <w:spacing w:after="40"/>
      </w:pPr>
      <w:r>
        <w:t>Hoàn thành ...............</w:t>
      </w:r>
      <w:r>
        <w:rPr>
          <w:b/>
        </w:rPr>
        <w:t>% ch</w:t>
      </w:r>
      <w:r>
        <w:rPr>
          <w:b/>
        </w:rPr>
        <w:t>ỉ</w:t>
      </w:r>
      <w:r>
        <w:rPr>
          <w:b/>
        </w:rPr>
        <w:t xml:space="preserve"> tiêu v</w:t>
      </w:r>
      <w:r>
        <w:rPr>
          <w:b/>
        </w:rPr>
        <w:t>ề</w:t>
      </w:r>
      <w:r>
        <w:rPr>
          <w:b/>
        </w:rPr>
        <w:t xml:space="preserve"> bán chéo s</w:t>
      </w:r>
      <w:r>
        <w:rPr>
          <w:b/>
        </w:rPr>
        <w:t>ả</w:t>
      </w:r>
      <w:r>
        <w:rPr>
          <w:b/>
        </w:rPr>
        <w:t>n ph</w:t>
      </w:r>
      <w:r>
        <w:rPr>
          <w:b/>
        </w:rPr>
        <w:t>ẩ</w:t>
      </w:r>
      <w:r>
        <w:rPr>
          <w:b/>
        </w:rPr>
        <w:t>m ho</w:t>
      </w:r>
      <w:r>
        <w:rPr>
          <w:b/>
        </w:rPr>
        <w:t>ặ</w:t>
      </w:r>
      <w:r>
        <w:rPr>
          <w:b/>
        </w:rPr>
        <w:t>c ch</w:t>
      </w:r>
      <w:r>
        <w:rPr>
          <w:b/>
        </w:rPr>
        <w:t>ỉ</w:t>
      </w:r>
      <w:r>
        <w:rPr>
          <w:b/>
        </w:rPr>
        <w:t xml:space="preserve"> tiêu kinh doanh đư</w:t>
      </w:r>
      <w:r>
        <w:rPr>
          <w:b/>
        </w:rPr>
        <w:t>ợ</w:t>
      </w:r>
      <w:r>
        <w:rPr>
          <w:b/>
        </w:rPr>
        <w:t>c giao (n</w:t>
      </w:r>
      <w:r>
        <w:rPr>
          <w:b/>
        </w:rPr>
        <w:t>ế</w:t>
      </w:r>
      <w:r>
        <w:rPr>
          <w:b/>
        </w:rPr>
        <w:t>u</w:t>
      </w:r>
      <w:r>
        <w:rPr>
          <w:b/>
        </w:rPr>
        <w:t xml:space="preserve"> có).</w:t>
      </w:r>
    </w:p>
    <w:p w14:paraId="1E9EE1CF" w14:textId="77777777" w:rsidR="000F0277" w:rsidRDefault="005A5ADD">
      <w:pPr>
        <w:pStyle w:val="ListBullet"/>
        <w:spacing w:after="40"/>
      </w:pPr>
      <w:r>
        <w:t>Tham gia x</w:t>
      </w:r>
      <w:r>
        <w:t>ử</w:t>
      </w:r>
      <w:r>
        <w:t xml:space="preserve"> lý và lưu tr</w:t>
      </w:r>
      <w:r>
        <w:t>ữ</w:t>
      </w:r>
      <w:r>
        <w:t xml:space="preserve"> ....................</w:t>
      </w:r>
      <w:r>
        <w:rPr>
          <w:b/>
        </w:rPr>
        <w:t xml:space="preserve"> h</w:t>
      </w:r>
      <w:r>
        <w:rPr>
          <w:b/>
        </w:rPr>
        <w:t>ồ</w:t>
      </w:r>
      <w:r>
        <w:rPr>
          <w:b/>
        </w:rPr>
        <w:t xml:space="preserve"> sơ giao d</w:t>
      </w:r>
      <w:r>
        <w:rPr>
          <w:b/>
        </w:rPr>
        <w:t>ị</w:t>
      </w:r>
      <w:r>
        <w:rPr>
          <w:b/>
        </w:rPr>
        <w:t>ch, đ</w:t>
      </w:r>
      <w:r>
        <w:rPr>
          <w:b/>
        </w:rPr>
        <w:t>ả</w:t>
      </w:r>
      <w:r>
        <w:rPr>
          <w:b/>
        </w:rPr>
        <w:t>m b</w:t>
      </w:r>
      <w:r>
        <w:rPr>
          <w:b/>
        </w:rPr>
        <w:t>ả</w:t>
      </w:r>
      <w:r>
        <w:rPr>
          <w:b/>
        </w:rPr>
        <w:t>o tuân th</w:t>
      </w:r>
      <w:r>
        <w:rPr>
          <w:b/>
        </w:rPr>
        <w:t>ủ</w:t>
      </w:r>
      <w:r>
        <w:rPr>
          <w:b/>
        </w:rPr>
        <w:t xml:space="preserve"> đúng quy đ</w:t>
      </w:r>
      <w:r>
        <w:rPr>
          <w:b/>
        </w:rPr>
        <w:t>ị</w:t>
      </w:r>
      <w:r>
        <w:rPr>
          <w:b/>
        </w:rPr>
        <w:t>nh và quy trình n</w:t>
      </w:r>
      <w:r>
        <w:rPr>
          <w:b/>
        </w:rPr>
        <w:t>ộ</w:t>
      </w:r>
      <w:r>
        <w:rPr>
          <w:b/>
        </w:rPr>
        <w:t>i b</w:t>
      </w:r>
      <w:r>
        <w:rPr>
          <w:b/>
        </w:rPr>
        <w:t>ộ</w:t>
      </w:r>
      <w:r>
        <w:rPr>
          <w:b/>
        </w:rPr>
        <w:t>.</w:t>
      </w:r>
    </w:p>
    <w:p w14:paraId="50499405" w14:textId="77777777" w:rsidR="000F0277" w:rsidRDefault="005A5ADD">
      <w:pPr>
        <w:pStyle w:val="ListBullet"/>
        <w:spacing w:after="120"/>
      </w:pPr>
      <w:r>
        <w:t>Đư</w:t>
      </w:r>
      <w:r>
        <w:t>ợ</w:t>
      </w:r>
      <w:r>
        <w:t>c ...................................</w:t>
      </w:r>
      <w:r>
        <w:rPr>
          <w:b/>
        </w:rPr>
        <w:t xml:space="preserve"> ghi nh</w:t>
      </w:r>
      <w:r>
        <w:rPr>
          <w:b/>
        </w:rPr>
        <w:t>ậ</w:t>
      </w:r>
      <w:r>
        <w:rPr>
          <w:b/>
        </w:rPr>
        <w:t>n v</w:t>
      </w:r>
      <w:r>
        <w:rPr>
          <w:b/>
        </w:rPr>
        <w:t>ề</w:t>
      </w:r>
      <w:r>
        <w:rPr>
          <w:b/>
        </w:rPr>
        <w:t xml:space="preserve"> ch</w:t>
      </w:r>
      <w:r>
        <w:rPr>
          <w:b/>
        </w:rPr>
        <w:t>ấ</w:t>
      </w:r>
      <w:r>
        <w:rPr>
          <w:b/>
        </w:rPr>
        <w:t>t lư</w:t>
      </w:r>
      <w:r>
        <w:rPr>
          <w:b/>
        </w:rPr>
        <w:t>ợ</w:t>
      </w:r>
      <w:r>
        <w:rPr>
          <w:b/>
        </w:rPr>
        <w:t>ng ph</w:t>
      </w:r>
      <w:r>
        <w:rPr>
          <w:b/>
        </w:rPr>
        <w:t>ụ</w:t>
      </w:r>
      <w:r>
        <w:rPr>
          <w:b/>
        </w:rPr>
        <w:t>c v</w:t>
      </w:r>
      <w:r>
        <w:rPr>
          <w:b/>
        </w:rPr>
        <w:t>ụ</w:t>
      </w:r>
      <w:r>
        <w:rPr>
          <w:b/>
        </w:rPr>
        <w:t xml:space="preserve"> ho</w:t>
      </w:r>
      <w:r>
        <w:rPr>
          <w:b/>
        </w:rPr>
        <w:t>ặ</w:t>
      </w:r>
      <w:r>
        <w:rPr>
          <w:b/>
        </w:rPr>
        <w:t>c hi</w:t>
      </w:r>
      <w:r>
        <w:rPr>
          <w:b/>
        </w:rPr>
        <w:t>ệ</w:t>
      </w:r>
      <w:r>
        <w:rPr>
          <w:b/>
        </w:rPr>
        <w:t>u qu</w:t>
      </w:r>
      <w:r>
        <w:rPr>
          <w:b/>
        </w:rPr>
        <w:t>ả</w:t>
      </w:r>
      <w:r>
        <w:rPr>
          <w:b/>
        </w:rPr>
        <w:t xml:space="preserve"> công vi</w:t>
      </w:r>
      <w:r>
        <w:rPr>
          <w:b/>
        </w:rPr>
        <w:t>ệ</w:t>
      </w:r>
      <w:r>
        <w:rPr>
          <w:b/>
        </w:rPr>
        <w:t>c (n</w:t>
      </w:r>
      <w:r>
        <w:rPr>
          <w:b/>
        </w:rPr>
        <w:t>ế</w:t>
      </w:r>
      <w:r>
        <w:rPr>
          <w:b/>
        </w:rPr>
        <w:t>u có).</w:t>
      </w:r>
    </w:p>
    <w:p w14:paraId="31C06B25" w14:textId="77777777" w:rsidR="000F0277" w:rsidRDefault="005A5ADD">
      <w:pPr>
        <w:spacing w:after="120"/>
        <w:jc w:val="both"/>
      </w:pPr>
      <w:r>
        <w:t>Tôi luôn đ</w:t>
      </w:r>
      <w:r>
        <w:t>ề</w:t>
      </w:r>
      <w:r>
        <w:t xml:space="preserve"> cao s</w:t>
      </w:r>
      <w:r>
        <w:t>ự</w:t>
      </w:r>
      <w:r>
        <w:t xml:space="preserve"> chính xác</w:t>
      </w:r>
      <w:r>
        <w:t>, tính minh b</w:t>
      </w:r>
      <w:r>
        <w:t>ạ</w:t>
      </w:r>
      <w:r>
        <w:t>ch và thái đ</w:t>
      </w:r>
      <w:r>
        <w:t>ộ</w:t>
      </w:r>
      <w:r>
        <w:t xml:space="preserve"> ph</w:t>
      </w:r>
      <w:r>
        <w:t>ụ</w:t>
      </w:r>
      <w:r>
        <w:t>c v</w:t>
      </w:r>
      <w:r>
        <w:t>ụ</w:t>
      </w:r>
      <w:r>
        <w:t xml:space="preserve"> chuyên nghi</w:t>
      </w:r>
      <w:r>
        <w:t>ệ</w:t>
      </w:r>
      <w:r>
        <w:t>p trong công vi</w:t>
      </w:r>
      <w:r>
        <w:t>ệ</w:t>
      </w:r>
      <w:r>
        <w:t>c. Bên c</w:t>
      </w:r>
      <w:r>
        <w:t>ạ</w:t>
      </w:r>
      <w:r>
        <w:t>nh đó, tôi có kh</w:t>
      </w:r>
      <w:r>
        <w:t>ả</w:t>
      </w:r>
      <w:r>
        <w:t xml:space="preserve"> năng giao ti</w:t>
      </w:r>
      <w:r>
        <w:t>ế</w:t>
      </w:r>
      <w:r>
        <w:t>p t</w:t>
      </w:r>
      <w:r>
        <w:t>ố</w:t>
      </w:r>
      <w:r>
        <w:t>t, x</w:t>
      </w:r>
      <w:r>
        <w:t>ử</w:t>
      </w:r>
      <w:r>
        <w:t xml:space="preserve"> lý tình hu</w:t>
      </w:r>
      <w:r>
        <w:t>ố</w:t>
      </w:r>
      <w:r>
        <w:t>ng linh ho</w:t>
      </w:r>
      <w:r>
        <w:t>ạ</w:t>
      </w:r>
      <w:r>
        <w:t>t và s</w:t>
      </w:r>
      <w:r>
        <w:t>ẵ</w:t>
      </w:r>
      <w:r>
        <w:t>n sàng h</w:t>
      </w:r>
      <w:r>
        <w:t>ọ</w:t>
      </w:r>
      <w:r>
        <w:t>c h</w:t>
      </w:r>
      <w:r>
        <w:t>ỏ</w:t>
      </w:r>
      <w:r>
        <w:t>i đ</w:t>
      </w:r>
      <w:r>
        <w:t>ể</w:t>
      </w:r>
      <w:r>
        <w:t xml:space="preserve"> nâng cao chuyên môn cũng như c</w:t>
      </w:r>
      <w:r>
        <w:t>ậ</w:t>
      </w:r>
      <w:r>
        <w:t>p nh</w:t>
      </w:r>
      <w:r>
        <w:t>ậ</w:t>
      </w:r>
      <w:r>
        <w:t>t các quy đ</w:t>
      </w:r>
      <w:r>
        <w:t>ị</w:t>
      </w:r>
      <w:r>
        <w:t>nh, s</w:t>
      </w:r>
      <w:r>
        <w:t>ả</w:t>
      </w:r>
      <w:r>
        <w:t>n ph</w:t>
      </w:r>
      <w:r>
        <w:t>ẩ</w:t>
      </w:r>
      <w:r>
        <w:t>m và d</w:t>
      </w:r>
      <w:r>
        <w:t>ị</w:t>
      </w:r>
      <w:r>
        <w:t>ch v</w:t>
      </w:r>
      <w:r>
        <w:t>ụ</w:t>
      </w:r>
      <w:r>
        <w:t xml:space="preserve"> m</w:t>
      </w:r>
      <w:r>
        <w:t>ớ</w:t>
      </w:r>
      <w:r>
        <w:t>i c</w:t>
      </w:r>
      <w:r>
        <w:t>ủ</w:t>
      </w:r>
      <w:r>
        <w:t>a ngành ngân hàng</w:t>
      </w:r>
      <w:r>
        <w:t>.</w:t>
      </w:r>
    </w:p>
    <w:p w14:paraId="3DDB306D" w14:textId="77777777" w:rsidR="000F0277" w:rsidRDefault="005A5ADD">
      <w:pPr>
        <w:spacing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</w:t>
      </w:r>
      <w:r>
        <w:t>ế</w:t>
      </w:r>
      <w:r>
        <w:t>n th</w:t>
      </w:r>
      <w:r>
        <w:t>ứ</w:t>
      </w:r>
      <w:r>
        <w:t>c chuyên môn,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 xml:space="preserve"> và tinh th</w:t>
      </w:r>
      <w:r>
        <w:t>ầ</w:t>
      </w:r>
      <w:r>
        <w:t>n trách nhi</w:t>
      </w:r>
      <w:r>
        <w:t>ệ</w:t>
      </w:r>
      <w:r>
        <w:t>m,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Ngân hàng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1CDD921A" w14:textId="77777777" w:rsidR="000F0277" w:rsidRDefault="005A5ADD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Ngâ</w:t>
      </w:r>
      <w:r>
        <w:t>n hàng thu</w:t>
      </w:r>
      <w:r>
        <w:t>ậ</w:t>
      </w:r>
      <w:r>
        <w:t>n ti</w:t>
      </w:r>
      <w:r>
        <w:t>ệ</w:t>
      </w:r>
      <w:r>
        <w:t>n xem xét.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7B3AB460" w14:textId="77777777" w:rsidR="000F0277" w:rsidRDefault="005A5ADD">
      <w:pPr>
        <w:spacing w:after="280"/>
        <w:jc w:val="both"/>
      </w:pPr>
      <w:r>
        <w:t>Xin chân thành c</w:t>
      </w:r>
      <w:r>
        <w:t>ả</w:t>
      </w:r>
      <w:r>
        <w:t>m ơn Quý Ngân hàng!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F0277" w14:paraId="6696A953" w14:textId="77777777">
        <w:tc>
          <w:tcPr>
            <w:tcW w:w="4680" w:type="dxa"/>
          </w:tcPr>
          <w:p w14:paraId="1626CB47" w14:textId="77777777" w:rsidR="000F0277" w:rsidRDefault="000F0277"/>
        </w:tc>
        <w:tc>
          <w:tcPr>
            <w:tcW w:w="4680" w:type="dxa"/>
          </w:tcPr>
          <w:p w14:paraId="695114C5" w14:textId="77777777" w:rsidR="000F0277" w:rsidRDefault="005A5ADD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3CEAB43D" w14:textId="77777777" w:rsidR="005A5ADD" w:rsidRDefault="005A5ADD"/>
    <w:sectPr w:rsidR="005A5ADD" w:rsidSect="00E029B9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277"/>
    <w:rsid w:val="0015074B"/>
    <w:rsid w:val="0029639D"/>
    <w:rsid w:val="00326F90"/>
    <w:rsid w:val="005A5ADD"/>
    <w:rsid w:val="00AA1D8D"/>
    <w:rsid w:val="00B47730"/>
    <w:rsid w:val="00CB0664"/>
    <w:rsid w:val="00E02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A0C6CA7"/>
  <w14:defaultImageDpi w14:val="300"/>
  <w15:docId w15:val="{AC69D7C6-2065-4DBC-92DF-052E7EE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2026-09-13T14:51:00Z</dcterms:modified>
  <cp:category/>
</cp:coreProperties>
</file>