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40663" w14:textId="77777777" w:rsidR="00F838BA" w:rsidRDefault="00904E41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1435F03D" w14:textId="77777777" w:rsidR="00F838BA" w:rsidRDefault="00904E41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744E19C4" w14:textId="77777777" w:rsidR="00F838BA" w:rsidRDefault="00904E41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Lãnh đ</w:t>
      </w:r>
      <w:r>
        <w:t>ạ</w:t>
      </w:r>
      <w:r>
        <w:t>o và Phòng Nhân s</w:t>
      </w:r>
      <w:r>
        <w:t>ự</w:t>
      </w:r>
      <w:r>
        <w:t xml:space="preserve"> Công ty ...................................</w:t>
      </w:r>
    </w:p>
    <w:p w14:paraId="62E8FC65" w14:textId="503C0982" w:rsidR="00F838BA" w:rsidRDefault="00904E41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</w:t>
      </w:r>
      <w:r>
        <w:t>.</w:t>
      </w:r>
      <w:r>
        <w:rPr>
          <w:b/>
        </w:rPr>
        <w:t>Ngày sinh:</w:t>
      </w:r>
      <w:r>
        <w:t xml:space="preserve"> ................................................................</w:t>
      </w:r>
    </w:p>
    <w:p w14:paraId="4B0996F0" w14:textId="3CB39619" w:rsidR="00F838BA" w:rsidRDefault="00904E41">
      <w:pPr>
        <w:spacing w:after="100"/>
      </w:pPr>
      <w:r>
        <w:rPr>
          <w:b/>
        </w:rPr>
        <w:t>Trư</w:t>
      </w:r>
      <w:r>
        <w:rPr>
          <w:b/>
        </w:rPr>
        <w:t>ờ</w:t>
      </w:r>
      <w:r>
        <w:rPr>
          <w:b/>
        </w:rPr>
        <w:t>ng h</w:t>
      </w:r>
      <w:r>
        <w:rPr>
          <w:b/>
        </w:rPr>
        <w:t>ọ</w:t>
      </w:r>
      <w:r>
        <w:rPr>
          <w:b/>
        </w:rPr>
        <w:t>c:</w:t>
      </w:r>
      <w:r>
        <w:t xml:space="preserve"> ...........................................................</w:t>
      </w:r>
      <w:r>
        <w:rPr>
          <w:b/>
        </w:rPr>
        <w:t>Chuyên ngành:</w:t>
      </w:r>
      <w:r>
        <w:t xml:space="preserve"> .......................</w:t>
      </w:r>
      <w:r>
        <w:t>........................</w:t>
      </w:r>
    </w:p>
    <w:p w14:paraId="263F2CBF" w14:textId="792232F6" w:rsidR="00F838BA" w:rsidRDefault="00904E41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</w:t>
      </w:r>
      <w:r>
        <w:t>.</w:t>
      </w:r>
      <w:r>
        <w:t>.</w:t>
      </w:r>
      <w:r>
        <w:t>.</w:t>
      </w:r>
      <w:r>
        <w:t>.</w:t>
      </w:r>
      <w:r>
        <w:t>.</w:t>
      </w:r>
      <w:r>
        <w:t>.</w:t>
      </w:r>
      <w:r>
        <w:t>.</w:t>
      </w:r>
      <w:r>
        <w:t>.</w:t>
      </w:r>
      <w:r>
        <w:t>.</w:t>
      </w:r>
      <w:r>
        <w:t>.</w:t>
      </w:r>
      <w:r>
        <w:t>.</w:t>
      </w:r>
      <w:r>
        <w:t>.</w:t>
      </w:r>
      <w:r>
        <w:t>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...................................................</w:t>
      </w:r>
    </w:p>
    <w:p w14:paraId="60A46989" w14:textId="77777777" w:rsidR="00F838BA" w:rsidRDefault="00904E41">
      <w:pPr>
        <w:spacing w:after="160"/>
      </w:pPr>
      <w:r>
        <w:rPr>
          <w:b/>
        </w:rPr>
        <w:t>Email:</w:t>
      </w:r>
      <w:r>
        <w:t xml:space="preserve"> .........................................................</w:t>
      </w:r>
      <w:r>
        <w:t>...........</w:t>
      </w:r>
    </w:p>
    <w:p w14:paraId="1E7197EB" w14:textId="77777777" w:rsidR="00F838BA" w:rsidRDefault="00904E41">
      <w:pPr>
        <w:spacing w:after="120"/>
        <w:jc w:val="both"/>
      </w:pPr>
      <w:r>
        <w:t>Thông 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>i trên HRCV,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.................................... Nh</w:t>
      </w:r>
      <w:r>
        <w:t>ậ</w:t>
      </w:r>
      <w:r>
        <w:t>n th</w:t>
      </w:r>
      <w:r>
        <w:t>ấ</w:t>
      </w:r>
      <w:r>
        <w:t>y đây là môi trư</w:t>
      </w:r>
      <w:r>
        <w:t>ờ</w:t>
      </w:r>
      <w:r>
        <w:t>ng phù h</w:t>
      </w:r>
      <w:r>
        <w:t>ợ</w:t>
      </w:r>
      <w:r>
        <w:t>p đ</w:t>
      </w:r>
      <w:r>
        <w:t>ể</w:t>
      </w:r>
      <w:r>
        <w:t xml:space="preserve"> phát tri</w:t>
      </w:r>
      <w:r>
        <w:t>ể</w:t>
      </w:r>
      <w:r>
        <w:t>n chuyên môn và tích lũy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>, tôi mong</w:t>
      </w:r>
      <w:r>
        <w:t xml:space="preserve">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vào v</w:t>
      </w:r>
      <w:r>
        <w:t>ị</w:t>
      </w:r>
      <w:r>
        <w:t xml:space="preserve"> trí này. V</w:t>
      </w:r>
      <w:r>
        <w:t>ớ</w:t>
      </w:r>
      <w:r>
        <w:t>i tinh th</w:t>
      </w:r>
      <w:r>
        <w:t>ầ</w:t>
      </w:r>
      <w:r>
        <w:t>n c</w:t>
      </w:r>
      <w:r>
        <w:t>ầ</w:t>
      </w:r>
      <w:r>
        <w:t>u ti</w:t>
      </w:r>
      <w:r>
        <w:t>ế</w:t>
      </w:r>
      <w:r>
        <w:t>n, s</w:t>
      </w:r>
      <w:r>
        <w:t>ự</w:t>
      </w:r>
      <w:r>
        <w:t xml:space="preserve"> ch</w:t>
      </w:r>
      <w:r>
        <w:t>ủ</w:t>
      </w:r>
      <w:r>
        <w:t xml:space="preserve"> đ</w:t>
      </w:r>
      <w:r>
        <w:t>ộ</w:t>
      </w:r>
      <w:r>
        <w:t>ng cùng nh</w:t>
      </w:r>
      <w:r>
        <w:t>ữ</w:t>
      </w:r>
      <w:r>
        <w:t>ng ki</w:t>
      </w:r>
      <w:r>
        <w:t>ế</w:t>
      </w:r>
      <w:r>
        <w:t>n th</w:t>
      </w:r>
      <w:r>
        <w:t>ứ</w:t>
      </w:r>
      <w:r>
        <w:t>c đã đư</w:t>
      </w:r>
      <w:r>
        <w:t>ợ</w:t>
      </w:r>
      <w:r>
        <w:t>c trang b</w:t>
      </w:r>
      <w:r>
        <w:t>ị</w:t>
      </w:r>
      <w:r>
        <w:t xml:space="preserve"> trong quá trình h</w:t>
      </w:r>
      <w:r>
        <w:t>ọ</w:t>
      </w:r>
      <w:r>
        <w:t>c t</w:t>
      </w:r>
      <w:r>
        <w:t>ậ</w:t>
      </w:r>
      <w:r>
        <w:t>p, tôi tin mình s</w:t>
      </w:r>
      <w:r>
        <w:t>ẽ</w:t>
      </w:r>
      <w:r>
        <w:t xml:space="preserve"> nhanh chóng thích nghi và hoàn thành t</w:t>
      </w:r>
      <w:r>
        <w:t>ố</w:t>
      </w:r>
      <w:r>
        <w:t>t các nhi</w:t>
      </w:r>
      <w:r>
        <w:t>ệ</w:t>
      </w:r>
      <w:r>
        <w:t>m v</w:t>
      </w:r>
      <w:r>
        <w:t>ụ</w:t>
      </w:r>
      <w:r>
        <w:t xml:space="preserve"> đư</w:t>
      </w:r>
      <w:r>
        <w:t>ợ</w:t>
      </w:r>
      <w:r>
        <w:t>c giao.</w:t>
      </w:r>
    </w:p>
    <w:p w14:paraId="06DDE279" w14:textId="77777777" w:rsidR="00F838BA" w:rsidRDefault="00904E41">
      <w:pPr>
        <w:spacing w:after="120"/>
        <w:jc w:val="both"/>
      </w:pPr>
      <w:r>
        <w:t>Trong quá trình h</w:t>
      </w:r>
      <w:r>
        <w:t>ọ</w:t>
      </w:r>
      <w:r>
        <w:t>c t</w:t>
      </w:r>
      <w:r>
        <w:t>ậ</w:t>
      </w:r>
      <w:r>
        <w:t>p t</w:t>
      </w:r>
      <w:r>
        <w:t>ạ</w:t>
      </w:r>
      <w:r>
        <w:t>i ...........</w:t>
      </w:r>
      <w:r>
        <w:t>........................, tôi đã đư</w:t>
      </w:r>
      <w:r>
        <w:t>ợ</w:t>
      </w:r>
      <w:r>
        <w:t>c trang b</w:t>
      </w:r>
      <w:r>
        <w:t>ị</w:t>
      </w:r>
      <w:r>
        <w:t xml:space="preserve"> n</w:t>
      </w:r>
      <w:r>
        <w:t>ề</w:t>
      </w:r>
      <w:r>
        <w:t>n t</w:t>
      </w:r>
      <w:r>
        <w:t>ả</w:t>
      </w:r>
      <w:r>
        <w:t>ng ki</w:t>
      </w:r>
      <w:r>
        <w:t>ế</w:t>
      </w:r>
      <w:r>
        <w:t>n th</w:t>
      </w:r>
      <w:r>
        <w:t>ứ</w:t>
      </w:r>
      <w:r>
        <w:t>c v</w:t>
      </w:r>
      <w:r>
        <w:t>ề</w:t>
      </w:r>
      <w:r>
        <w:t xml:space="preserve"> .................................... Đ</w:t>
      </w:r>
      <w:r>
        <w:t>ồ</w:t>
      </w:r>
      <w:r>
        <w:t>ng th</w:t>
      </w:r>
      <w:r>
        <w:t>ờ</w:t>
      </w:r>
      <w:r>
        <w:t>i, tôi cũng tích c</w:t>
      </w:r>
      <w:r>
        <w:t>ự</w:t>
      </w:r>
      <w:r>
        <w:t>c tham gia các d</w:t>
      </w:r>
      <w:r>
        <w:t>ự</w:t>
      </w:r>
      <w:r>
        <w:t xml:space="preserve"> án h</w:t>
      </w:r>
      <w:r>
        <w:t>ọ</w:t>
      </w:r>
      <w:r>
        <w:t>c t</w:t>
      </w:r>
      <w:r>
        <w:t>ậ</w:t>
      </w:r>
      <w:r>
        <w:t>p, ho</w:t>
      </w:r>
      <w:r>
        <w:t>ạ</w:t>
      </w:r>
      <w:r>
        <w:t>t đ</w:t>
      </w:r>
      <w:r>
        <w:t>ộ</w:t>
      </w:r>
      <w:r>
        <w:t>ng ngo</w:t>
      </w:r>
      <w:r>
        <w:t>ạ</w:t>
      </w:r>
      <w:r>
        <w:t>i khóa, câu l</w:t>
      </w:r>
      <w:r>
        <w:t>ạ</w:t>
      </w:r>
      <w:r>
        <w:t>c b</w:t>
      </w:r>
      <w:r>
        <w:t>ộ</w:t>
      </w:r>
      <w:r>
        <w:t xml:space="preserve"> ho</w:t>
      </w:r>
      <w:r>
        <w:t>ặ</w:t>
      </w:r>
      <w:r>
        <w:t>c các chương trình th</w:t>
      </w:r>
      <w:r>
        <w:t>ự</w:t>
      </w:r>
      <w:r>
        <w:t>c hành đ</w:t>
      </w:r>
      <w:r>
        <w:t>ể</w:t>
      </w:r>
      <w:r>
        <w:t xml:space="preserve"> rèn luy</w:t>
      </w:r>
      <w:r>
        <w:t>ệ</w:t>
      </w:r>
      <w:r>
        <w:t>n k</w:t>
      </w:r>
      <w:r>
        <w:t>ỹ</w:t>
      </w:r>
      <w:r>
        <w:t xml:space="preserve"> năng chuyên </w:t>
      </w:r>
      <w:r>
        <w:t>môn và nâng cao kh</w:t>
      </w:r>
      <w:r>
        <w:t>ả</w:t>
      </w:r>
      <w:r>
        <w:t xml:space="preserve"> năng làm vi</w:t>
      </w:r>
      <w:r>
        <w:t>ệ</w:t>
      </w:r>
      <w:r>
        <w:t>c th</w:t>
      </w:r>
      <w:r>
        <w:t>ự</w:t>
      </w:r>
      <w:r>
        <w:t>c t</w:t>
      </w:r>
      <w:r>
        <w:t>ế</w:t>
      </w:r>
      <w:r>
        <w:t>.</w:t>
      </w:r>
    </w:p>
    <w:p w14:paraId="0945F61B" w14:textId="77777777" w:rsidR="00F838BA" w:rsidRDefault="00904E41">
      <w:pPr>
        <w:spacing w:after="60"/>
      </w:pPr>
      <w:r>
        <w:rPr>
          <w:b/>
        </w:rPr>
        <w:t>N</w:t>
      </w:r>
      <w:r>
        <w:rPr>
          <w:b/>
        </w:rPr>
        <w:t>ề</w:t>
      </w:r>
      <w:r>
        <w:rPr>
          <w:b/>
        </w:rPr>
        <w:t>n t</w:t>
      </w:r>
      <w:r>
        <w:rPr>
          <w:b/>
        </w:rPr>
        <w:t>ả</w:t>
      </w:r>
      <w:r>
        <w:rPr>
          <w:b/>
        </w:rPr>
        <w:t>ng h</w:t>
      </w:r>
      <w:r>
        <w:rPr>
          <w:b/>
        </w:rPr>
        <w:t>ọ</w:t>
      </w:r>
      <w:r>
        <w:rPr>
          <w:b/>
        </w:rPr>
        <w:t>c t</w:t>
      </w:r>
      <w:r>
        <w:rPr>
          <w:b/>
        </w:rPr>
        <w:t>ậ</w:t>
      </w:r>
      <w:r>
        <w:rPr>
          <w:b/>
        </w:rPr>
        <w:t>p và k</w:t>
      </w:r>
      <w:r>
        <w:rPr>
          <w:b/>
        </w:rPr>
        <w:t>ỹ</w:t>
      </w:r>
      <w:r>
        <w:rPr>
          <w:b/>
        </w:rPr>
        <w:t xml:space="preserve"> năng</w:t>
      </w:r>
    </w:p>
    <w:p w14:paraId="5BFF1B7C" w14:textId="77777777" w:rsidR="00F838BA" w:rsidRDefault="00904E41">
      <w:pPr>
        <w:pStyle w:val="ListBullet"/>
        <w:spacing w:after="40"/>
      </w:pPr>
      <w:r>
        <w:t>...........................................................................</w:t>
      </w:r>
    </w:p>
    <w:p w14:paraId="64CE4E4B" w14:textId="77777777" w:rsidR="00F838BA" w:rsidRDefault="00904E41">
      <w:pPr>
        <w:pStyle w:val="ListBullet"/>
        <w:spacing w:after="40"/>
      </w:pPr>
      <w:r>
        <w:t>...........................................................................</w:t>
      </w:r>
    </w:p>
    <w:p w14:paraId="599E82D0" w14:textId="77777777" w:rsidR="00F838BA" w:rsidRDefault="00904E41">
      <w:pPr>
        <w:pStyle w:val="ListBullet"/>
        <w:spacing w:after="40"/>
      </w:pPr>
      <w:r>
        <w:t>.................................</w:t>
      </w:r>
      <w:r>
        <w:t>..........................................</w:t>
      </w:r>
    </w:p>
    <w:p w14:paraId="66EF6570" w14:textId="77777777" w:rsidR="00F838BA" w:rsidRDefault="00904E41">
      <w:pPr>
        <w:spacing w:after="60"/>
      </w:pPr>
      <w:r>
        <w:rPr>
          <w:b/>
        </w:rPr>
        <w:t>Nh</w:t>
      </w:r>
      <w:r>
        <w:rPr>
          <w:b/>
        </w:rPr>
        <w:t>ữ</w:t>
      </w:r>
      <w:r>
        <w:rPr>
          <w:b/>
        </w:rPr>
        <w:t>ng đi</w:t>
      </w:r>
      <w:r>
        <w:rPr>
          <w:b/>
        </w:rPr>
        <w:t>ể</w:t>
      </w:r>
      <w:r>
        <w:rPr>
          <w:b/>
        </w:rPr>
        <w:t>m n</w:t>
      </w:r>
      <w:r>
        <w:rPr>
          <w:b/>
        </w:rPr>
        <w:t>ổ</w:t>
      </w:r>
      <w:r>
        <w:rPr>
          <w:b/>
        </w:rPr>
        <w:t>i b</w:t>
      </w:r>
      <w:r>
        <w:rPr>
          <w:b/>
        </w:rPr>
        <w:t>ậ</w:t>
      </w:r>
      <w:r>
        <w:rPr>
          <w:b/>
        </w:rPr>
        <w:t>t c</w:t>
      </w:r>
      <w:r>
        <w:rPr>
          <w:b/>
        </w:rPr>
        <w:t>ủ</w:t>
      </w:r>
      <w:r>
        <w:rPr>
          <w:b/>
        </w:rPr>
        <w:t>a b</w:t>
      </w:r>
      <w:r>
        <w:rPr>
          <w:b/>
        </w:rPr>
        <w:t>ả</w:t>
      </w:r>
      <w:r>
        <w:rPr>
          <w:b/>
        </w:rPr>
        <w:t>n thân</w:t>
      </w:r>
    </w:p>
    <w:p w14:paraId="091367D6" w14:textId="77777777" w:rsidR="00F838BA" w:rsidRDefault="00904E41">
      <w:pPr>
        <w:pStyle w:val="ListBullet"/>
        <w:spacing w:after="40"/>
      </w:pPr>
      <w:r>
        <w:t>...........................................................................</w:t>
      </w:r>
    </w:p>
    <w:p w14:paraId="488330AB" w14:textId="77777777" w:rsidR="00F838BA" w:rsidRDefault="00904E41">
      <w:pPr>
        <w:pStyle w:val="ListBullet"/>
        <w:spacing w:after="40"/>
      </w:pPr>
      <w:r>
        <w:t>.............................</w:t>
      </w:r>
      <w:r>
        <w:t>..............................................</w:t>
      </w:r>
    </w:p>
    <w:p w14:paraId="6BEEE53D" w14:textId="77777777" w:rsidR="00F838BA" w:rsidRDefault="00904E41">
      <w:pPr>
        <w:pStyle w:val="ListBullet"/>
        <w:spacing w:after="40"/>
      </w:pPr>
      <w:r>
        <w:t>...........................................................................</w:t>
      </w:r>
    </w:p>
    <w:p w14:paraId="305ACDFD" w14:textId="77777777" w:rsidR="00F838BA" w:rsidRDefault="00904E41">
      <w:pPr>
        <w:spacing w:after="120"/>
        <w:jc w:val="both"/>
      </w:pPr>
      <w:r>
        <w:t>Dù chưa có nhi</w:t>
      </w:r>
      <w:r>
        <w:t>ề</w:t>
      </w:r>
      <w:r>
        <w:t>u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>, tôi luôn s</w:t>
      </w:r>
      <w:r>
        <w:t>ẵ</w:t>
      </w:r>
      <w:r>
        <w:t>n sàng h</w:t>
      </w:r>
      <w:r>
        <w:t>ọ</w:t>
      </w:r>
      <w:r>
        <w:t>c h</w:t>
      </w:r>
      <w:r>
        <w:t>ỏ</w:t>
      </w:r>
      <w:r>
        <w:t>i, ch</w:t>
      </w:r>
      <w:r>
        <w:t>ủ</w:t>
      </w:r>
      <w:r>
        <w:t xml:space="preserve"> đ</w:t>
      </w:r>
      <w:r>
        <w:t>ộ</w:t>
      </w:r>
      <w:r>
        <w:t>ng ti</w:t>
      </w:r>
      <w:r>
        <w:t>ế</w:t>
      </w:r>
      <w:r>
        <w:t>p thu góp ý và n</w:t>
      </w:r>
      <w:r>
        <w:t>ỗ</w:t>
      </w:r>
      <w:r>
        <w:t xml:space="preserve"> l</w:t>
      </w:r>
      <w:r>
        <w:t>ự</w:t>
      </w:r>
      <w:r>
        <w:t>c hoàn thành t</w:t>
      </w:r>
      <w:r>
        <w:t>ố</w:t>
      </w:r>
      <w:r>
        <w:t>t nh</w:t>
      </w:r>
      <w:r>
        <w:t>ữ</w:t>
      </w:r>
      <w:r>
        <w:t>ng nhi</w:t>
      </w:r>
      <w:r>
        <w:t>ệ</w:t>
      </w:r>
      <w:r>
        <w:t>m v</w:t>
      </w:r>
      <w:r>
        <w:t>ụ</w:t>
      </w:r>
      <w:r>
        <w:t xml:space="preserve"> đư</w:t>
      </w:r>
      <w:r>
        <w:t>ợ</w:t>
      </w:r>
      <w:r>
        <w:t>c giao. Tôi hy v</w:t>
      </w:r>
      <w:r>
        <w:t>ọ</w:t>
      </w:r>
      <w:r>
        <w:t>ng s</w:t>
      </w:r>
      <w:r>
        <w:t>ẽ</w:t>
      </w:r>
      <w:r>
        <w:t xml:space="preserve"> có cơ h</w:t>
      </w:r>
      <w:r>
        <w:t>ộ</w:t>
      </w:r>
      <w:r>
        <w:t>i đư</w:t>
      </w:r>
      <w:r>
        <w:t>ợ</w:t>
      </w:r>
      <w:r>
        <w:t>c th</w:t>
      </w:r>
      <w:r>
        <w:t>ự</w:t>
      </w:r>
      <w:r>
        <w:t>c t</w:t>
      </w:r>
      <w:r>
        <w:t>ậ</w:t>
      </w:r>
      <w:r>
        <w:t>p và làm vi</w:t>
      </w:r>
      <w:r>
        <w:t>ệ</w:t>
      </w:r>
      <w:r>
        <w:t>c trong môi trư</w:t>
      </w:r>
      <w:r>
        <w:t>ờ</w:t>
      </w:r>
      <w:r>
        <w:t>ng chuyên nghi</w:t>
      </w:r>
      <w:r>
        <w:t>ệ</w:t>
      </w:r>
      <w:r>
        <w:t>p c</w:t>
      </w:r>
      <w:r>
        <w:t>ủ</w:t>
      </w:r>
      <w:r>
        <w:t>a Quý công ty đ</w:t>
      </w:r>
      <w:r>
        <w:t>ể</w:t>
      </w:r>
      <w:r>
        <w:t xml:space="preserve"> tích lũy kinh nghi</w:t>
      </w:r>
      <w:r>
        <w:t>ệ</w:t>
      </w:r>
      <w:r>
        <w:t>m, phát tri</w:t>
      </w:r>
      <w:r>
        <w:t>ể</w:t>
      </w:r>
      <w:r>
        <w:t>n b</w:t>
      </w:r>
      <w:r>
        <w:t>ả</w:t>
      </w:r>
      <w:r>
        <w:t>n thân cũng như đóng góp nh</w:t>
      </w:r>
      <w:r>
        <w:t>ữ</w:t>
      </w:r>
      <w:r>
        <w:t>ng giá tr</w:t>
      </w:r>
      <w:r>
        <w:t>ị</w:t>
      </w:r>
      <w:r>
        <w:t xml:space="preserve"> tích c</w:t>
      </w:r>
      <w:r>
        <w:t>ự</w:t>
      </w:r>
      <w:r>
        <w:t>c cho doanh nghi</w:t>
      </w:r>
      <w:r>
        <w:t>ệ</w:t>
      </w:r>
      <w:r>
        <w:t>p.</w:t>
      </w:r>
    </w:p>
    <w:p w14:paraId="269D2081" w14:textId="77777777" w:rsidR="00F838BA" w:rsidRDefault="00904E41">
      <w:pPr>
        <w:spacing w:after="120"/>
        <w:jc w:val="both"/>
      </w:pPr>
      <w:r>
        <w:t>Tôi xin g</w:t>
      </w:r>
      <w:r>
        <w:t>ử</w:t>
      </w:r>
      <w:r>
        <w:t>i kèm CV cùng các tài li</w:t>
      </w:r>
      <w:r>
        <w:t>ệ</w:t>
      </w:r>
      <w:r>
        <w:t>u liên quan đ</w:t>
      </w:r>
      <w:r>
        <w:t>ể</w:t>
      </w:r>
      <w:r>
        <w:t xml:space="preserve"> Quý công ty thu</w:t>
      </w:r>
      <w:r>
        <w:t>ậ</w:t>
      </w:r>
      <w:r>
        <w:t>n ti</w:t>
      </w:r>
      <w:r>
        <w:t>ệ</w:t>
      </w:r>
      <w:r>
        <w:t>n tham kh</w:t>
      </w:r>
      <w:r>
        <w:t>ả</w:t>
      </w:r>
      <w:r>
        <w:t>o. R</w:t>
      </w:r>
      <w:r>
        <w:t>ấ</w:t>
      </w:r>
      <w:r>
        <w:t>t mong nh</w:t>
      </w:r>
      <w:r>
        <w:t>ậ</w:t>
      </w:r>
      <w:r>
        <w:t>n đư</w:t>
      </w:r>
      <w:r>
        <w:t>ợ</w:t>
      </w:r>
      <w:r>
        <w:t>c ph</w:t>
      </w:r>
      <w:r>
        <w:t>ả</w:t>
      </w:r>
      <w:r>
        <w:t>n h</w:t>
      </w:r>
      <w:r>
        <w:t>ồ</w:t>
      </w:r>
      <w:r>
        <w:t>i và có cơ h</w:t>
      </w:r>
      <w:r>
        <w:t>ộ</w:t>
      </w:r>
      <w:r>
        <w:t>i tham gia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trong th</w:t>
      </w:r>
      <w:r>
        <w:t>ờ</w:t>
      </w:r>
      <w:r>
        <w:t>i gian s</w:t>
      </w:r>
      <w:r>
        <w:t>ớ</w:t>
      </w:r>
      <w:r>
        <w:t>m nh</w:t>
      </w:r>
      <w:r>
        <w:t>ấ</w:t>
      </w:r>
      <w:r>
        <w:t>t.</w:t>
      </w:r>
    </w:p>
    <w:p w14:paraId="74F4B42D" w14:textId="77777777" w:rsidR="00F838BA" w:rsidRDefault="00904E41">
      <w:pPr>
        <w:spacing w:after="28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838BA" w14:paraId="1F46FD57" w14:textId="77777777">
        <w:tc>
          <w:tcPr>
            <w:tcW w:w="4680" w:type="dxa"/>
          </w:tcPr>
          <w:p w14:paraId="6AB10ED7" w14:textId="77777777" w:rsidR="00F838BA" w:rsidRDefault="00F838BA"/>
        </w:tc>
        <w:tc>
          <w:tcPr>
            <w:tcW w:w="4680" w:type="dxa"/>
          </w:tcPr>
          <w:p w14:paraId="25934EE9" w14:textId="77777777" w:rsidR="00F838BA" w:rsidRDefault="00904E41">
            <w:pPr>
              <w:spacing w:after="8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0171AB08" w14:textId="77777777" w:rsidR="00904E41" w:rsidRDefault="00904E41"/>
    <w:sectPr w:rsidR="00904E41" w:rsidSect="004E1EA9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1EA9"/>
    <w:rsid w:val="00904E41"/>
    <w:rsid w:val="00AA1D8D"/>
    <w:rsid w:val="00B47730"/>
    <w:rsid w:val="00CB0664"/>
    <w:rsid w:val="00F838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07FC126"/>
  <w14:defaultImageDpi w14:val="300"/>
  <w15:docId w15:val="{B858AE9F-C041-4DDF-BB5A-56F6FB0B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2026-09-13T14:21:00Z</dcterms:modified>
  <cp:category/>
</cp:coreProperties>
</file>