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488F15C" w14:textId="77777777" w:rsidR="009661E9" w:rsidRDefault="00D3442E">
      <w:pPr>
        <w:spacing w:after="40"/>
        <w:jc w:val="center"/>
      </w:pPr>
      <w:r>
        <w:rPr>
          <w:b/>
          <w:sz w:val="26"/>
        </w:rPr>
        <w:t>C</w:t>
      </w:r>
      <w:r>
        <w:rPr>
          <w:b/>
          <w:sz w:val="26"/>
        </w:rPr>
        <w:t>Ộ</w:t>
      </w:r>
      <w:r>
        <w:rPr>
          <w:b/>
          <w:sz w:val="26"/>
        </w:rPr>
        <w:t>NG HÒA XÃ H</w:t>
      </w:r>
      <w:r>
        <w:rPr>
          <w:b/>
          <w:sz w:val="26"/>
        </w:rPr>
        <w:t>Ộ</w:t>
      </w:r>
      <w:r>
        <w:rPr>
          <w:b/>
          <w:sz w:val="26"/>
        </w:rPr>
        <w:t>I CH</w:t>
      </w:r>
      <w:r>
        <w:rPr>
          <w:b/>
          <w:sz w:val="26"/>
        </w:rPr>
        <w:t>Ủ</w:t>
      </w:r>
      <w:r>
        <w:rPr>
          <w:b/>
          <w:sz w:val="26"/>
        </w:rPr>
        <w:t xml:space="preserve"> NGHĨA VI</w:t>
      </w:r>
      <w:r>
        <w:rPr>
          <w:b/>
          <w:sz w:val="26"/>
        </w:rPr>
        <w:t>Ệ</w:t>
      </w:r>
      <w:r>
        <w:rPr>
          <w:b/>
          <w:sz w:val="26"/>
        </w:rPr>
        <w:t>T NAM</w:t>
      </w:r>
      <w:r>
        <w:rPr>
          <w:b/>
          <w:sz w:val="26"/>
        </w:rPr>
        <w:br/>
        <w:t>Đ</w:t>
      </w:r>
      <w:r>
        <w:rPr>
          <w:b/>
          <w:sz w:val="26"/>
        </w:rPr>
        <w:t>ộ</w:t>
      </w:r>
      <w:r>
        <w:rPr>
          <w:b/>
          <w:sz w:val="26"/>
        </w:rPr>
        <w:t>c l</w:t>
      </w:r>
      <w:r>
        <w:rPr>
          <w:b/>
          <w:sz w:val="26"/>
        </w:rPr>
        <w:t>ậ</w:t>
      </w:r>
      <w:r>
        <w:rPr>
          <w:b/>
          <w:sz w:val="26"/>
        </w:rPr>
        <w:t>p - T</w:t>
      </w:r>
      <w:r>
        <w:rPr>
          <w:b/>
          <w:sz w:val="26"/>
        </w:rPr>
        <w:t>ự</w:t>
      </w:r>
      <w:r>
        <w:rPr>
          <w:b/>
          <w:sz w:val="26"/>
        </w:rPr>
        <w:t xml:space="preserve"> do - H</w:t>
      </w:r>
      <w:r>
        <w:rPr>
          <w:b/>
          <w:sz w:val="26"/>
        </w:rPr>
        <w:t>ạ</w:t>
      </w:r>
      <w:r>
        <w:rPr>
          <w:b/>
          <w:sz w:val="26"/>
        </w:rPr>
        <w:t>nh phúc</w:t>
      </w:r>
    </w:p>
    <w:p w14:paraId="14A005A1" w14:textId="77777777" w:rsidR="009661E9" w:rsidRDefault="00D3442E">
      <w:pPr>
        <w:spacing w:before="280" w:after="280"/>
        <w:jc w:val="center"/>
      </w:pPr>
      <w:r>
        <w:rPr>
          <w:b/>
          <w:sz w:val="32"/>
        </w:rPr>
        <w:t>ĐƠN XIN VI</w:t>
      </w:r>
      <w:r>
        <w:rPr>
          <w:b/>
          <w:sz w:val="32"/>
        </w:rPr>
        <w:t>Ệ</w:t>
      </w:r>
      <w:r>
        <w:rPr>
          <w:b/>
          <w:sz w:val="32"/>
        </w:rPr>
        <w:t>C</w:t>
      </w:r>
    </w:p>
    <w:p w14:paraId="5A04B599" w14:textId="77777777" w:rsidR="009661E9" w:rsidRDefault="00D3442E">
      <w:pPr>
        <w:spacing w:after="120"/>
      </w:pPr>
      <w:r>
        <w:rPr>
          <w:b/>
        </w:rPr>
        <w:t>Kính g</w:t>
      </w:r>
      <w:r>
        <w:rPr>
          <w:b/>
        </w:rPr>
        <w:t>ử</w:t>
      </w:r>
      <w:r>
        <w:rPr>
          <w:b/>
        </w:rPr>
        <w:t xml:space="preserve">i: </w:t>
      </w:r>
      <w:r>
        <w:t>Ban Giám đ</w:t>
      </w:r>
      <w:r>
        <w:t>ố</w:t>
      </w:r>
      <w:r>
        <w:t>c và Phòng Nhân s</w:t>
      </w:r>
      <w:r>
        <w:t>ự</w:t>
      </w:r>
      <w:r>
        <w:t xml:space="preserve"> B</w:t>
      </w:r>
      <w:r>
        <w:t>ệ</w:t>
      </w:r>
      <w:r>
        <w:t>nh vi</w:t>
      </w:r>
      <w:r>
        <w:t>ệ</w:t>
      </w:r>
      <w:r>
        <w:t>n/Cơ s</w:t>
      </w:r>
      <w:r>
        <w:t>ở</w:t>
      </w:r>
      <w:r>
        <w:t xml:space="preserve"> y t</w:t>
      </w:r>
      <w:r>
        <w:t>ế</w:t>
      </w:r>
      <w:r>
        <w:t xml:space="preserve"> ...................................</w:t>
      </w:r>
    </w:p>
    <w:p w14:paraId="799D4188" w14:textId="19E4F312" w:rsidR="009661E9" w:rsidRDefault="00D3442E">
      <w:pPr>
        <w:spacing w:after="100"/>
      </w:pPr>
      <w:r>
        <w:rPr>
          <w:b/>
        </w:rPr>
        <w:t>H</w:t>
      </w:r>
      <w:r>
        <w:rPr>
          <w:b/>
        </w:rPr>
        <w:t>ọ</w:t>
      </w:r>
      <w:r>
        <w:rPr>
          <w:b/>
        </w:rPr>
        <w:t xml:space="preserve"> và tên:</w:t>
      </w:r>
      <w:r>
        <w:t xml:space="preserve"> ..................................................................</w:t>
      </w:r>
      <w:r>
        <w:rPr>
          <w:b/>
        </w:rPr>
        <w:t>Ngày sinh:</w:t>
      </w:r>
      <w:r>
        <w:t xml:space="preserve"> ...............</w:t>
      </w:r>
      <w:r>
        <w:t>...............................................</w:t>
      </w:r>
    </w:p>
    <w:p w14:paraId="7E593857" w14:textId="2693B746" w:rsidR="009661E9" w:rsidRDefault="00D3442E">
      <w:pPr>
        <w:spacing w:after="100"/>
      </w:pPr>
      <w:r>
        <w:rPr>
          <w:b/>
        </w:rPr>
        <w:t>Đ</w:t>
      </w:r>
      <w:r>
        <w:rPr>
          <w:b/>
        </w:rPr>
        <w:t>ị</w:t>
      </w:r>
      <w:r>
        <w:rPr>
          <w:b/>
        </w:rPr>
        <w:t>a ch</w:t>
      </w:r>
      <w:r>
        <w:rPr>
          <w:b/>
        </w:rPr>
        <w:t>ỉ</w:t>
      </w:r>
      <w:r>
        <w:rPr>
          <w:b/>
        </w:rPr>
        <w:t>:</w:t>
      </w:r>
      <w:r>
        <w:t xml:space="preserve"> ...................................................................</w:t>
      </w:r>
      <w:r>
        <w:rPr>
          <w:b/>
        </w:rPr>
        <w:t>S</w:t>
      </w:r>
      <w:r>
        <w:rPr>
          <w:b/>
        </w:rPr>
        <w:t>ố</w:t>
      </w:r>
      <w:r>
        <w:rPr>
          <w:b/>
        </w:rPr>
        <w:t xml:space="preserve"> đi</w:t>
      </w:r>
      <w:r>
        <w:rPr>
          <w:b/>
        </w:rPr>
        <w:t>ệ</w:t>
      </w:r>
      <w:r>
        <w:rPr>
          <w:b/>
        </w:rPr>
        <w:t>n tho</w:t>
      </w:r>
      <w:r>
        <w:rPr>
          <w:b/>
        </w:rPr>
        <w:t>ạ</w:t>
      </w:r>
      <w:r>
        <w:rPr>
          <w:b/>
        </w:rPr>
        <w:t>i:</w:t>
      </w:r>
      <w:r>
        <w:t xml:space="preserve"> ...................</w:t>
      </w:r>
      <w:r>
        <w:t>...................</w:t>
      </w:r>
      <w:r>
        <w:t>......................</w:t>
      </w:r>
    </w:p>
    <w:p w14:paraId="3FD36F12" w14:textId="77777777" w:rsidR="009661E9" w:rsidRDefault="00D3442E">
      <w:pPr>
        <w:spacing w:after="160"/>
      </w:pPr>
      <w:r>
        <w:rPr>
          <w:b/>
        </w:rPr>
        <w:t>Email:</w:t>
      </w:r>
      <w:r>
        <w:t xml:space="preserve"> ....................................................................</w:t>
      </w:r>
    </w:p>
    <w:p w14:paraId="2D58DCFB" w14:textId="77777777" w:rsidR="009661E9" w:rsidRDefault="00D3442E">
      <w:pPr>
        <w:spacing w:after="120"/>
        <w:jc w:val="both"/>
      </w:pPr>
      <w:r>
        <w:t>Qua thông tin tuy</w:t>
      </w:r>
      <w:r>
        <w:t>ể</w:t>
      </w:r>
      <w:r>
        <w:t>n d</w:t>
      </w:r>
      <w:r>
        <w:t>ụ</w:t>
      </w:r>
      <w:r>
        <w:t>ng đư</w:t>
      </w:r>
      <w:r>
        <w:t>ợ</w:t>
      </w:r>
      <w:r>
        <w:t>c đăng t</w:t>
      </w:r>
      <w:r>
        <w:t>ả</w:t>
      </w:r>
      <w:r>
        <w:t xml:space="preserve">i trên </w:t>
      </w:r>
      <w:r>
        <w:rPr>
          <w:b/>
        </w:rPr>
        <w:t>HRCV</w:t>
      </w:r>
      <w:r>
        <w:t>, tôi đư</w:t>
      </w:r>
      <w:r>
        <w:t>ợ</w:t>
      </w:r>
      <w:r>
        <w:t>c bi</w:t>
      </w:r>
      <w:r>
        <w:t>ế</w:t>
      </w:r>
      <w:r>
        <w:t>t Quý B</w:t>
      </w:r>
      <w:r>
        <w:t>ệ</w:t>
      </w:r>
      <w:r>
        <w:t>nh vi</w:t>
      </w:r>
      <w:r>
        <w:t>ệ</w:t>
      </w:r>
      <w:r>
        <w:t>n/Cơ s</w:t>
      </w:r>
      <w:r>
        <w:t>ở</w:t>
      </w:r>
      <w:r>
        <w:t xml:space="preserve"> y t</w:t>
      </w:r>
      <w:r>
        <w:t>ế</w:t>
      </w:r>
      <w:r>
        <w:t xml:space="preserve"> đang tuy</w:t>
      </w:r>
      <w:r>
        <w:t>ể</w:t>
      </w:r>
      <w:r>
        <w:t>n d</w:t>
      </w:r>
      <w:r>
        <w:t>ụ</w:t>
      </w:r>
      <w:r>
        <w:t>ng v</w:t>
      </w:r>
      <w:r>
        <w:t>ị</w:t>
      </w:r>
      <w:r>
        <w:t xml:space="preserve"> trí </w:t>
      </w:r>
      <w:r>
        <w:rPr>
          <w:b/>
        </w:rPr>
        <w:t>Đi</w:t>
      </w:r>
      <w:r>
        <w:rPr>
          <w:b/>
        </w:rPr>
        <w:t>ề</w:t>
      </w:r>
      <w:r>
        <w:rPr>
          <w:b/>
        </w:rPr>
        <w:t>u dư</w:t>
      </w:r>
      <w:r>
        <w:rPr>
          <w:b/>
        </w:rPr>
        <w:t>ỡ</w:t>
      </w:r>
      <w:r>
        <w:rPr>
          <w:b/>
        </w:rPr>
        <w:t>ng/Nhân viên y t</w:t>
      </w:r>
      <w:r>
        <w:rPr>
          <w:b/>
        </w:rPr>
        <w:t>ế</w:t>
      </w:r>
      <w:r>
        <w:t>. V</w:t>
      </w:r>
      <w:r>
        <w:t>ớ</w:t>
      </w:r>
      <w:r>
        <w:t>i ...... năm kinh nghi</w:t>
      </w:r>
      <w:r>
        <w:t>ệ</w:t>
      </w:r>
      <w:r>
        <w:t>m trong lĩnh v</w:t>
      </w:r>
      <w:r>
        <w:t>ự</w:t>
      </w:r>
      <w:r>
        <w:t>c chăm sóc s</w:t>
      </w:r>
      <w:r>
        <w:t>ứ</w:t>
      </w:r>
      <w:r>
        <w:t>c kh</w:t>
      </w:r>
      <w:r>
        <w:t>ỏ</w:t>
      </w:r>
      <w:r>
        <w:t>e cùng tinh th</w:t>
      </w:r>
      <w:r>
        <w:t>ầ</w:t>
      </w:r>
      <w:r>
        <w:t>n trách nhi</w:t>
      </w:r>
      <w:r>
        <w:t>ệ</w:t>
      </w:r>
      <w:r>
        <w:t>m và s</w:t>
      </w:r>
      <w:r>
        <w:t>ự</w:t>
      </w:r>
      <w:r>
        <w:t xml:space="preserve"> t</w:t>
      </w:r>
      <w:r>
        <w:t>ậ</w:t>
      </w:r>
      <w:r>
        <w:t>n tâm v</w:t>
      </w:r>
      <w:r>
        <w:t>ớ</w:t>
      </w:r>
      <w:r>
        <w:t>i ngư</w:t>
      </w:r>
      <w:r>
        <w:t>ờ</w:t>
      </w:r>
      <w:r>
        <w:t>i b</w:t>
      </w:r>
      <w:r>
        <w:t>ệ</w:t>
      </w:r>
      <w:r>
        <w:t>nh, tôi mong mu</w:t>
      </w:r>
      <w:r>
        <w:t>ố</w:t>
      </w:r>
      <w:r>
        <w:t>n đư</w:t>
      </w:r>
      <w:r>
        <w:t>ợ</w:t>
      </w:r>
      <w:r>
        <w:t xml:space="preserve">c </w:t>
      </w:r>
      <w:r>
        <w:t>ứ</w:t>
      </w:r>
      <w:r>
        <w:t>ng tuy</w:t>
      </w:r>
      <w:r>
        <w:t>ể</w:t>
      </w:r>
      <w:r>
        <w:t>n vào v</w:t>
      </w:r>
      <w:r>
        <w:t>ị</w:t>
      </w:r>
      <w:r>
        <w:t xml:space="preserve"> trí này đ</w:t>
      </w:r>
      <w:r>
        <w:t>ể</w:t>
      </w:r>
      <w:r>
        <w:t xml:space="preserve"> đóng góp vào công tác khám, ch</w:t>
      </w:r>
      <w:r>
        <w:t>ữ</w:t>
      </w:r>
      <w:r>
        <w:t>a b</w:t>
      </w:r>
      <w:r>
        <w:t>ệ</w:t>
      </w:r>
      <w:r>
        <w:t>nh và chăm sóc b</w:t>
      </w:r>
      <w:r>
        <w:t>ệ</w:t>
      </w:r>
      <w:r>
        <w:t>nh nhân.</w:t>
      </w:r>
    </w:p>
    <w:p w14:paraId="4522620C" w14:textId="77777777" w:rsidR="009661E9" w:rsidRDefault="00D3442E">
      <w:pPr>
        <w:spacing w:after="120"/>
        <w:jc w:val="both"/>
      </w:pPr>
      <w:r>
        <w:t>Trong quá trình làm vi</w:t>
      </w:r>
      <w:r>
        <w:t>ệ</w:t>
      </w:r>
      <w:r>
        <w:t>c t</w:t>
      </w:r>
      <w:r>
        <w:t>ạ</w:t>
      </w:r>
      <w:r>
        <w:t>i</w:t>
      </w:r>
      <w:r>
        <w:t xml:space="preserve"> ........................................, tôi đã tr</w:t>
      </w:r>
      <w:r>
        <w:t>ự</w:t>
      </w:r>
      <w:r>
        <w:t>c ti</w:t>
      </w:r>
      <w:r>
        <w:t>ế</w:t>
      </w:r>
      <w:r>
        <w:t>p h</w:t>
      </w:r>
      <w:r>
        <w:t>ỗ</w:t>
      </w:r>
      <w:r>
        <w:t xml:space="preserve"> tr</w:t>
      </w:r>
      <w:r>
        <w:t>ợ</w:t>
      </w:r>
      <w:r>
        <w:t xml:space="preserve"> bác sĩ trong công tác khám và đi</w:t>
      </w:r>
      <w:r>
        <w:t>ề</w:t>
      </w:r>
      <w:r>
        <w:t>u tr</w:t>
      </w:r>
      <w:r>
        <w:t>ị</w:t>
      </w:r>
      <w:r>
        <w:t>, theo dõi tình tr</w:t>
      </w:r>
      <w:r>
        <w:t>ạ</w:t>
      </w:r>
      <w:r>
        <w:t>ng ngư</w:t>
      </w:r>
      <w:r>
        <w:t>ờ</w:t>
      </w:r>
      <w:r>
        <w:t>i b</w:t>
      </w:r>
      <w:r>
        <w:t>ệ</w:t>
      </w:r>
      <w:r>
        <w:t>nh, th</w:t>
      </w:r>
      <w:r>
        <w:t>ự</w:t>
      </w:r>
      <w:r>
        <w:t>c hi</w:t>
      </w:r>
      <w:r>
        <w:t>ệ</w:t>
      </w:r>
      <w:r>
        <w:t>n các k</w:t>
      </w:r>
      <w:r>
        <w:t>ỹ</w:t>
      </w:r>
      <w:r>
        <w:t xml:space="preserve"> thu</w:t>
      </w:r>
      <w:r>
        <w:t>ậ</w:t>
      </w:r>
      <w:r>
        <w:t>t đi</w:t>
      </w:r>
      <w:r>
        <w:t>ề</w:t>
      </w:r>
      <w:r>
        <w:t>u dư</w:t>
      </w:r>
      <w:r>
        <w:t>ỡ</w:t>
      </w:r>
      <w:r>
        <w:t>ng theo đúng quy trình chuyên môn và hư</w:t>
      </w:r>
      <w:r>
        <w:t>ớ</w:t>
      </w:r>
      <w:r>
        <w:t>ng d</w:t>
      </w:r>
      <w:r>
        <w:t>ẫ</w:t>
      </w:r>
      <w:r>
        <w:t>n ngư</w:t>
      </w:r>
      <w:r>
        <w:t>ờ</w:t>
      </w:r>
      <w:r>
        <w:t>i b</w:t>
      </w:r>
      <w:r>
        <w:t>ệ</w:t>
      </w:r>
      <w:r>
        <w:t>nh cũng như ngư</w:t>
      </w:r>
      <w:r>
        <w:t>ờ</w:t>
      </w:r>
      <w:r>
        <w:t>i nhà trong quá</w:t>
      </w:r>
      <w:r>
        <w:t xml:space="preserve"> trình chăm sóc, đi</w:t>
      </w:r>
      <w:r>
        <w:t>ề</w:t>
      </w:r>
      <w:r>
        <w:t>u tr</w:t>
      </w:r>
      <w:r>
        <w:t>ị</w:t>
      </w:r>
      <w:r>
        <w:t>. Đ</w:t>
      </w:r>
      <w:r>
        <w:t>ồ</w:t>
      </w:r>
      <w:r>
        <w:t>ng th</w:t>
      </w:r>
      <w:r>
        <w:t>ờ</w:t>
      </w:r>
      <w:r>
        <w:t>i, tôi luôn tuân th</w:t>
      </w:r>
      <w:r>
        <w:t>ủ</w:t>
      </w:r>
      <w:r>
        <w:t xml:space="preserve"> nghiêm ng</w:t>
      </w:r>
      <w:r>
        <w:t>ặ</w:t>
      </w:r>
      <w:r>
        <w:t>t các quy đ</w:t>
      </w:r>
      <w:r>
        <w:t>ị</w:t>
      </w:r>
      <w:r>
        <w:t>nh v</w:t>
      </w:r>
      <w:r>
        <w:t>ề</w:t>
      </w:r>
      <w:r>
        <w:t xml:space="preserve"> ki</w:t>
      </w:r>
      <w:r>
        <w:t>ể</w:t>
      </w:r>
      <w:r>
        <w:t>m soát nhi</w:t>
      </w:r>
      <w:r>
        <w:t>ễ</w:t>
      </w:r>
      <w:r>
        <w:t>m khu</w:t>
      </w:r>
      <w:r>
        <w:t>ẩ</w:t>
      </w:r>
      <w:r>
        <w:t>n, an toàn ngư</w:t>
      </w:r>
      <w:r>
        <w:t>ờ</w:t>
      </w:r>
      <w:r>
        <w:t>i b</w:t>
      </w:r>
      <w:r>
        <w:t>ệ</w:t>
      </w:r>
      <w:r>
        <w:t>nh và đ</w:t>
      </w:r>
      <w:r>
        <w:t>ạ</w:t>
      </w:r>
      <w:r>
        <w:t>o đ</w:t>
      </w:r>
      <w:r>
        <w:t>ứ</w:t>
      </w:r>
      <w:r>
        <w:t>c ngh</w:t>
      </w:r>
      <w:r>
        <w:t>ề</w:t>
      </w:r>
      <w:r>
        <w:t xml:space="preserve"> nghi</w:t>
      </w:r>
      <w:r>
        <w:t>ệ</w:t>
      </w:r>
      <w:r>
        <w:t>p.</w:t>
      </w:r>
    </w:p>
    <w:p w14:paraId="53185088" w14:textId="77777777" w:rsidR="009661E9" w:rsidRDefault="00D3442E">
      <w:pPr>
        <w:spacing w:after="60"/>
      </w:pPr>
      <w:r>
        <w:t>M</w:t>
      </w:r>
      <w:r>
        <w:t>ộ</w:t>
      </w:r>
      <w:r>
        <w:t>t s</w:t>
      </w:r>
      <w:r>
        <w:t>ố</w:t>
      </w:r>
      <w:r>
        <w:t xml:space="preserve"> k</w:t>
      </w:r>
      <w:r>
        <w:t>ế</w:t>
      </w:r>
      <w:r>
        <w:t>t qu</w:t>
      </w:r>
      <w:r>
        <w:t>ả</w:t>
      </w:r>
      <w:r>
        <w:t xml:space="preserve"> n</w:t>
      </w:r>
      <w:r>
        <w:t>ổ</w:t>
      </w:r>
      <w:r>
        <w:t>i b</w:t>
      </w:r>
      <w:r>
        <w:t>ậ</w:t>
      </w:r>
      <w:r>
        <w:t>t trong quá trình công tác g</w:t>
      </w:r>
      <w:r>
        <w:t>ồ</w:t>
      </w:r>
      <w:r>
        <w:t>m:</w:t>
      </w:r>
    </w:p>
    <w:p w14:paraId="66D65A01" w14:textId="77777777" w:rsidR="009661E9" w:rsidRDefault="00D3442E">
      <w:pPr>
        <w:pStyle w:val="ListBullet"/>
        <w:spacing w:after="40"/>
      </w:pPr>
      <w:r>
        <w:t>Tham gia chăm sóc kho</w:t>
      </w:r>
      <w:r>
        <w:t>ả</w:t>
      </w:r>
      <w:r>
        <w:t>ng ....................</w:t>
      </w:r>
      <w:r>
        <w:rPr>
          <w:b/>
        </w:rPr>
        <w:t xml:space="preserve"> b</w:t>
      </w:r>
      <w:r>
        <w:rPr>
          <w:b/>
        </w:rPr>
        <w:t>ệ</w:t>
      </w:r>
      <w:r>
        <w:rPr>
          <w:b/>
        </w:rPr>
        <w:t>nh nh</w:t>
      </w:r>
      <w:r>
        <w:rPr>
          <w:b/>
        </w:rPr>
        <w:t>ân m</w:t>
      </w:r>
      <w:r>
        <w:rPr>
          <w:b/>
        </w:rPr>
        <w:t>ỗ</w:t>
      </w:r>
      <w:r>
        <w:rPr>
          <w:b/>
        </w:rPr>
        <w:t>i ngày/ca/tháng.</w:t>
      </w:r>
    </w:p>
    <w:p w14:paraId="4847C815" w14:textId="77777777" w:rsidR="009661E9" w:rsidRDefault="00D3442E">
      <w:pPr>
        <w:pStyle w:val="ListBullet"/>
        <w:spacing w:after="40"/>
      </w:pPr>
      <w:r>
        <w:t>H</w:t>
      </w:r>
      <w:r>
        <w:t>ỗ</w:t>
      </w:r>
      <w:r>
        <w:t xml:space="preserve"> tr</w:t>
      </w:r>
      <w:r>
        <w:t>ợ</w:t>
      </w:r>
      <w:r>
        <w:t xml:space="preserve"> th</w:t>
      </w:r>
      <w:r>
        <w:t>ự</w:t>
      </w:r>
      <w:r>
        <w:t>c hi</w:t>
      </w:r>
      <w:r>
        <w:t>ệ</w:t>
      </w:r>
      <w:r>
        <w:t>n ....................</w:t>
      </w:r>
      <w:r>
        <w:rPr>
          <w:b/>
        </w:rPr>
        <w:t xml:space="preserve"> ca th</w:t>
      </w:r>
      <w:r>
        <w:rPr>
          <w:b/>
        </w:rPr>
        <w:t>ủ</w:t>
      </w:r>
      <w:r>
        <w:rPr>
          <w:b/>
        </w:rPr>
        <w:t xml:space="preserve"> thu</w:t>
      </w:r>
      <w:r>
        <w:rPr>
          <w:b/>
        </w:rPr>
        <w:t>ậ</w:t>
      </w:r>
      <w:r>
        <w:rPr>
          <w:b/>
        </w:rPr>
        <w:t>t ho</w:t>
      </w:r>
      <w:r>
        <w:rPr>
          <w:b/>
        </w:rPr>
        <w:t>ặ</w:t>
      </w:r>
      <w:r>
        <w:rPr>
          <w:b/>
        </w:rPr>
        <w:t>c k</w:t>
      </w:r>
      <w:r>
        <w:rPr>
          <w:b/>
        </w:rPr>
        <w:t>ỹ</w:t>
      </w:r>
      <w:r>
        <w:rPr>
          <w:b/>
        </w:rPr>
        <w:t xml:space="preserve"> thu</w:t>
      </w:r>
      <w:r>
        <w:rPr>
          <w:b/>
        </w:rPr>
        <w:t>ậ</w:t>
      </w:r>
      <w:r>
        <w:rPr>
          <w:b/>
        </w:rPr>
        <w:t>t đi</w:t>
      </w:r>
      <w:r>
        <w:rPr>
          <w:b/>
        </w:rPr>
        <w:t>ề</w:t>
      </w:r>
      <w:r>
        <w:rPr>
          <w:b/>
        </w:rPr>
        <w:t>u dư</w:t>
      </w:r>
      <w:r>
        <w:rPr>
          <w:b/>
        </w:rPr>
        <w:t>ỡ</w:t>
      </w:r>
      <w:r>
        <w:rPr>
          <w:b/>
        </w:rPr>
        <w:t>ng</w:t>
      </w:r>
      <w:r>
        <w:t>, đ</w:t>
      </w:r>
      <w:r>
        <w:t>ả</w:t>
      </w:r>
      <w:r>
        <w:t>m b</w:t>
      </w:r>
      <w:r>
        <w:t>ả</w:t>
      </w:r>
      <w:r>
        <w:t>o đúng quy trình chuyên môn.</w:t>
      </w:r>
    </w:p>
    <w:p w14:paraId="04D3A0CE" w14:textId="77777777" w:rsidR="009661E9" w:rsidRDefault="00D3442E">
      <w:pPr>
        <w:pStyle w:val="ListBullet"/>
        <w:spacing w:after="40"/>
      </w:pPr>
      <w:r>
        <w:t>Qu</w:t>
      </w:r>
      <w:r>
        <w:t>ả</w:t>
      </w:r>
      <w:r>
        <w:t>n lý và c</w:t>
      </w:r>
      <w:r>
        <w:t>ậ</w:t>
      </w:r>
      <w:r>
        <w:t>p nh</w:t>
      </w:r>
      <w:r>
        <w:t>ậ</w:t>
      </w:r>
      <w:r>
        <w:t>t ....................</w:t>
      </w:r>
      <w:r>
        <w:rPr>
          <w:b/>
        </w:rPr>
        <w:t xml:space="preserve"> h</w:t>
      </w:r>
      <w:r>
        <w:rPr>
          <w:b/>
        </w:rPr>
        <w:t>ồ</w:t>
      </w:r>
      <w:r>
        <w:rPr>
          <w:b/>
        </w:rPr>
        <w:t xml:space="preserve"> sơ b</w:t>
      </w:r>
      <w:r>
        <w:rPr>
          <w:b/>
        </w:rPr>
        <w:t>ệ</w:t>
      </w:r>
      <w:r>
        <w:rPr>
          <w:b/>
        </w:rPr>
        <w:t>nh án</w:t>
      </w:r>
      <w:r>
        <w:t>, đ</w:t>
      </w:r>
      <w:r>
        <w:t>ả</w:t>
      </w:r>
      <w:r>
        <w:t>m b</w:t>
      </w:r>
      <w:r>
        <w:t>ả</w:t>
      </w:r>
      <w:r>
        <w:t>o đ</w:t>
      </w:r>
      <w:r>
        <w:t>ầ</w:t>
      </w:r>
      <w:r>
        <w:t>y đ</w:t>
      </w:r>
      <w:r>
        <w:t>ủ</w:t>
      </w:r>
      <w:r>
        <w:t>, chính xác và đúng quy đ</w:t>
      </w:r>
      <w:r>
        <w:t>ị</w:t>
      </w:r>
      <w:r>
        <w:t>nh.</w:t>
      </w:r>
    </w:p>
    <w:p w14:paraId="45CCA3C7" w14:textId="77777777" w:rsidR="009661E9" w:rsidRDefault="00D3442E">
      <w:pPr>
        <w:pStyle w:val="ListBullet"/>
        <w:spacing w:after="40"/>
      </w:pPr>
      <w:r>
        <w:t>Tham gia .............</w:t>
      </w:r>
      <w:r>
        <w:t>.......</w:t>
      </w:r>
      <w:r>
        <w:rPr>
          <w:b/>
        </w:rPr>
        <w:t xml:space="preserve"> chương trình đào t</w:t>
      </w:r>
      <w:r>
        <w:rPr>
          <w:b/>
        </w:rPr>
        <w:t>ạ</w:t>
      </w:r>
      <w:r>
        <w:rPr>
          <w:b/>
        </w:rPr>
        <w:t>o, t</w:t>
      </w:r>
      <w:r>
        <w:rPr>
          <w:b/>
        </w:rPr>
        <w:t>ậ</w:t>
      </w:r>
      <w:r>
        <w:rPr>
          <w:b/>
        </w:rPr>
        <w:t>p hu</w:t>
      </w:r>
      <w:r>
        <w:rPr>
          <w:b/>
        </w:rPr>
        <w:t>ấ</w:t>
      </w:r>
      <w:r>
        <w:rPr>
          <w:b/>
        </w:rPr>
        <w:t>n ho</w:t>
      </w:r>
      <w:r>
        <w:rPr>
          <w:b/>
        </w:rPr>
        <w:t>ặ</w:t>
      </w:r>
      <w:r>
        <w:rPr>
          <w:b/>
        </w:rPr>
        <w:t>c ho</w:t>
      </w:r>
      <w:r>
        <w:rPr>
          <w:b/>
        </w:rPr>
        <w:t>ạ</w:t>
      </w:r>
      <w:r>
        <w:rPr>
          <w:b/>
        </w:rPr>
        <w:t>t đ</w:t>
      </w:r>
      <w:r>
        <w:rPr>
          <w:b/>
        </w:rPr>
        <w:t>ộ</w:t>
      </w:r>
      <w:r>
        <w:rPr>
          <w:b/>
        </w:rPr>
        <w:t>ng chuyên môn</w:t>
      </w:r>
      <w:r>
        <w:t xml:space="preserve"> nh</w:t>
      </w:r>
      <w:r>
        <w:t>ằ</w:t>
      </w:r>
      <w:r>
        <w:t>m nâng cao nghi</w:t>
      </w:r>
      <w:r>
        <w:t>ệ</w:t>
      </w:r>
      <w:r>
        <w:t>p v</w:t>
      </w:r>
      <w:r>
        <w:t>ụ</w:t>
      </w:r>
      <w:r>
        <w:t>.</w:t>
      </w:r>
    </w:p>
    <w:p w14:paraId="56B3D1D3" w14:textId="77777777" w:rsidR="009661E9" w:rsidRDefault="00D3442E">
      <w:pPr>
        <w:pStyle w:val="ListBullet"/>
        <w:spacing w:after="120"/>
      </w:pPr>
      <w:r>
        <w:t>Đư</w:t>
      </w:r>
      <w:r>
        <w:t>ợ</w:t>
      </w:r>
      <w:r>
        <w:t>c ................................... ghi nh</w:t>
      </w:r>
      <w:r>
        <w:t>ậ</w:t>
      </w:r>
      <w:r>
        <w:t>n v</w:t>
      </w:r>
      <w:r>
        <w:t>ề</w:t>
      </w:r>
      <w:r>
        <w:t xml:space="preserve"> tinh th</w:t>
      </w:r>
      <w:r>
        <w:t>ầ</w:t>
      </w:r>
      <w:r>
        <w:t>n trách nhi</w:t>
      </w:r>
      <w:r>
        <w:t>ệ</w:t>
      </w:r>
      <w:r>
        <w:t>m, thái đ</w:t>
      </w:r>
      <w:r>
        <w:t>ộ</w:t>
      </w:r>
      <w:r>
        <w:t xml:space="preserve"> ph</w:t>
      </w:r>
      <w:r>
        <w:t>ụ</w:t>
      </w:r>
      <w:r>
        <w:t>c v</w:t>
      </w:r>
      <w:r>
        <w:t>ụ</w:t>
      </w:r>
      <w:r>
        <w:t xml:space="preserve"> ho</w:t>
      </w:r>
      <w:r>
        <w:t>ặ</w:t>
      </w:r>
      <w:r>
        <w:t>c ch</w:t>
      </w:r>
      <w:r>
        <w:t>ấ</w:t>
      </w:r>
      <w:r>
        <w:t>t lư</w:t>
      </w:r>
      <w:r>
        <w:t>ợ</w:t>
      </w:r>
      <w:r>
        <w:t>ng chuyên môn (n</w:t>
      </w:r>
      <w:r>
        <w:t>ế</w:t>
      </w:r>
      <w:r>
        <w:t>u có).</w:t>
      </w:r>
    </w:p>
    <w:p w14:paraId="4B855EE6" w14:textId="77777777" w:rsidR="009661E9" w:rsidRDefault="00D3442E">
      <w:pPr>
        <w:spacing w:after="120"/>
        <w:jc w:val="both"/>
      </w:pPr>
      <w:r>
        <w:t>Tôi luôn đ</w:t>
      </w:r>
      <w:r>
        <w:t>ề</w:t>
      </w:r>
      <w:r>
        <w:t xml:space="preserve"> cao s</w:t>
      </w:r>
      <w:r>
        <w:t>ự</w:t>
      </w:r>
      <w:r>
        <w:t xml:space="preserve"> c</w:t>
      </w:r>
      <w:r>
        <w:t>ẩ</w:t>
      </w:r>
      <w:r>
        <w:t>n tr</w:t>
      </w:r>
      <w:r>
        <w:t>ọ</w:t>
      </w:r>
      <w:r>
        <w:t>ng, tính ch</w:t>
      </w:r>
      <w:r>
        <w:t>ính xác và thái đ</w:t>
      </w:r>
      <w:r>
        <w:t>ộ</w:t>
      </w:r>
      <w:r>
        <w:t xml:space="preserve"> t</w:t>
      </w:r>
      <w:r>
        <w:t>ậ</w:t>
      </w:r>
      <w:r>
        <w:t>n tâm trong quá trình chăm sóc ngư</w:t>
      </w:r>
      <w:r>
        <w:t>ờ</w:t>
      </w:r>
      <w:r>
        <w:t>i b</w:t>
      </w:r>
      <w:r>
        <w:t>ệ</w:t>
      </w:r>
      <w:r>
        <w:t>nh. Bên c</w:t>
      </w:r>
      <w:r>
        <w:t>ạ</w:t>
      </w:r>
      <w:r>
        <w:t>nh vi</w:t>
      </w:r>
      <w:r>
        <w:t>ệ</w:t>
      </w:r>
      <w:r>
        <w:t>c không ng</w:t>
      </w:r>
      <w:r>
        <w:t>ừ</w:t>
      </w:r>
      <w:r>
        <w:t>ng nâng cao chuyên môn, tôi cũng chú tr</w:t>
      </w:r>
      <w:r>
        <w:t>ọ</w:t>
      </w:r>
      <w:r>
        <w:t>ng rèn luy</w:t>
      </w:r>
      <w:r>
        <w:t>ệ</w:t>
      </w:r>
      <w:r>
        <w:t>n k</w:t>
      </w:r>
      <w:r>
        <w:t>ỹ</w:t>
      </w:r>
      <w:r>
        <w:t xml:space="preserve"> năng giao ti</w:t>
      </w:r>
      <w:r>
        <w:t>ế</w:t>
      </w:r>
      <w:r>
        <w:t>p, ph</w:t>
      </w:r>
      <w:r>
        <w:t>ố</w:t>
      </w:r>
      <w:r>
        <w:t>i h</w:t>
      </w:r>
      <w:r>
        <w:t>ợ</w:t>
      </w:r>
      <w:r>
        <w:t>p v</w:t>
      </w:r>
      <w:r>
        <w:t>ớ</w:t>
      </w:r>
      <w:r>
        <w:t>i đ</w:t>
      </w:r>
      <w:r>
        <w:t>ồ</w:t>
      </w:r>
      <w:r>
        <w:t>ng nghi</w:t>
      </w:r>
      <w:r>
        <w:t>ệ</w:t>
      </w:r>
      <w:r>
        <w:t xml:space="preserve">p và </w:t>
      </w:r>
      <w:r>
        <w:t>ứ</w:t>
      </w:r>
      <w:r>
        <w:t>ng x</w:t>
      </w:r>
      <w:r>
        <w:t>ử</w:t>
      </w:r>
      <w:r>
        <w:t xml:space="preserve"> chuyên nghi</w:t>
      </w:r>
      <w:r>
        <w:t>ệ</w:t>
      </w:r>
      <w:r>
        <w:t>p nh</w:t>
      </w:r>
      <w:r>
        <w:t>ằ</w:t>
      </w:r>
      <w:r>
        <w:t>m mang đ</w:t>
      </w:r>
      <w:r>
        <w:t>ế</w:t>
      </w:r>
      <w:r>
        <w:t>n ch</w:t>
      </w:r>
      <w:r>
        <w:t>ấ</w:t>
      </w:r>
      <w:r>
        <w:t>t lư</w:t>
      </w:r>
      <w:r>
        <w:t>ợ</w:t>
      </w:r>
      <w:r>
        <w:t>ng d</w:t>
      </w:r>
      <w:r>
        <w:t>ị</w:t>
      </w:r>
      <w:r>
        <w:t>ch v</w:t>
      </w:r>
      <w:r>
        <w:t>ụ</w:t>
      </w:r>
      <w:r>
        <w:t xml:space="preserve"> y t</w:t>
      </w:r>
      <w:r>
        <w:t>ế</w:t>
      </w:r>
      <w:r>
        <w:t xml:space="preserve"> t</w:t>
      </w:r>
      <w:r>
        <w:t>ố</w:t>
      </w:r>
      <w:r>
        <w:t>t nh</w:t>
      </w:r>
      <w:r>
        <w:t>ấ</w:t>
      </w:r>
      <w:r>
        <w:t>t.</w:t>
      </w:r>
    </w:p>
    <w:p w14:paraId="56966FD3" w14:textId="77777777" w:rsidR="009661E9" w:rsidRDefault="00D3442E">
      <w:pPr>
        <w:spacing w:after="120"/>
        <w:jc w:val="both"/>
      </w:pPr>
      <w:r>
        <w:t>Tôi tin r</w:t>
      </w:r>
      <w:r>
        <w:t>ằ</w:t>
      </w:r>
      <w:r>
        <w:t>ng v</w:t>
      </w:r>
      <w:r>
        <w:t>ớ</w:t>
      </w:r>
      <w:r>
        <w:t>i ki</w:t>
      </w:r>
      <w:r>
        <w:t>ế</w:t>
      </w:r>
      <w:r>
        <w:t>n th</w:t>
      </w:r>
      <w:r>
        <w:t>ứ</w:t>
      </w:r>
      <w:r>
        <w:t>c chuyên môn, kinh nghi</w:t>
      </w:r>
      <w:r>
        <w:t>ệ</w:t>
      </w:r>
      <w:r>
        <w:t>m th</w:t>
      </w:r>
      <w:r>
        <w:t>ự</w:t>
      </w:r>
      <w:r>
        <w:t>c t</w:t>
      </w:r>
      <w:r>
        <w:t>ế</w:t>
      </w:r>
      <w:r>
        <w:t xml:space="preserve"> và lòng yêu ngh</w:t>
      </w:r>
      <w:r>
        <w:t>ề</w:t>
      </w:r>
      <w:r>
        <w:t>, tôi s</w:t>
      </w:r>
      <w:r>
        <w:t>ẽ</w:t>
      </w:r>
      <w:r>
        <w:t xml:space="preserve"> nhanh chóng hòa nh</w:t>
      </w:r>
      <w:r>
        <w:t>ậ</w:t>
      </w:r>
      <w:r>
        <w:t>p v</w:t>
      </w:r>
      <w:r>
        <w:t>ớ</w:t>
      </w:r>
      <w:r>
        <w:t>i môi trư</w:t>
      </w:r>
      <w:r>
        <w:t>ờ</w:t>
      </w:r>
      <w:r>
        <w:t>ng làm vi</w:t>
      </w:r>
      <w:r>
        <w:t>ệ</w:t>
      </w:r>
      <w:r>
        <w:t>c t</w:t>
      </w:r>
      <w:r>
        <w:t>ạ</w:t>
      </w:r>
      <w:r>
        <w:t>i Quý B</w:t>
      </w:r>
      <w:r>
        <w:t>ệ</w:t>
      </w:r>
      <w:r>
        <w:t>nh vi</w:t>
      </w:r>
      <w:r>
        <w:t>ệ</w:t>
      </w:r>
      <w:r>
        <w:t>n/Cơ s</w:t>
      </w:r>
      <w:r>
        <w:t>ở</w:t>
      </w:r>
      <w:r>
        <w:t xml:space="preserve"> y t</w:t>
      </w:r>
      <w:r>
        <w:t>ế</w:t>
      </w:r>
      <w:r>
        <w:t xml:space="preserve"> và hoàn thành t</w:t>
      </w:r>
      <w:r>
        <w:t>ố</w:t>
      </w:r>
      <w:r>
        <w:t>t các nhi</w:t>
      </w:r>
      <w:r>
        <w:t>ệ</w:t>
      </w:r>
      <w:r>
        <w:t>m v</w:t>
      </w:r>
      <w:r>
        <w:t>ụ</w:t>
      </w:r>
      <w:r>
        <w:t xml:space="preserve"> đư</w:t>
      </w:r>
      <w:r>
        <w:t>ợ</w:t>
      </w:r>
      <w:r>
        <w:t>c giao.</w:t>
      </w:r>
    </w:p>
    <w:p w14:paraId="644CDC6C" w14:textId="77777777" w:rsidR="009661E9" w:rsidRDefault="00D3442E">
      <w:pPr>
        <w:spacing w:after="120"/>
        <w:jc w:val="both"/>
      </w:pPr>
      <w:r>
        <w:t>Tôi xin g</w:t>
      </w:r>
      <w:r>
        <w:t>ử</w:t>
      </w:r>
      <w:r>
        <w:t xml:space="preserve">i kèm </w:t>
      </w:r>
      <w:r>
        <w:rPr>
          <w:b/>
        </w:rPr>
        <w:t>CV cùng các tài li</w:t>
      </w:r>
      <w:r>
        <w:rPr>
          <w:b/>
        </w:rPr>
        <w:t>ệ</w:t>
      </w:r>
      <w:r>
        <w:rPr>
          <w:b/>
        </w:rPr>
        <w:t>u liên quan</w:t>
      </w:r>
      <w:r>
        <w:t xml:space="preserve"> đ</w:t>
      </w:r>
      <w:r>
        <w:t>ể</w:t>
      </w:r>
      <w:r>
        <w:t xml:space="preserve"> Quý B</w:t>
      </w:r>
      <w:r>
        <w:t>ệ</w:t>
      </w:r>
      <w:r>
        <w:t>nh vi</w:t>
      </w:r>
      <w:r>
        <w:t>ệ</w:t>
      </w:r>
      <w:r>
        <w:t>n/Cơ s</w:t>
      </w:r>
      <w:r>
        <w:t>ở</w:t>
      </w:r>
      <w:r>
        <w:t xml:space="preserve"> y t</w:t>
      </w:r>
      <w:r>
        <w:t>ế</w:t>
      </w:r>
      <w:r>
        <w:t xml:space="preserve"> thu</w:t>
      </w:r>
      <w:r>
        <w:t>ậ</w:t>
      </w:r>
      <w:r>
        <w:t>n ti</w:t>
      </w:r>
      <w:r>
        <w:t>ệ</w:t>
      </w:r>
      <w:r>
        <w:t>n xem xét. R</w:t>
      </w:r>
      <w:r>
        <w:t>ấ</w:t>
      </w:r>
      <w:r>
        <w:t>t mong có cơ h</w:t>
      </w:r>
      <w:r>
        <w:t>ộ</w:t>
      </w:r>
      <w:r>
        <w:t>i đư</w:t>
      </w:r>
      <w:r>
        <w:t>ợ</w:t>
      </w:r>
      <w:r>
        <w:t>c tham gia bu</w:t>
      </w:r>
      <w:r>
        <w:t>ổ</w:t>
      </w:r>
      <w:r>
        <w:t>i ph</w:t>
      </w:r>
      <w:r>
        <w:t>ỏ</w:t>
      </w:r>
      <w:r>
        <w:t>ng v</w:t>
      </w:r>
      <w:r>
        <w:t>ấ</w:t>
      </w:r>
      <w:r>
        <w:t>n đ</w:t>
      </w:r>
      <w:r>
        <w:t>ể</w:t>
      </w:r>
      <w:r>
        <w:t xml:space="preserve"> trình bày rõ hơn v</w:t>
      </w:r>
      <w:r>
        <w:t>ề</w:t>
      </w:r>
      <w:r>
        <w:t xml:space="preserve"> kinh nghi</w:t>
      </w:r>
      <w:r>
        <w:t>ệ</w:t>
      </w:r>
      <w:r>
        <w:t>m, k</w:t>
      </w:r>
      <w:r>
        <w:t>ỹ</w:t>
      </w:r>
      <w:r>
        <w:t xml:space="preserve"> năng và đ</w:t>
      </w:r>
      <w:r>
        <w:t>ị</w:t>
      </w:r>
      <w:r>
        <w:t>nh hư</w:t>
      </w:r>
      <w:r>
        <w:t>ớ</w:t>
      </w:r>
      <w:r>
        <w:t>ng ngh</w:t>
      </w:r>
      <w:r>
        <w:t>ề</w:t>
      </w:r>
      <w:r>
        <w:t xml:space="preserve"> nghi</w:t>
      </w:r>
      <w:r>
        <w:t>ệ</w:t>
      </w:r>
      <w:r>
        <w:t>p c</w:t>
      </w:r>
      <w:r>
        <w:t>ủ</w:t>
      </w:r>
      <w:r>
        <w:t>a b</w:t>
      </w:r>
      <w:r>
        <w:t>ả</w:t>
      </w:r>
      <w:r>
        <w:t>n thân.</w:t>
      </w:r>
    </w:p>
    <w:p w14:paraId="73B11537" w14:textId="77777777" w:rsidR="009661E9" w:rsidRDefault="00D3442E">
      <w:pPr>
        <w:spacing w:after="280"/>
        <w:jc w:val="both"/>
      </w:pPr>
      <w:r>
        <w:t>Xin chân thành c</w:t>
      </w:r>
      <w:r>
        <w:t>ả</w:t>
      </w:r>
      <w:r>
        <w:t>m ơn Quý B</w:t>
      </w:r>
      <w:r>
        <w:t>ệ</w:t>
      </w:r>
      <w:r>
        <w:t>nh vi</w:t>
      </w:r>
      <w:r>
        <w:t>ệ</w:t>
      </w:r>
      <w:r>
        <w:t>n/Cơ s</w:t>
      </w:r>
      <w:r>
        <w:t>ở</w:t>
      </w:r>
      <w:r>
        <w:t xml:space="preserve"> y t</w:t>
      </w:r>
      <w:r>
        <w:t>ế</w:t>
      </w:r>
      <w:r>
        <w:t>!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680"/>
        <w:gridCol w:w="4680"/>
      </w:tblGrid>
      <w:tr w:rsidR="009661E9" w14:paraId="41A723E7" w14:textId="77777777">
        <w:tc>
          <w:tcPr>
            <w:tcW w:w="4680" w:type="dxa"/>
          </w:tcPr>
          <w:p w14:paraId="6B87D417" w14:textId="77777777" w:rsidR="009661E9" w:rsidRDefault="009661E9"/>
        </w:tc>
        <w:tc>
          <w:tcPr>
            <w:tcW w:w="4680" w:type="dxa"/>
          </w:tcPr>
          <w:p w14:paraId="54E072F6" w14:textId="77777777" w:rsidR="009661E9" w:rsidRDefault="00D3442E">
            <w:pPr>
              <w:spacing w:after="80"/>
              <w:jc w:val="center"/>
            </w:pPr>
            <w:r>
              <w:rPr>
                <w:i/>
              </w:rPr>
              <w:t xml:space="preserve">............., ngày ...... </w:t>
            </w:r>
            <w:r>
              <w:rPr>
                <w:i/>
              </w:rPr>
              <w:t>tháng ...... năm ......</w:t>
            </w:r>
            <w:r>
              <w:rPr>
                <w:i/>
              </w:rPr>
              <w:br/>
            </w:r>
            <w:r>
              <w:rPr>
                <w:b/>
              </w:rPr>
              <w:t>Ngư</w:t>
            </w:r>
            <w:r>
              <w:rPr>
                <w:b/>
              </w:rPr>
              <w:t>ờ</w:t>
            </w:r>
            <w:r>
              <w:rPr>
                <w:b/>
              </w:rPr>
              <w:t>i làm đơn</w:t>
            </w:r>
            <w:r>
              <w:rPr>
                <w:b/>
              </w:rPr>
              <w:br/>
            </w:r>
            <w:r>
              <w:rPr>
                <w:b/>
              </w:rPr>
              <w:br/>
            </w:r>
            <w:r>
              <w:rPr>
                <w:b/>
              </w:rPr>
              <w:br/>
            </w:r>
            <w:r>
              <w:rPr>
                <w:i/>
              </w:rPr>
              <w:t>(Ký và ghi rõ h</w:t>
            </w:r>
            <w:r>
              <w:rPr>
                <w:i/>
              </w:rPr>
              <w:t>ọ</w:t>
            </w:r>
            <w:r>
              <w:rPr>
                <w:i/>
              </w:rPr>
              <w:t xml:space="preserve"> tên)</w:t>
            </w:r>
          </w:p>
        </w:tc>
      </w:tr>
    </w:tbl>
    <w:p w14:paraId="44193B45" w14:textId="77777777" w:rsidR="00D3442E" w:rsidRDefault="00D3442E"/>
    <w:sectPr w:rsidR="00D3442E" w:rsidSect="004B7DEB">
      <w:pgSz w:w="11907" w:h="16840" w:code="9"/>
      <w:pgMar w:top="1361" w:right="1361" w:bottom="1361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B7DEB"/>
    <w:rsid w:val="009661E9"/>
    <w:rsid w:val="00AA1D8D"/>
    <w:rsid w:val="00B47730"/>
    <w:rsid w:val="00CB0664"/>
    <w:rsid w:val="00D3442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01CC90F0"/>
  <w14:defaultImageDpi w14:val="300"/>
  <w15:docId w15:val="{9AC32964-2217-41CA-A171-F8D7B1D745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hAnsi="Times New Roman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416</Words>
  <Characters>2375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2786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Forina Tran</cp:lastModifiedBy>
  <cp:revision>2</cp:revision>
  <dcterms:created xsi:type="dcterms:W3CDTF">2013-12-23T23:15:00Z</dcterms:created>
  <dcterms:modified xsi:type="dcterms:W3CDTF">2026-09-13T15:02:00Z</dcterms:modified>
  <cp:category/>
</cp:coreProperties>
</file>