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AE5483B" w14:textId="77777777" w:rsidR="00742A25" w:rsidRDefault="00B64447" w:rsidP="00684B5D">
      <w:pPr>
        <w:spacing w:before="120" w:after="120"/>
        <w:jc w:val="center"/>
      </w:pPr>
      <w:r>
        <w:rPr>
          <w:b/>
          <w:sz w:val="26"/>
        </w:rPr>
        <w:t>C</w:t>
      </w:r>
      <w:r>
        <w:rPr>
          <w:b/>
          <w:sz w:val="26"/>
        </w:rPr>
        <w:t>Ộ</w:t>
      </w:r>
      <w:r>
        <w:rPr>
          <w:b/>
          <w:sz w:val="26"/>
        </w:rPr>
        <w:t>NG HÒA XÃ H</w:t>
      </w:r>
      <w:r>
        <w:rPr>
          <w:b/>
          <w:sz w:val="26"/>
        </w:rPr>
        <w:t>Ộ</w:t>
      </w:r>
      <w:r>
        <w:rPr>
          <w:b/>
          <w:sz w:val="26"/>
        </w:rPr>
        <w:t>I CH</w:t>
      </w:r>
      <w:r>
        <w:rPr>
          <w:b/>
          <w:sz w:val="26"/>
        </w:rPr>
        <w:t>Ủ</w:t>
      </w:r>
      <w:r>
        <w:rPr>
          <w:b/>
          <w:sz w:val="26"/>
        </w:rPr>
        <w:t xml:space="preserve"> NGHĨA VI</w:t>
      </w:r>
      <w:r>
        <w:rPr>
          <w:b/>
          <w:sz w:val="26"/>
        </w:rPr>
        <w:t>Ệ</w:t>
      </w:r>
      <w:r>
        <w:rPr>
          <w:b/>
          <w:sz w:val="26"/>
        </w:rPr>
        <w:t>T NAM</w:t>
      </w:r>
      <w:r>
        <w:rPr>
          <w:b/>
          <w:sz w:val="26"/>
        </w:rPr>
        <w:br/>
        <w:t>Đ</w:t>
      </w:r>
      <w:r>
        <w:rPr>
          <w:b/>
          <w:sz w:val="26"/>
        </w:rPr>
        <w:t>ộ</w:t>
      </w:r>
      <w:r>
        <w:rPr>
          <w:b/>
          <w:sz w:val="26"/>
        </w:rPr>
        <w:t>c l</w:t>
      </w:r>
      <w:r>
        <w:rPr>
          <w:b/>
          <w:sz w:val="26"/>
        </w:rPr>
        <w:t>ậ</w:t>
      </w:r>
      <w:r>
        <w:rPr>
          <w:b/>
          <w:sz w:val="26"/>
        </w:rPr>
        <w:t>p - T</w:t>
      </w:r>
      <w:r>
        <w:rPr>
          <w:b/>
          <w:sz w:val="26"/>
        </w:rPr>
        <w:t>ự</w:t>
      </w:r>
      <w:r>
        <w:rPr>
          <w:b/>
          <w:sz w:val="26"/>
        </w:rPr>
        <w:t xml:space="preserve"> do - H</w:t>
      </w:r>
      <w:r>
        <w:rPr>
          <w:b/>
          <w:sz w:val="26"/>
        </w:rPr>
        <w:t>ạ</w:t>
      </w:r>
      <w:r>
        <w:rPr>
          <w:b/>
          <w:sz w:val="26"/>
        </w:rPr>
        <w:t>nh phúc</w:t>
      </w:r>
    </w:p>
    <w:p w14:paraId="3910CC9C" w14:textId="77777777" w:rsidR="00742A25" w:rsidRDefault="00B64447" w:rsidP="00684B5D">
      <w:pPr>
        <w:spacing w:before="120" w:after="120"/>
        <w:jc w:val="center"/>
      </w:pPr>
      <w:r>
        <w:rPr>
          <w:b/>
          <w:sz w:val="32"/>
        </w:rPr>
        <w:t>ĐƠN XIN VI</w:t>
      </w:r>
      <w:r>
        <w:rPr>
          <w:b/>
          <w:sz w:val="32"/>
        </w:rPr>
        <w:t>Ệ</w:t>
      </w:r>
      <w:r>
        <w:rPr>
          <w:b/>
          <w:sz w:val="32"/>
        </w:rPr>
        <w:t>C</w:t>
      </w:r>
    </w:p>
    <w:p w14:paraId="548659F5" w14:textId="77777777" w:rsidR="00742A25" w:rsidRDefault="00B64447" w:rsidP="00684B5D">
      <w:pPr>
        <w:spacing w:before="120" w:after="120"/>
      </w:pPr>
      <w:r>
        <w:rPr>
          <w:b/>
        </w:rPr>
        <w:t>Kính g</w:t>
      </w:r>
      <w:r>
        <w:rPr>
          <w:b/>
        </w:rPr>
        <w:t>ử</w:t>
      </w:r>
      <w:r>
        <w:rPr>
          <w:b/>
        </w:rPr>
        <w:t xml:space="preserve">i: </w:t>
      </w:r>
      <w:r>
        <w:t>Ban Lãnh đ</w:t>
      </w:r>
      <w:r>
        <w:t>ạ</w:t>
      </w:r>
      <w:r>
        <w:t>o và Phòng Nhân s</w:t>
      </w:r>
      <w:r>
        <w:t>ự</w:t>
      </w:r>
      <w:r>
        <w:t xml:space="preserve"> Công ty ...................................</w:t>
      </w:r>
    </w:p>
    <w:p w14:paraId="4135EB50" w14:textId="77777777" w:rsidR="00742A25" w:rsidRDefault="00B64447" w:rsidP="00684B5D">
      <w:pPr>
        <w:spacing w:before="120" w:after="120"/>
      </w:pPr>
      <w:r>
        <w:rPr>
          <w:b/>
        </w:rPr>
        <w:t>H</w:t>
      </w:r>
      <w:r>
        <w:rPr>
          <w:b/>
        </w:rPr>
        <w:t>ọ</w:t>
      </w:r>
      <w:r>
        <w:rPr>
          <w:b/>
        </w:rPr>
        <w:t xml:space="preserve"> và tên:</w:t>
      </w:r>
      <w:r>
        <w:t xml:space="preserve"> .................................................................</w:t>
      </w:r>
    </w:p>
    <w:p w14:paraId="4C9137B3" w14:textId="77777777" w:rsidR="00742A25" w:rsidRDefault="00B64447" w:rsidP="00684B5D">
      <w:pPr>
        <w:spacing w:before="120" w:after="120"/>
      </w:pPr>
      <w:r>
        <w:rPr>
          <w:b/>
        </w:rPr>
        <w:t>Ngày sinh:</w:t>
      </w:r>
      <w:r>
        <w:t xml:space="preserve"> ................................................................</w:t>
      </w:r>
    </w:p>
    <w:p w14:paraId="7A12AD7C" w14:textId="77777777" w:rsidR="00742A25" w:rsidRDefault="00B64447" w:rsidP="00684B5D">
      <w:pPr>
        <w:spacing w:before="120" w:after="120"/>
      </w:pPr>
      <w:r>
        <w:rPr>
          <w:b/>
        </w:rPr>
        <w:t>Đ</w:t>
      </w:r>
      <w:r>
        <w:rPr>
          <w:b/>
        </w:rPr>
        <w:t>ị</w:t>
      </w:r>
      <w:r>
        <w:rPr>
          <w:b/>
        </w:rPr>
        <w:t>a ch</w:t>
      </w:r>
      <w:r>
        <w:rPr>
          <w:b/>
        </w:rPr>
        <w:t>ỉ</w:t>
      </w:r>
      <w:r>
        <w:rPr>
          <w:b/>
        </w:rPr>
        <w:t>:</w:t>
      </w:r>
      <w:r>
        <w:t xml:space="preserve"> ..................................................................</w:t>
      </w:r>
    </w:p>
    <w:p w14:paraId="3996579F" w14:textId="77777777" w:rsidR="00742A25" w:rsidRDefault="00B64447" w:rsidP="00684B5D">
      <w:pPr>
        <w:spacing w:before="120" w:after="120"/>
      </w:pPr>
      <w:r>
        <w:rPr>
          <w:b/>
        </w:rPr>
        <w:t>S</w:t>
      </w:r>
      <w:r>
        <w:rPr>
          <w:b/>
        </w:rPr>
        <w:t>ố</w:t>
      </w:r>
      <w:r>
        <w:rPr>
          <w:b/>
        </w:rPr>
        <w:t xml:space="preserve"> đi</w:t>
      </w:r>
      <w:r>
        <w:rPr>
          <w:b/>
        </w:rPr>
        <w:t>ệ</w:t>
      </w:r>
      <w:r>
        <w:rPr>
          <w:b/>
        </w:rPr>
        <w:t>n tho</w:t>
      </w:r>
      <w:r>
        <w:rPr>
          <w:b/>
        </w:rPr>
        <w:t>ạ</w:t>
      </w:r>
      <w:r>
        <w:rPr>
          <w:b/>
        </w:rPr>
        <w:t>i:</w:t>
      </w:r>
      <w:r>
        <w:t xml:space="preserve"> ......................</w:t>
      </w:r>
      <w:r>
        <w:t>........................................</w:t>
      </w:r>
    </w:p>
    <w:p w14:paraId="57AC460D" w14:textId="77777777" w:rsidR="00742A25" w:rsidRDefault="00B64447" w:rsidP="00684B5D">
      <w:pPr>
        <w:spacing w:before="120" w:after="120"/>
      </w:pPr>
      <w:r>
        <w:rPr>
          <w:b/>
        </w:rPr>
        <w:t>Email:</w:t>
      </w:r>
      <w:r>
        <w:t xml:space="preserve"> ....................................................................</w:t>
      </w:r>
    </w:p>
    <w:p w14:paraId="07085205" w14:textId="77777777" w:rsidR="00742A25" w:rsidRDefault="00B64447" w:rsidP="00684B5D">
      <w:pPr>
        <w:spacing w:before="120" w:after="120"/>
        <w:jc w:val="both"/>
      </w:pPr>
      <w:r>
        <w:t>Qua tìm hi</w:t>
      </w:r>
      <w:r>
        <w:t>ể</w:t>
      </w:r>
      <w:r>
        <w:t>u thông tin tuy</w:t>
      </w:r>
      <w:r>
        <w:t>ể</w:t>
      </w:r>
      <w:r>
        <w:t>n d</w:t>
      </w:r>
      <w:r>
        <w:t>ụ</w:t>
      </w:r>
      <w:r>
        <w:t>ng t</w:t>
      </w:r>
      <w:r>
        <w:t>ạ</w:t>
      </w:r>
      <w:r>
        <w:t>i HRCV, tôi đư</w:t>
      </w:r>
      <w:r>
        <w:t>ợ</w:t>
      </w:r>
      <w:r>
        <w:t>c bi</w:t>
      </w:r>
      <w:r>
        <w:t>ế</w:t>
      </w:r>
      <w:r>
        <w:t>t Quý công ty đang có nhu c</w:t>
      </w:r>
      <w:r>
        <w:t>ầ</w:t>
      </w:r>
      <w:r>
        <w:t>u tuy</w:t>
      </w:r>
      <w:r>
        <w:t>ể</w:t>
      </w:r>
      <w:r>
        <w:t>n d</w:t>
      </w:r>
      <w:r>
        <w:t>ụ</w:t>
      </w:r>
      <w:r>
        <w:t>ng v</w:t>
      </w:r>
      <w:r>
        <w:t>ị</w:t>
      </w:r>
      <w:r>
        <w:t xml:space="preserve"> trí ............................... V</w:t>
      </w:r>
      <w:r>
        <w:t>ớ</w:t>
      </w:r>
      <w:r>
        <w:t>i</w:t>
      </w:r>
      <w:r>
        <w:t xml:space="preserve"> .......... năm kinh nghi</w:t>
      </w:r>
      <w:r>
        <w:t>ệ</w:t>
      </w:r>
      <w:r>
        <w:t>m trong lĩnh v</w:t>
      </w:r>
      <w:r>
        <w:t>ự</w:t>
      </w:r>
      <w:r>
        <w:t>c .............................., tôi nh</w:t>
      </w:r>
      <w:r>
        <w:t>ậ</w:t>
      </w:r>
      <w:r>
        <w:t>n th</w:t>
      </w:r>
      <w:r>
        <w:t>ấ</w:t>
      </w:r>
      <w:r>
        <w:t>y năng l</w:t>
      </w:r>
      <w:r>
        <w:t>ự</w:t>
      </w:r>
      <w:r>
        <w:t>c chuyên môn, k</w:t>
      </w:r>
      <w:r>
        <w:t>ỹ</w:t>
      </w:r>
      <w:r>
        <w:t xml:space="preserve"> năng và kinh nghi</w:t>
      </w:r>
      <w:r>
        <w:t>ệ</w:t>
      </w:r>
      <w:r>
        <w:t>m th</w:t>
      </w:r>
      <w:r>
        <w:t>ự</w:t>
      </w:r>
      <w:r>
        <w:t>c t</w:t>
      </w:r>
      <w:r>
        <w:t>ế</w:t>
      </w:r>
      <w:r>
        <w:t xml:space="preserve"> c</w:t>
      </w:r>
      <w:r>
        <w:t>ủ</w:t>
      </w:r>
      <w:r>
        <w:t>a mình phù h</w:t>
      </w:r>
      <w:r>
        <w:t>ợ</w:t>
      </w:r>
      <w:r>
        <w:t>p v</w:t>
      </w:r>
      <w:r>
        <w:t>ớ</w:t>
      </w:r>
      <w:r>
        <w:t>i yêu c</w:t>
      </w:r>
      <w:r>
        <w:t>ầ</w:t>
      </w:r>
      <w:r>
        <w:t>u c</w:t>
      </w:r>
      <w:r>
        <w:t>ủ</w:t>
      </w:r>
      <w:r>
        <w:t>a v</w:t>
      </w:r>
      <w:r>
        <w:t>ị</w:t>
      </w:r>
      <w:r>
        <w:t xml:space="preserve"> trí này.</w:t>
      </w:r>
    </w:p>
    <w:p w14:paraId="653F2F81" w14:textId="77777777" w:rsidR="00742A25" w:rsidRDefault="00B64447" w:rsidP="00684B5D">
      <w:pPr>
        <w:spacing w:before="120" w:after="120"/>
        <w:jc w:val="both"/>
      </w:pPr>
      <w:r>
        <w:t>Trong quá trình công tác t</w:t>
      </w:r>
      <w:r>
        <w:t>ạ</w:t>
      </w:r>
      <w:r>
        <w:t xml:space="preserve">i ..................................., tôi </w:t>
      </w:r>
      <w:r>
        <w:t>đã có cơ h</w:t>
      </w:r>
      <w:r>
        <w:t>ộ</w:t>
      </w:r>
      <w:r>
        <w:t>i đ</w:t>
      </w:r>
      <w:r>
        <w:t>ả</w:t>
      </w:r>
      <w:r>
        <w:t>m nh</w:t>
      </w:r>
      <w:r>
        <w:t>ậ</w:t>
      </w:r>
      <w:r>
        <w:t>n nhi</w:t>
      </w:r>
      <w:r>
        <w:t>ề</w:t>
      </w:r>
      <w:r>
        <w:t>u nhi</w:t>
      </w:r>
      <w:r>
        <w:t>ệ</w:t>
      </w:r>
      <w:r>
        <w:t>m v</w:t>
      </w:r>
      <w:r>
        <w:t>ụ</w:t>
      </w:r>
      <w:r>
        <w:t xml:space="preserve"> như:</w:t>
      </w:r>
    </w:p>
    <w:p w14:paraId="440E4FB7" w14:textId="77777777" w:rsidR="00742A25" w:rsidRDefault="00B64447" w:rsidP="00684B5D">
      <w:pPr>
        <w:pStyle w:val="ListBullet"/>
        <w:spacing w:before="120" w:after="120"/>
      </w:pPr>
      <w:r>
        <w:t>...........................................................................</w:t>
      </w:r>
    </w:p>
    <w:p w14:paraId="7414EFE0" w14:textId="77777777" w:rsidR="00742A25" w:rsidRDefault="00B64447" w:rsidP="00684B5D">
      <w:pPr>
        <w:pStyle w:val="ListBullet"/>
        <w:spacing w:before="120" w:after="120"/>
      </w:pPr>
      <w:r>
        <w:t>...........................................................................</w:t>
      </w:r>
    </w:p>
    <w:p w14:paraId="624360C1" w14:textId="77777777" w:rsidR="00742A25" w:rsidRDefault="00B64447" w:rsidP="00684B5D">
      <w:pPr>
        <w:pStyle w:val="ListBullet"/>
        <w:spacing w:before="120" w:after="120"/>
      </w:pPr>
      <w:r>
        <w:t>..............................................................</w:t>
      </w:r>
      <w:r>
        <w:t>.............</w:t>
      </w:r>
    </w:p>
    <w:p w14:paraId="3464B0A7" w14:textId="77777777" w:rsidR="00742A25" w:rsidRDefault="00B64447" w:rsidP="00684B5D">
      <w:pPr>
        <w:spacing w:before="120" w:after="120"/>
      </w:pPr>
      <w:r>
        <w:rPr>
          <w:b/>
        </w:rPr>
        <w:t>Nh</w:t>
      </w:r>
      <w:r>
        <w:rPr>
          <w:b/>
        </w:rPr>
        <w:t>ữ</w:t>
      </w:r>
      <w:r>
        <w:rPr>
          <w:b/>
        </w:rPr>
        <w:t>ng k</w:t>
      </w:r>
      <w:r>
        <w:rPr>
          <w:b/>
        </w:rPr>
        <w:t>ế</w:t>
      </w:r>
      <w:r>
        <w:rPr>
          <w:b/>
        </w:rPr>
        <w:t>t qu</w:t>
      </w:r>
      <w:r>
        <w:rPr>
          <w:b/>
        </w:rPr>
        <w:t>ả</w:t>
      </w:r>
      <w:r>
        <w:rPr>
          <w:b/>
        </w:rPr>
        <w:t xml:space="preserve"> n</w:t>
      </w:r>
      <w:r>
        <w:rPr>
          <w:b/>
        </w:rPr>
        <w:t>ổ</w:t>
      </w:r>
      <w:r>
        <w:rPr>
          <w:b/>
        </w:rPr>
        <w:t>i b</w:t>
      </w:r>
      <w:r>
        <w:rPr>
          <w:b/>
        </w:rPr>
        <w:t>ậ</w:t>
      </w:r>
      <w:r>
        <w:rPr>
          <w:b/>
        </w:rPr>
        <w:t>t đ</w:t>
      </w:r>
      <w:r>
        <w:rPr>
          <w:b/>
        </w:rPr>
        <w:t>ạ</w:t>
      </w:r>
      <w:r>
        <w:rPr>
          <w:b/>
        </w:rPr>
        <w:t>t đư</w:t>
      </w:r>
      <w:r>
        <w:rPr>
          <w:b/>
        </w:rPr>
        <w:t>ợ</w:t>
      </w:r>
      <w:r>
        <w:rPr>
          <w:b/>
        </w:rPr>
        <w:t>c</w:t>
      </w:r>
    </w:p>
    <w:p w14:paraId="15D9D827" w14:textId="77777777" w:rsidR="00742A25" w:rsidRDefault="00B64447" w:rsidP="00684B5D">
      <w:pPr>
        <w:pStyle w:val="ListBullet"/>
        <w:spacing w:before="120" w:after="120"/>
      </w:pPr>
      <w:r>
        <w:t>...........................................................................</w:t>
      </w:r>
    </w:p>
    <w:p w14:paraId="61460FB5" w14:textId="77777777" w:rsidR="00742A25" w:rsidRDefault="00B64447" w:rsidP="00684B5D">
      <w:pPr>
        <w:pStyle w:val="ListBullet"/>
        <w:spacing w:before="120" w:after="120"/>
      </w:pPr>
      <w:r>
        <w:t>...........................................................</w:t>
      </w:r>
      <w:r>
        <w:t>................</w:t>
      </w:r>
    </w:p>
    <w:p w14:paraId="57D56DCA" w14:textId="77777777" w:rsidR="00742A25" w:rsidRDefault="00B64447" w:rsidP="00684B5D">
      <w:pPr>
        <w:pStyle w:val="ListBullet"/>
        <w:spacing w:before="120" w:after="120"/>
      </w:pPr>
      <w:r>
        <w:t>...........................................................................</w:t>
      </w:r>
    </w:p>
    <w:p w14:paraId="3F61A678" w14:textId="77777777" w:rsidR="00742A25" w:rsidRDefault="00B64447" w:rsidP="00684B5D">
      <w:pPr>
        <w:spacing w:before="120" w:after="120"/>
        <w:jc w:val="both"/>
      </w:pPr>
      <w:r>
        <w:t>Thông qua quá trình làm vi</w:t>
      </w:r>
      <w:r>
        <w:t>ệ</w:t>
      </w:r>
      <w:r>
        <w:t>c, tôi đã tích lũy đư</w:t>
      </w:r>
      <w:r>
        <w:t>ợ</w:t>
      </w:r>
      <w:r>
        <w:t>c kinh nghi</w:t>
      </w:r>
      <w:r>
        <w:t>ệ</w:t>
      </w:r>
      <w:r>
        <w:t>m trong ..................</w:t>
      </w:r>
      <w:r>
        <w:t>................., đ</w:t>
      </w:r>
      <w:r>
        <w:t>ồ</w:t>
      </w:r>
      <w:r>
        <w:t>ng th</w:t>
      </w:r>
      <w:r>
        <w:t>ờ</w:t>
      </w:r>
      <w:r>
        <w:t>i rèn luy</w:t>
      </w:r>
      <w:r>
        <w:t>ệ</w:t>
      </w:r>
      <w:r>
        <w:t>n kh</w:t>
      </w:r>
      <w:r>
        <w:t>ả</w:t>
      </w:r>
      <w:r>
        <w:t xml:space="preserve"> năng làm vi</w:t>
      </w:r>
      <w:r>
        <w:t>ệ</w:t>
      </w:r>
      <w:r>
        <w:t>c đ</w:t>
      </w:r>
      <w:r>
        <w:t>ộ</w:t>
      </w:r>
      <w:r>
        <w:t>c l</w:t>
      </w:r>
      <w:r>
        <w:t>ậ</w:t>
      </w:r>
      <w:r>
        <w:t>p, ph</w:t>
      </w:r>
      <w:r>
        <w:t>ố</w:t>
      </w:r>
      <w:r>
        <w:t>i h</w:t>
      </w:r>
      <w:r>
        <w:t>ợ</w:t>
      </w:r>
      <w:r>
        <w:t>p nhóm và x</w:t>
      </w:r>
      <w:r>
        <w:t>ử</w:t>
      </w:r>
      <w:r>
        <w:t xml:space="preserve"> lý công vi</w:t>
      </w:r>
      <w:r>
        <w:t>ệ</w:t>
      </w:r>
      <w:r>
        <w:t>c dư</w:t>
      </w:r>
      <w:r>
        <w:t>ớ</w:t>
      </w:r>
      <w:r>
        <w:t>i áp l</w:t>
      </w:r>
      <w:r>
        <w:t>ự</w:t>
      </w:r>
      <w:r>
        <w:t>c cao. Tôi luôn ch</w:t>
      </w:r>
      <w:r>
        <w:t>ủ</w:t>
      </w:r>
      <w:r>
        <w:t xml:space="preserve"> đ</w:t>
      </w:r>
      <w:r>
        <w:t>ộ</w:t>
      </w:r>
      <w:r>
        <w:t>ng h</w:t>
      </w:r>
      <w:r>
        <w:t>ọ</w:t>
      </w:r>
      <w:r>
        <w:t>c h</w:t>
      </w:r>
      <w:r>
        <w:t>ỏ</w:t>
      </w:r>
      <w:r>
        <w:t>i, s</w:t>
      </w:r>
      <w:r>
        <w:t>ẵ</w:t>
      </w:r>
      <w:r>
        <w:t>n sàng ti</w:t>
      </w:r>
      <w:r>
        <w:t>ế</w:t>
      </w:r>
      <w:r>
        <w:t>p thu ki</w:t>
      </w:r>
      <w:r>
        <w:t>ế</w:t>
      </w:r>
      <w:r>
        <w:t>n th</w:t>
      </w:r>
      <w:r>
        <w:t>ứ</w:t>
      </w:r>
      <w:r>
        <w:t>c m</w:t>
      </w:r>
      <w:r>
        <w:t>ớ</w:t>
      </w:r>
      <w:r>
        <w:t>i và không ng</w:t>
      </w:r>
      <w:r>
        <w:t>ừ</w:t>
      </w:r>
      <w:r>
        <w:t>ng nâng cao chuyên môn đ</w:t>
      </w:r>
      <w:r>
        <w:t>ể</w:t>
      </w:r>
      <w:r>
        <w:t xml:space="preserve"> đáp </w:t>
      </w:r>
      <w:r>
        <w:t>ứ</w:t>
      </w:r>
      <w:r>
        <w:t>ng yêu c</w:t>
      </w:r>
      <w:r>
        <w:t>ầ</w:t>
      </w:r>
      <w:r>
        <w:t>u c</w:t>
      </w:r>
      <w:r>
        <w:t>ủ</w:t>
      </w:r>
      <w:r>
        <w:t>a công vi</w:t>
      </w:r>
      <w:r>
        <w:t>ệ</w:t>
      </w:r>
      <w:r>
        <w:t>c.</w:t>
      </w:r>
    </w:p>
    <w:p w14:paraId="203C1DD1" w14:textId="77777777" w:rsidR="00742A25" w:rsidRDefault="00B64447" w:rsidP="00684B5D">
      <w:pPr>
        <w:spacing w:before="120" w:after="120"/>
        <w:jc w:val="both"/>
      </w:pPr>
      <w:r>
        <w:t>Tôi mong mu</w:t>
      </w:r>
      <w:r>
        <w:t>ố</w:t>
      </w:r>
      <w:r>
        <w:t>n đư</w:t>
      </w:r>
      <w:r>
        <w:t>ợ</w:t>
      </w:r>
      <w:r>
        <w:t>c gia nh</w:t>
      </w:r>
      <w:r>
        <w:t>ậ</w:t>
      </w:r>
      <w:r>
        <w:t>p đ</w:t>
      </w:r>
      <w:r>
        <w:t>ộ</w:t>
      </w:r>
      <w:r>
        <w:t>i ngũ c</w:t>
      </w:r>
      <w:r>
        <w:t>ủ</w:t>
      </w:r>
      <w:r>
        <w:t>a Quý công ty đ</w:t>
      </w:r>
      <w:r>
        <w:t>ể</w:t>
      </w:r>
      <w:r>
        <w:t xml:space="preserve"> phát huy nh</w:t>
      </w:r>
      <w:r>
        <w:t>ữ</w:t>
      </w:r>
      <w:r>
        <w:t>ng kinh nghi</w:t>
      </w:r>
      <w:r>
        <w:t>ệ</w:t>
      </w:r>
      <w:r>
        <w:t>m đã tích lũy, đ</w:t>
      </w:r>
      <w:r>
        <w:t>ồ</w:t>
      </w:r>
      <w:r>
        <w:t>ng th</w:t>
      </w:r>
      <w:r>
        <w:t>ờ</w:t>
      </w:r>
      <w:r>
        <w:t>i có cơ h</w:t>
      </w:r>
      <w:r>
        <w:t>ộ</w:t>
      </w:r>
      <w:r>
        <w:t>i h</w:t>
      </w:r>
      <w:r>
        <w:t>ọ</w:t>
      </w:r>
      <w:r>
        <w:t>c h</w:t>
      </w:r>
      <w:r>
        <w:t>ỏ</w:t>
      </w:r>
      <w:r>
        <w:t>i, phát tri</w:t>
      </w:r>
      <w:r>
        <w:t>ể</w:t>
      </w:r>
      <w:r>
        <w:t>n b</w:t>
      </w:r>
      <w:r>
        <w:t>ả</w:t>
      </w:r>
      <w:r>
        <w:t>n thân và đóng góp vào s</w:t>
      </w:r>
      <w:r>
        <w:t>ự</w:t>
      </w:r>
      <w:r>
        <w:t xml:space="preserve"> phát tri</w:t>
      </w:r>
      <w:r>
        <w:t>ể</w:t>
      </w:r>
      <w:r>
        <w:t>n chung c</w:t>
      </w:r>
      <w:r>
        <w:t>ủ</w:t>
      </w:r>
      <w:r>
        <w:t>a doanh nghi</w:t>
      </w:r>
      <w:r>
        <w:t>ệ</w:t>
      </w:r>
      <w:r>
        <w:t>p.</w:t>
      </w:r>
    </w:p>
    <w:p w14:paraId="3D5094B2" w14:textId="77777777" w:rsidR="00742A25" w:rsidRDefault="00B64447" w:rsidP="00684B5D">
      <w:pPr>
        <w:spacing w:before="120" w:after="120"/>
        <w:jc w:val="both"/>
      </w:pPr>
      <w:r>
        <w:t>Tôi xin g</w:t>
      </w:r>
      <w:r>
        <w:t>ử</w:t>
      </w:r>
      <w:r>
        <w:t>i kèm CV cùng các tài li</w:t>
      </w:r>
      <w:r>
        <w:t>ệ</w:t>
      </w:r>
      <w:r>
        <w:t>u liên quan đ</w:t>
      </w:r>
      <w:r>
        <w:t>ể</w:t>
      </w:r>
      <w:r>
        <w:t xml:space="preserve"> Quý công ty thu</w:t>
      </w:r>
      <w:r>
        <w:t>ậ</w:t>
      </w:r>
      <w:r>
        <w:t>n ti</w:t>
      </w:r>
      <w:r>
        <w:t>ệ</w:t>
      </w:r>
      <w:r>
        <w:t>n tham kh</w:t>
      </w:r>
      <w:r>
        <w:t>ả</w:t>
      </w:r>
      <w:r>
        <w:t>o. R</w:t>
      </w:r>
      <w:r>
        <w:t>ấ</w:t>
      </w:r>
      <w:r>
        <w:t>t mong nh</w:t>
      </w:r>
      <w:r>
        <w:t>ậ</w:t>
      </w:r>
      <w:r>
        <w:t>n đư</w:t>
      </w:r>
      <w:r>
        <w:t>ợ</w:t>
      </w:r>
      <w:r>
        <w:t>c ph</w:t>
      </w:r>
      <w:r>
        <w:t>ả</w:t>
      </w:r>
      <w:r>
        <w:t>n h</w:t>
      </w:r>
      <w:r>
        <w:t>ồ</w:t>
      </w:r>
      <w:r>
        <w:t>i và cơ h</w:t>
      </w:r>
      <w:r>
        <w:t>ộ</w:t>
      </w:r>
      <w:r>
        <w:t>i tham gia bu</w:t>
      </w:r>
      <w:r>
        <w:t>ổ</w:t>
      </w:r>
      <w:r>
        <w:t>i ph</w:t>
      </w:r>
      <w:r>
        <w:t>ỏ</w:t>
      </w:r>
      <w:r>
        <w:t>ng v</w:t>
      </w:r>
      <w:r>
        <w:t>ấ</w:t>
      </w:r>
      <w:r>
        <w:t>n trong th</w:t>
      </w:r>
      <w:r>
        <w:t>ờ</w:t>
      </w:r>
      <w:r>
        <w:t>i gian s</w:t>
      </w:r>
      <w:r>
        <w:t>ớ</w:t>
      </w:r>
      <w:r>
        <w:t>m nh</w:t>
      </w:r>
      <w:r>
        <w:t>ấ</w:t>
      </w:r>
      <w:r>
        <w:t>t.</w:t>
      </w:r>
    </w:p>
    <w:p w14:paraId="57654C3A" w14:textId="77777777" w:rsidR="00742A25" w:rsidRDefault="00B64447" w:rsidP="00684B5D">
      <w:pPr>
        <w:spacing w:before="120" w:after="120"/>
        <w:jc w:val="both"/>
      </w:pPr>
      <w:r>
        <w:t>Xin chân thành c</w:t>
      </w:r>
      <w:r>
        <w:t>ả</w:t>
      </w:r>
      <w:r>
        <w:t>m ơn Quý công ty!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680"/>
        <w:gridCol w:w="4680"/>
      </w:tblGrid>
      <w:tr w:rsidR="00742A25" w14:paraId="6D8AACC8" w14:textId="77777777">
        <w:tc>
          <w:tcPr>
            <w:tcW w:w="4680" w:type="dxa"/>
          </w:tcPr>
          <w:p w14:paraId="642A258F" w14:textId="77777777" w:rsidR="00742A25" w:rsidRDefault="00742A25" w:rsidP="00684B5D">
            <w:pPr>
              <w:spacing w:before="120" w:after="120"/>
            </w:pPr>
          </w:p>
        </w:tc>
        <w:tc>
          <w:tcPr>
            <w:tcW w:w="4680" w:type="dxa"/>
          </w:tcPr>
          <w:p w14:paraId="3FEFCCA5" w14:textId="77777777" w:rsidR="00742A25" w:rsidRDefault="00B64447" w:rsidP="00684B5D">
            <w:pPr>
              <w:spacing w:before="120" w:after="120"/>
              <w:jc w:val="center"/>
            </w:pPr>
            <w:r>
              <w:rPr>
                <w:i/>
              </w:rPr>
              <w:t>............., ngày ...... tháng ...... năm ......</w:t>
            </w:r>
            <w:r>
              <w:rPr>
                <w:i/>
              </w:rPr>
              <w:br/>
            </w:r>
            <w:r>
              <w:rPr>
                <w:b/>
              </w:rPr>
              <w:t>Ngư</w:t>
            </w:r>
            <w:r>
              <w:rPr>
                <w:b/>
              </w:rPr>
              <w:t>ờ</w:t>
            </w:r>
            <w:r>
              <w:rPr>
                <w:b/>
              </w:rPr>
              <w:t>i làm đơn</w:t>
            </w:r>
            <w:r>
              <w:rPr>
                <w:b/>
              </w:rPr>
              <w:br/>
            </w:r>
            <w:r>
              <w:rPr>
                <w:b/>
              </w:rPr>
              <w:br/>
            </w:r>
            <w:r>
              <w:rPr>
                <w:b/>
              </w:rPr>
              <w:br/>
            </w:r>
            <w:r>
              <w:rPr>
                <w:i/>
              </w:rPr>
              <w:t>(Ký và ghi rõ h</w:t>
            </w:r>
            <w:r>
              <w:rPr>
                <w:i/>
              </w:rPr>
              <w:t>ọ</w:t>
            </w:r>
            <w:r>
              <w:rPr>
                <w:i/>
              </w:rPr>
              <w:t xml:space="preserve"> tên)</w:t>
            </w:r>
          </w:p>
        </w:tc>
      </w:tr>
    </w:tbl>
    <w:p w14:paraId="7C13627F" w14:textId="17A83119" w:rsidR="00B64447" w:rsidRDefault="00B64447" w:rsidP="00684B5D">
      <w:pPr>
        <w:spacing w:before="120" w:after="120"/>
      </w:pPr>
    </w:p>
    <w:sectPr w:rsidR="00B64447" w:rsidSect="00684B5D">
      <w:pgSz w:w="11907" w:h="16840" w:code="9"/>
      <w:pgMar w:top="1361" w:right="1361" w:bottom="1361" w:left="136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Yu Gothic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684B5D"/>
    <w:rsid w:val="00742A25"/>
    <w:rsid w:val="00AA1D8D"/>
    <w:rsid w:val="00B47730"/>
    <w:rsid w:val="00B64447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,"/>
  <w14:docId w14:val="11282237"/>
  <w14:defaultImageDpi w14:val="300"/>
  <w15:docId w15:val="{C5CCFC5D-A740-4284-AF49-25F078079A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5" w:semiHidden="1" w:unhideWhenUsed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Times New Roman" w:hAnsi="Times New Roman"/>
      <w:color w:val="000000"/>
      <w:sz w:val="23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342</Words>
  <Characters>1953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2291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Forina Tran</cp:lastModifiedBy>
  <cp:revision>2</cp:revision>
  <dcterms:created xsi:type="dcterms:W3CDTF">2013-12-23T23:15:00Z</dcterms:created>
  <dcterms:modified xsi:type="dcterms:W3CDTF">2026-09-13T14:15:00Z</dcterms:modified>
  <cp:category/>
</cp:coreProperties>
</file>