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B1FE2D" w14:textId="77777777" w:rsidR="004D0336" w:rsidRDefault="001E43D6">
      <w:pPr>
        <w:spacing w:after="40"/>
        <w:jc w:val="center"/>
      </w:pPr>
      <w:r>
        <w:rPr>
          <w:b/>
          <w:sz w:val="26"/>
        </w:rPr>
        <w:t>C</w:t>
      </w:r>
      <w:r>
        <w:rPr>
          <w:b/>
          <w:sz w:val="26"/>
        </w:rPr>
        <w:t>Ộ</w:t>
      </w:r>
      <w:r>
        <w:rPr>
          <w:b/>
          <w:sz w:val="26"/>
        </w:rPr>
        <w:t>NG HÒA XÃ H</w:t>
      </w:r>
      <w:r>
        <w:rPr>
          <w:b/>
          <w:sz w:val="26"/>
        </w:rPr>
        <w:t>Ộ</w:t>
      </w:r>
      <w:r>
        <w:rPr>
          <w:b/>
          <w:sz w:val="26"/>
        </w:rPr>
        <w:t>I CH</w:t>
      </w:r>
      <w:r>
        <w:rPr>
          <w:b/>
          <w:sz w:val="26"/>
        </w:rPr>
        <w:t>Ủ</w:t>
      </w:r>
      <w:r>
        <w:rPr>
          <w:b/>
          <w:sz w:val="26"/>
        </w:rPr>
        <w:t xml:space="preserve"> NGHĨA VI</w:t>
      </w:r>
      <w:r>
        <w:rPr>
          <w:b/>
          <w:sz w:val="26"/>
        </w:rPr>
        <w:t>Ệ</w:t>
      </w:r>
      <w:r>
        <w:rPr>
          <w:b/>
          <w:sz w:val="26"/>
        </w:rPr>
        <w:t>T NAM</w:t>
      </w:r>
      <w:r>
        <w:rPr>
          <w:b/>
          <w:sz w:val="26"/>
        </w:rPr>
        <w:br/>
        <w:t>Đ</w:t>
      </w:r>
      <w:r>
        <w:rPr>
          <w:b/>
          <w:sz w:val="26"/>
        </w:rPr>
        <w:t>ộ</w:t>
      </w:r>
      <w:r>
        <w:rPr>
          <w:b/>
          <w:sz w:val="26"/>
        </w:rPr>
        <w:t>c l</w:t>
      </w:r>
      <w:r>
        <w:rPr>
          <w:b/>
          <w:sz w:val="26"/>
        </w:rPr>
        <w:t>ậ</w:t>
      </w:r>
      <w:r>
        <w:rPr>
          <w:b/>
          <w:sz w:val="26"/>
        </w:rPr>
        <w:t>p - T</w:t>
      </w:r>
      <w:r>
        <w:rPr>
          <w:b/>
          <w:sz w:val="26"/>
        </w:rPr>
        <w:t>ự</w:t>
      </w:r>
      <w:r>
        <w:rPr>
          <w:b/>
          <w:sz w:val="26"/>
        </w:rPr>
        <w:t xml:space="preserve"> do - H</w:t>
      </w:r>
      <w:r>
        <w:rPr>
          <w:b/>
          <w:sz w:val="26"/>
        </w:rPr>
        <w:t>ạ</w:t>
      </w:r>
      <w:r>
        <w:rPr>
          <w:b/>
          <w:sz w:val="26"/>
        </w:rPr>
        <w:t>nh phúc</w:t>
      </w:r>
    </w:p>
    <w:p w14:paraId="5970CFCD" w14:textId="77777777" w:rsidR="004D0336" w:rsidRDefault="001E43D6">
      <w:pPr>
        <w:spacing w:before="280" w:after="280"/>
        <w:jc w:val="center"/>
      </w:pPr>
      <w:r>
        <w:rPr>
          <w:b/>
          <w:sz w:val="32"/>
        </w:rPr>
        <w:t>ĐƠN XIN VI</w:t>
      </w:r>
      <w:r>
        <w:rPr>
          <w:b/>
          <w:sz w:val="32"/>
        </w:rPr>
        <w:t>Ệ</w:t>
      </w:r>
      <w:r>
        <w:rPr>
          <w:b/>
          <w:sz w:val="32"/>
        </w:rPr>
        <w:t>C</w:t>
      </w:r>
    </w:p>
    <w:p w14:paraId="57E0C1F0" w14:textId="77777777" w:rsidR="004D0336" w:rsidRDefault="001E43D6">
      <w:pPr>
        <w:spacing w:after="120"/>
      </w:pPr>
      <w:r>
        <w:rPr>
          <w:b/>
        </w:rPr>
        <w:t>Kính g</w:t>
      </w:r>
      <w:r>
        <w:rPr>
          <w:b/>
        </w:rPr>
        <w:t>ử</w:t>
      </w:r>
      <w:r>
        <w:rPr>
          <w:b/>
        </w:rPr>
        <w:t xml:space="preserve">i: </w:t>
      </w:r>
      <w:r>
        <w:t>Ban Giám đ</w:t>
      </w:r>
      <w:r>
        <w:t>ố</w:t>
      </w:r>
      <w:r>
        <w:t>c và Phòng Nhân s</w:t>
      </w:r>
      <w:r>
        <w:t>ự</w:t>
      </w:r>
      <w:r>
        <w:t xml:space="preserve"> Công ty ........................................</w:t>
      </w:r>
    </w:p>
    <w:p w14:paraId="2B4AEB9C" w14:textId="69941FF6" w:rsidR="004D0336" w:rsidRDefault="001E43D6">
      <w:pPr>
        <w:spacing w:after="100"/>
      </w:pPr>
      <w:r>
        <w:rPr>
          <w:b/>
        </w:rPr>
        <w:t>H</w:t>
      </w:r>
      <w:r>
        <w:rPr>
          <w:b/>
        </w:rPr>
        <w:t>ọ</w:t>
      </w:r>
      <w:r>
        <w:rPr>
          <w:b/>
        </w:rPr>
        <w:t xml:space="preserve"> và tên:</w:t>
      </w:r>
      <w:r>
        <w:t xml:space="preserve"> ..................................................................</w:t>
      </w:r>
      <w:r>
        <w:rPr>
          <w:b/>
        </w:rPr>
        <w:t>Ngày sinh:</w:t>
      </w:r>
      <w:r>
        <w:t xml:space="preserve"> .................................................................</w:t>
      </w:r>
    </w:p>
    <w:p w14:paraId="75F2B967" w14:textId="729B1447" w:rsidR="004D0336" w:rsidRDefault="001E43D6">
      <w:pPr>
        <w:spacing w:after="100"/>
      </w:pPr>
      <w:r>
        <w:rPr>
          <w:b/>
        </w:rPr>
        <w:t>Đ</w:t>
      </w:r>
      <w:r>
        <w:rPr>
          <w:b/>
        </w:rPr>
        <w:t>ị</w:t>
      </w:r>
      <w:r>
        <w:rPr>
          <w:b/>
        </w:rPr>
        <w:t>a ch</w:t>
      </w:r>
      <w:r>
        <w:rPr>
          <w:b/>
        </w:rPr>
        <w:t>ỉ</w:t>
      </w:r>
      <w:r>
        <w:rPr>
          <w:b/>
        </w:rPr>
        <w:t>:</w:t>
      </w:r>
      <w:r>
        <w:t xml:space="preserve"> ...................................................................</w:t>
      </w:r>
      <w:r>
        <w:rPr>
          <w:b/>
        </w:rPr>
        <w:t>S</w:t>
      </w:r>
      <w:r>
        <w:rPr>
          <w:b/>
        </w:rPr>
        <w:t>ố</w:t>
      </w:r>
      <w:r>
        <w:rPr>
          <w:b/>
        </w:rPr>
        <w:t xml:space="preserve"> đi</w:t>
      </w:r>
      <w:r>
        <w:rPr>
          <w:b/>
        </w:rPr>
        <w:t>ệ</w:t>
      </w:r>
      <w:r>
        <w:rPr>
          <w:b/>
        </w:rPr>
        <w:t>n tho</w:t>
      </w:r>
      <w:r>
        <w:rPr>
          <w:b/>
        </w:rPr>
        <w:t>ạ</w:t>
      </w:r>
      <w:r>
        <w:rPr>
          <w:b/>
        </w:rPr>
        <w:t>i:</w:t>
      </w:r>
      <w:r>
        <w:t xml:space="preserve"> ...................</w:t>
      </w:r>
      <w:r>
        <w:t>...........................................</w:t>
      </w:r>
    </w:p>
    <w:p w14:paraId="7BBF9D6D" w14:textId="77777777" w:rsidR="004D0336" w:rsidRDefault="001E43D6">
      <w:pPr>
        <w:spacing w:after="160"/>
      </w:pPr>
      <w:r>
        <w:rPr>
          <w:b/>
        </w:rPr>
        <w:t>Email:</w:t>
      </w:r>
      <w:r>
        <w:t xml:space="preserve"> ....................................................................</w:t>
      </w:r>
    </w:p>
    <w:p w14:paraId="010745EE" w14:textId="77777777" w:rsidR="004D0336" w:rsidRDefault="001E43D6">
      <w:pPr>
        <w:spacing w:after="120"/>
        <w:jc w:val="both"/>
      </w:pPr>
      <w:r>
        <w:t>Qua thông tin tuy</w:t>
      </w:r>
      <w:r>
        <w:t>ể</w:t>
      </w:r>
      <w:r>
        <w:t>n d</w:t>
      </w:r>
      <w:r>
        <w:t>ụ</w:t>
      </w:r>
      <w:r>
        <w:t>ng đư</w:t>
      </w:r>
      <w:r>
        <w:t>ợ</w:t>
      </w:r>
      <w:r>
        <w:t>c đăng t</w:t>
      </w:r>
      <w:r>
        <w:t>ả</w:t>
      </w:r>
      <w:r>
        <w:t xml:space="preserve">i trên </w:t>
      </w:r>
      <w:r>
        <w:rPr>
          <w:b/>
        </w:rPr>
        <w:t>HRCV</w:t>
      </w:r>
      <w:r>
        <w:t>, tôi đư</w:t>
      </w:r>
      <w:r>
        <w:t>ợ</w:t>
      </w:r>
      <w:r>
        <w:t>c bi</w:t>
      </w:r>
      <w:r>
        <w:t>ế</w:t>
      </w:r>
      <w:r>
        <w:t>t Quý công ty đang tuy</w:t>
      </w:r>
      <w:r>
        <w:t>ể</w:t>
      </w:r>
      <w:r>
        <w:t>n d</w:t>
      </w:r>
      <w:r>
        <w:t>ụ</w:t>
      </w:r>
      <w:r>
        <w:t>ng v</w:t>
      </w:r>
      <w:r>
        <w:t>ị</w:t>
      </w:r>
      <w:r>
        <w:t xml:space="preserve"> trí </w:t>
      </w:r>
      <w:r>
        <w:rPr>
          <w:b/>
        </w:rPr>
        <w:t>Nhân viên Marketing</w:t>
      </w:r>
      <w:r>
        <w:t>. V</w:t>
      </w:r>
      <w:r>
        <w:t>ớ</w:t>
      </w:r>
      <w:r>
        <w:t>i ...... năm k</w:t>
      </w:r>
      <w:r>
        <w:t>inh nghi</w:t>
      </w:r>
      <w:r>
        <w:t>ệ</w:t>
      </w:r>
      <w:r>
        <w:t>m trong lĩnh v</w:t>
      </w:r>
      <w:r>
        <w:t>ự</w:t>
      </w:r>
      <w:r>
        <w:t>c Marketing, cùng ni</w:t>
      </w:r>
      <w:r>
        <w:t>ề</w:t>
      </w:r>
      <w:r>
        <w:t>m yêu thích sáng t</w:t>
      </w:r>
      <w:r>
        <w:t>ạ</w:t>
      </w:r>
      <w:r>
        <w:t>o và đ</w:t>
      </w:r>
      <w:r>
        <w:t>ị</w:t>
      </w:r>
      <w:r>
        <w:t>nh hư</w:t>
      </w:r>
      <w:r>
        <w:t>ớ</w:t>
      </w:r>
      <w:r>
        <w:t>ng phát tri</w:t>
      </w:r>
      <w:r>
        <w:t>ể</w:t>
      </w:r>
      <w:r>
        <w:t>n lâu dài trong ngành, tôi mong mu</w:t>
      </w:r>
      <w:r>
        <w:t>ố</w:t>
      </w:r>
      <w:r>
        <w:t>n đư</w:t>
      </w:r>
      <w:r>
        <w:t>ợ</w:t>
      </w:r>
      <w:r>
        <w:t xml:space="preserve">c </w:t>
      </w:r>
      <w:r>
        <w:t>ứ</w:t>
      </w:r>
      <w:r>
        <w:t>ng tuy</w:t>
      </w:r>
      <w:r>
        <w:t>ể</w:t>
      </w:r>
      <w:r>
        <w:t>n vào v</w:t>
      </w:r>
      <w:r>
        <w:t>ị</w:t>
      </w:r>
      <w:r>
        <w:t xml:space="preserve"> trí này đ</w:t>
      </w:r>
      <w:r>
        <w:t>ể</w:t>
      </w:r>
      <w:r>
        <w:t xml:space="preserve"> góp ph</w:t>
      </w:r>
      <w:r>
        <w:t>ầ</w:t>
      </w:r>
      <w:r>
        <w:t>n xây d</w:t>
      </w:r>
      <w:r>
        <w:t>ự</w:t>
      </w:r>
      <w:r>
        <w:t>ng và phát tri</w:t>
      </w:r>
      <w:r>
        <w:t>ể</w:t>
      </w:r>
      <w:r>
        <w:t>n thương hi</w:t>
      </w:r>
      <w:r>
        <w:t>ệ</w:t>
      </w:r>
      <w:r>
        <w:t>u c</w:t>
      </w:r>
      <w:r>
        <w:t>ủ</w:t>
      </w:r>
      <w:r>
        <w:t>a Quý công ty.</w:t>
      </w:r>
    </w:p>
    <w:p w14:paraId="0F125B29" w14:textId="77777777" w:rsidR="004D0336" w:rsidRDefault="001E43D6">
      <w:pPr>
        <w:spacing w:after="120"/>
        <w:jc w:val="both"/>
      </w:pPr>
      <w:r>
        <w:t>Trong quá trình làm vi</w:t>
      </w:r>
      <w:r>
        <w:t>ệ</w:t>
      </w:r>
      <w:r>
        <w:t>c t</w:t>
      </w:r>
      <w:r>
        <w:t>ạ</w:t>
      </w:r>
      <w:r>
        <w:t>i .......</w:t>
      </w:r>
      <w:r>
        <w:t>................................., tôi đã tham gia l</w:t>
      </w:r>
      <w:r>
        <w:t>ậ</w:t>
      </w:r>
      <w:r>
        <w:t>p k</w:t>
      </w:r>
      <w:r>
        <w:t>ế</w:t>
      </w:r>
      <w:r>
        <w:t xml:space="preserve"> ho</w:t>
      </w:r>
      <w:r>
        <w:t>ạ</w:t>
      </w:r>
      <w:r>
        <w:t>ch và tri</w:t>
      </w:r>
      <w:r>
        <w:t>ể</w:t>
      </w:r>
      <w:r>
        <w:t>n khai các chi</w:t>
      </w:r>
      <w:r>
        <w:t>ế</w:t>
      </w:r>
      <w:r>
        <w:t>n d</w:t>
      </w:r>
      <w:r>
        <w:t>ị</w:t>
      </w:r>
      <w:r>
        <w:t>ch Marketing trên nhi</w:t>
      </w:r>
      <w:r>
        <w:t>ề</w:t>
      </w:r>
      <w:r>
        <w:t>u kênh như .................................... Đ</w:t>
      </w:r>
      <w:r>
        <w:t>ồ</w:t>
      </w:r>
      <w:r>
        <w:t>ng th</w:t>
      </w:r>
      <w:r>
        <w:t>ờ</w:t>
      </w:r>
      <w:r>
        <w:t>i, tôi ph</w:t>
      </w:r>
      <w:r>
        <w:t>ố</w:t>
      </w:r>
      <w:r>
        <w:t>i h</w:t>
      </w:r>
      <w:r>
        <w:t>ợ</w:t>
      </w:r>
      <w:r>
        <w:t>p v</w:t>
      </w:r>
      <w:r>
        <w:t>ớ</w:t>
      </w:r>
      <w:r>
        <w:t>i các b</w:t>
      </w:r>
      <w:r>
        <w:t>ộ</w:t>
      </w:r>
      <w:r>
        <w:t xml:space="preserve"> ph</w:t>
      </w:r>
      <w:r>
        <w:t>ậ</w:t>
      </w:r>
      <w:r>
        <w:t>n liên quan trong vi</w:t>
      </w:r>
      <w:r>
        <w:t>ệ</w:t>
      </w:r>
      <w:r>
        <w:t>c xây d</w:t>
      </w:r>
      <w:r>
        <w:t>ự</w:t>
      </w:r>
      <w:r>
        <w:t>ng n</w:t>
      </w:r>
      <w:r>
        <w:t>ộ</w:t>
      </w:r>
      <w:r>
        <w:t>i dung, theo dõi hi</w:t>
      </w:r>
      <w:r>
        <w:t>ệ</w:t>
      </w:r>
      <w:r>
        <w:t>u qu</w:t>
      </w:r>
      <w:r>
        <w:t>ả</w:t>
      </w:r>
      <w:r>
        <w:t xml:space="preserve"> chi</w:t>
      </w:r>
      <w:r>
        <w:t>ế</w:t>
      </w:r>
      <w:r>
        <w:t>n d</w:t>
      </w:r>
      <w:r>
        <w:t>ị</w:t>
      </w:r>
      <w:r>
        <w:t>ch, phân tích d</w:t>
      </w:r>
      <w:r>
        <w:t>ữ</w:t>
      </w:r>
      <w:r>
        <w:t xml:space="preserve"> li</w:t>
      </w:r>
      <w:r>
        <w:t>ệ</w:t>
      </w:r>
      <w:r>
        <w:t>u và đ</w:t>
      </w:r>
      <w:r>
        <w:t>ề</w:t>
      </w:r>
      <w:r>
        <w:t xml:space="preserve"> xu</w:t>
      </w:r>
      <w:r>
        <w:t>ấ</w:t>
      </w:r>
      <w:r>
        <w:t>t các gi</w:t>
      </w:r>
      <w:r>
        <w:t>ả</w:t>
      </w:r>
      <w:r>
        <w:t>i pháp nh</w:t>
      </w:r>
      <w:r>
        <w:t>ằ</w:t>
      </w:r>
      <w:r>
        <w:t>m t</w:t>
      </w:r>
      <w:r>
        <w:t>ố</w:t>
      </w:r>
      <w:r>
        <w:t>i ưu k</w:t>
      </w:r>
      <w:r>
        <w:t>ế</w:t>
      </w:r>
      <w:r>
        <w:t>t qu</w:t>
      </w:r>
      <w:r>
        <w:t>ả</w:t>
      </w:r>
      <w:r>
        <w:t>.</w:t>
      </w:r>
    </w:p>
    <w:p w14:paraId="4E3FE101" w14:textId="77777777" w:rsidR="004D0336" w:rsidRDefault="001E43D6">
      <w:pPr>
        <w:spacing w:after="60"/>
      </w:pPr>
      <w:r>
        <w:t>M</w:t>
      </w:r>
      <w:r>
        <w:t>ộ</w:t>
      </w:r>
      <w:r>
        <w:t>t s</w:t>
      </w:r>
      <w:r>
        <w:t>ố</w:t>
      </w:r>
      <w:r>
        <w:t xml:space="preserve"> k</w:t>
      </w:r>
      <w:r>
        <w:t>ế</w:t>
      </w:r>
      <w:r>
        <w:t>t qu</w:t>
      </w:r>
      <w:r>
        <w:t>ả</w:t>
      </w:r>
      <w:r>
        <w:t xml:space="preserve"> n</w:t>
      </w:r>
      <w:r>
        <w:t>ổ</w:t>
      </w:r>
      <w:r>
        <w:t>i b</w:t>
      </w:r>
      <w:r>
        <w:t>ậ</w:t>
      </w:r>
      <w:r>
        <w:t>t tôi đã đ</w:t>
      </w:r>
      <w:r>
        <w:t>ạ</w:t>
      </w:r>
      <w:r>
        <w:t>t đư</w:t>
      </w:r>
      <w:r>
        <w:t>ợ</w:t>
      </w:r>
      <w:r>
        <w:t>c trong quá trình công tác g</w:t>
      </w:r>
      <w:r>
        <w:t>ồ</w:t>
      </w:r>
      <w:r>
        <w:t>m:</w:t>
      </w:r>
    </w:p>
    <w:p w14:paraId="03A7AFAF" w14:textId="77777777" w:rsidR="004D0336" w:rsidRDefault="001E43D6">
      <w:pPr>
        <w:pStyle w:val="ListBullet"/>
        <w:spacing w:after="40"/>
      </w:pPr>
      <w:r>
        <w:t>Tri</w:t>
      </w:r>
      <w:r>
        <w:t>ể</w:t>
      </w:r>
      <w:r>
        <w:t>n khai ....................</w:t>
      </w:r>
      <w:r>
        <w:rPr>
          <w:b/>
        </w:rPr>
        <w:t xml:space="preserve"> chi</w:t>
      </w:r>
      <w:r>
        <w:rPr>
          <w:b/>
        </w:rPr>
        <w:t>ế</w:t>
      </w:r>
      <w:r>
        <w:rPr>
          <w:b/>
        </w:rPr>
        <w:t>n d</w:t>
      </w:r>
      <w:r>
        <w:rPr>
          <w:b/>
        </w:rPr>
        <w:t>ị</w:t>
      </w:r>
      <w:r>
        <w:rPr>
          <w:b/>
        </w:rPr>
        <w:t xml:space="preserve">ch Marketing trong </w:t>
      </w:r>
      <w:r>
        <w:t>.....................</w:t>
      </w:r>
    </w:p>
    <w:p w14:paraId="530B6CF1" w14:textId="77777777" w:rsidR="004D0336" w:rsidRDefault="001E43D6">
      <w:pPr>
        <w:pStyle w:val="ListBullet"/>
        <w:spacing w:after="40"/>
      </w:pPr>
      <w:r>
        <w:t>Góp ph</w:t>
      </w:r>
      <w:r>
        <w:t>ầ</w:t>
      </w:r>
      <w:r>
        <w:t>n tăng ..............</w:t>
      </w:r>
      <w:r>
        <w:t>......% lư</w:t>
      </w:r>
      <w:r>
        <w:t>ợ</w:t>
      </w:r>
      <w:r>
        <w:t>t ti</w:t>
      </w:r>
      <w:r>
        <w:t>ế</w:t>
      </w:r>
      <w:r>
        <w:t>p c</w:t>
      </w:r>
      <w:r>
        <w:t>ậ</w:t>
      </w:r>
      <w:r>
        <w:t>n, tương tác ho</w:t>
      </w:r>
      <w:r>
        <w:t>ặ</w:t>
      </w:r>
      <w:r>
        <w:t>c t</w:t>
      </w:r>
      <w:r>
        <w:t>ỷ</w:t>
      </w:r>
      <w:r>
        <w:t xml:space="preserve"> l</w:t>
      </w:r>
      <w:r>
        <w:t>ệ</w:t>
      </w:r>
      <w:r>
        <w:t xml:space="preserve"> chuy</w:t>
      </w:r>
      <w:r>
        <w:t>ể</w:t>
      </w:r>
      <w:r>
        <w:t>n đ</w:t>
      </w:r>
      <w:r>
        <w:t>ổ</w:t>
      </w:r>
      <w:r>
        <w:t>i c</w:t>
      </w:r>
      <w:r>
        <w:t>ủ</w:t>
      </w:r>
      <w:r>
        <w:t>a các chi</w:t>
      </w:r>
      <w:r>
        <w:t>ế</w:t>
      </w:r>
      <w:r>
        <w:t>n d</w:t>
      </w:r>
      <w:r>
        <w:t>ị</w:t>
      </w:r>
      <w:r>
        <w:t>ch.</w:t>
      </w:r>
    </w:p>
    <w:p w14:paraId="785F455F" w14:textId="77777777" w:rsidR="004D0336" w:rsidRDefault="001E43D6">
      <w:pPr>
        <w:pStyle w:val="ListBullet"/>
        <w:spacing w:after="40"/>
      </w:pPr>
      <w:r>
        <w:t>Qu</w:t>
      </w:r>
      <w:r>
        <w:t>ả</w:t>
      </w:r>
      <w:r>
        <w:t>n lý và phát tri</w:t>
      </w:r>
      <w:r>
        <w:t>ể</w:t>
      </w:r>
      <w:r>
        <w:t>n các kênh truy</w:t>
      </w:r>
      <w:r>
        <w:t>ề</w:t>
      </w:r>
      <w:r>
        <w:t>n thông v</w:t>
      </w:r>
      <w:r>
        <w:t>ớ</w:t>
      </w:r>
      <w:r>
        <w:t>i .................... lư</w:t>
      </w:r>
      <w:r>
        <w:t>ợ</w:t>
      </w:r>
      <w:r>
        <w:t>t theo dõi ho</w:t>
      </w:r>
      <w:r>
        <w:t>ặ</w:t>
      </w:r>
      <w:r>
        <w:t>c .................... lư</w:t>
      </w:r>
      <w:r>
        <w:t>ợ</w:t>
      </w:r>
      <w:r>
        <w:t>t truy c</w:t>
      </w:r>
      <w:r>
        <w:t>ậ</w:t>
      </w:r>
      <w:r>
        <w:t>p (n</w:t>
      </w:r>
      <w:r>
        <w:t>ế</w:t>
      </w:r>
      <w:r>
        <w:t>u có).</w:t>
      </w:r>
    </w:p>
    <w:p w14:paraId="79F535F5" w14:textId="77777777" w:rsidR="004D0336" w:rsidRDefault="001E43D6">
      <w:pPr>
        <w:pStyle w:val="ListBullet"/>
        <w:spacing w:after="40"/>
      </w:pPr>
      <w:r>
        <w:t>Ph</w:t>
      </w:r>
      <w:r>
        <w:t>ố</w:t>
      </w:r>
      <w:r>
        <w:t>i h</w:t>
      </w:r>
      <w:r>
        <w:t>ợ</w:t>
      </w:r>
      <w:r>
        <w:t>p th</w:t>
      </w:r>
      <w:r>
        <w:t>ự</w:t>
      </w:r>
      <w:r>
        <w:t>c hi</w:t>
      </w:r>
      <w:r>
        <w:t>ệ</w:t>
      </w:r>
      <w:r>
        <w:t>n các ho</w:t>
      </w:r>
      <w:r>
        <w:t>ạ</w:t>
      </w:r>
      <w:r>
        <w:t>t đ</w:t>
      </w:r>
      <w:r>
        <w:t>ộ</w:t>
      </w:r>
      <w:r>
        <w:t>ng qu</w:t>
      </w:r>
      <w:r>
        <w:t>ả</w:t>
      </w:r>
      <w:r>
        <w:t>ng bá, s</w:t>
      </w:r>
      <w:r>
        <w:t>ự</w:t>
      </w:r>
      <w:r>
        <w:t xml:space="preserve"> ki</w:t>
      </w:r>
      <w:r>
        <w:t>ệ</w:t>
      </w:r>
      <w:r>
        <w:t>n ho</w:t>
      </w:r>
      <w:r>
        <w:t>ặ</w:t>
      </w:r>
      <w:r>
        <w:t>c ra m</w:t>
      </w:r>
      <w:r>
        <w:t>ắ</w:t>
      </w:r>
      <w:r>
        <w:t>t s</w:t>
      </w:r>
      <w:r>
        <w:t>ả</w:t>
      </w:r>
      <w:r>
        <w:t>n ph</w:t>
      </w:r>
      <w:r>
        <w:t>ẩ</w:t>
      </w:r>
      <w:r>
        <w:t>m, góp ph</w:t>
      </w:r>
      <w:r>
        <w:t>ầ</w:t>
      </w:r>
      <w:r>
        <w:t>n đ</w:t>
      </w:r>
      <w:r>
        <w:t>ạ</w:t>
      </w:r>
      <w:r>
        <w:t>t .....................</w:t>
      </w:r>
    </w:p>
    <w:p w14:paraId="4F24004C" w14:textId="77777777" w:rsidR="004D0336" w:rsidRDefault="001E43D6">
      <w:pPr>
        <w:pStyle w:val="ListBullet"/>
        <w:spacing w:after="120"/>
      </w:pPr>
      <w:r>
        <w:t>Thành th</w:t>
      </w:r>
      <w:r>
        <w:t>ạ</w:t>
      </w:r>
      <w:r>
        <w:t>o các công c</w:t>
      </w:r>
      <w:r>
        <w:t>ụ</w:t>
      </w:r>
      <w:r>
        <w:t xml:space="preserve"> như ........................................ ph</w:t>
      </w:r>
      <w:r>
        <w:t>ụ</w:t>
      </w:r>
      <w:r>
        <w:t>c v</w:t>
      </w:r>
      <w:r>
        <w:t>ụ</w:t>
      </w:r>
      <w:r>
        <w:t xml:space="preserve"> cho công vi</w:t>
      </w:r>
      <w:r>
        <w:t>ệ</w:t>
      </w:r>
      <w:r>
        <w:t>c Marketing.</w:t>
      </w:r>
    </w:p>
    <w:p w14:paraId="332C4D09" w14:textId="77777777" w:rsidR="004D0336" w:rsidRDefault="001E43D6">
      <w:pPr>
        <w:spacing w:after="120"/>
        <w:jc w:val="both"/>
      </w:pPr>
      <w:r>
        <w:t>Tôi là ngư</w:t>
      </w:r>
      <w:r>
        <w:t>ờ</w:t>
      </w:r>
      <w:r>
        <w:t>i ch</w:t>
      </w:r>
      <w:r>
        <w:t>ủ</w:t>
      </w:r>
      <w:r>
        <w:t xml:space="preserve"> đ</w:t>
      </w:r>
      <w:r>
        <w:t>ộ</w:t>
      </w:r>
      <w:r>
        <w:t>ng, sáng t</w:t>
      </w:r>
      <w:r>
        <w:t>ạ</w:t>
      </w:r>
      <w:r>
        <w:t>o và luôn s</w:t>
      </w:r>
      <w:r>
        <w:t>ẵ</w:t>
      </w:r>
      <w:r>
        <w:t>n sàng h</w:t>
      </w:r>
      <w:r>
        <w:t>ọ</w:t>
      </w:r>
      <w:r>
        <w:t>c h</w:t>
      </w:r>
      <w:r>
        <w:t>ỏ</w:t>
      </w:r>
      <w:r>
        <w:t>i nh</w:t>
      </w:r>
      <w:r>
        <w:t>ữ</w:t>
      </w:r>
      <w:r>
        <w:t>ng xu hư</w:t>
      </w:r>
      <w:r>
        <w:t>ớ</w:t>
      </w:r>
      <w:r>
        <w:t>ng Marketing m</w:t>
      </w:r>
      <w:r>
        <w:t>ớ</w:t>
      </w:r>
      <w:r>
        <w:t>i đ</w:t>
      </w:r>
      <w:r>
        <w:t>ể</w:t>
      </w:r>
      <w:r>
        <w:t xml:space="preserve"> nâng c</w:t>
      </w:r>
      <w:r>
        <w:t>ao hi</w:t>
      </w:r>
      <w:r>
        <w:t>ệ</w:t>
      </w:r>
      <w:r>
        <w:t>u qu</w:t>
      </w:r>
      <w:r>
        <w:t>ả</w:t>
      </w:r>
      <w:r>
        <w:t xml:space="preserve"> công vi</w:t>
      </w:r>
      <w:r>
        <w:t>ệ</w:t>
      </w:r>
      <w:r>
        <w:t>c. Tôi tin r</w:t>
      </w:r>
      <w:r>
        <w:t>ằ</w:t>
      </w:r>
      <w:r>
        <w:t>ng v</w:t>
      </w:r>
      <w:r>
        <w:t>ớ</w:t>
      </w:r>
      <w:r>
        <w:t>i kinh nghi</w:t>
      </w:r>
      <w:r>
        <w:t>ệ</w:t>
      </w:r>
      <w:r>
        <w:t>m th</w:t>
      </w:r>
      <w:r>
        <w:t>ự</w:t>
      </w:r>
      <w:r>
        <w:t>c t</w:t>
      </w:r>
      <w:r>
        <w:t>ế</w:t>
      </w:r>
      <w:r>
        <w:t>, kh</w:t>
      </w:r>
      <w:r>
        <w:t>ả</w:t>
      </w:r>
      <w:r>
        <w:t xml:space="preserve"> năng làm vi</w:t>
      </w:r>
      <w:r>
        <w:t>ệ</w:t>
      </w:r>
      <w:r>
        <w:t>c nhóm và tinh th</w:t>
      </w:r>
      <w:r>
        <w:t>ầ</w:t>
      </w:r>
      <w:r>
        <w:t>n trách nhi</w:t>
      </w:r>
      <w:r>
        <w:t>ệ</w:t>
      </w:r>
      <w:r>
        <w:t>m, tôi s</w:t>
      </w:r>
      <w:r>
        <w:t>ẽ</w:t>
      </w:r>
      <w:r>
        <w:t xml:space="preserve"> nhanh chóng hòa nh</w:t>
      </w:r>
      <w:r>
        <w:t>ậ</w:t>
      </w:r>
      <w:r>
        <w:t>p v</w:t>
      </w:r>
      <w:r>
        <w:t>ớ</w:t>
      </w:r>
      <w:r>
        <w:t>i môi trư</w:t>
      </w:r>
      <w:r>
        <w:t>ờ</w:t>
      </w:r>
      <w:r>
        <w:t>ng làm vi</w:t>
      </w:r>
      <w:r>
        <w:t>ệ</w:t>
      </w:r>
      <w:r>
        <w:t>c t</w:t>
      </w:r>
      <w:r>
        <w:t>ạ</w:t>
      </w:r>
      <w:r>
        <w:t>i Quý công ty và đóng góp tích c</w:t>
      </w:r>
      <w:r>
        <w:t>ự</w:t>
      </w:r>
      <w:r>
        <w:t>c vào các m</w:t>
      </w:r>
      <w:r>
        <w:t>ụ</w:t>
      </w:r>
      <w:r>
        <w:t>c tiêu phát tri</w:t>
      </w:r>
      <w:r>
        <w:t>ể</w:t>
      </w:r>
      <w:r>
        <w:t>n c</w:t>
      </w:r>
      <w:r>
        <w:t>ủ</w:t>
      </w:r>
      <w:r>
        <w:t>a doanh nghi</w:t>
      </w:r>
      <w:r>
        <w:t>ệ</w:t>
      </w:r>
      <w:r>
        <w:t>p.</w:t>
      </w:r>
    </w:p>
    <w:p w14:paraId="45941B8D" w14:textId="77777777" w:rsidR="004D0336" w:rsidRDefault="001E43D6">
      <w:pPr>
        <w:spacing w:after="120"/>
        <w:jc w:val="both"/>
      </w:pPr>
      <w:r>
        <w:t>Tôi xin g</w:t>
      </w:r>
      <w:r>
        <w:t>ử</w:t>
      </w:r>
      <w:r>
        <w:t>i</w:t>
      </w:r>
      <w:r>
        <w:t xml:space="preserve"> kèm </w:t>
      </w:r>
      <w:r>
        <w:rPr>
          <w:b/>
        </w:rPr>
        <w:t>CV và Portfolio</w:t>
      </w:r>
      <w:r>
        <w:t xml:space="preserve"> đ</w:t>
      </w:r>
      <w:r>
        <w:t>ể</w:t>
      </w:r>
      <w:r>
        <w:t xml:space="preserve"> Quý công ty thu</w:t>
      </w:r>
      <w:r>
        <w:t>ậ</w:t>
      </w:r>
      <w:r>
        <w:t>n ti</w:t>
      </w:r>
      <w:r>
        <w:t>ệ</w:t>
      </w:r>
      <w:r>
        <w:t>n tham kh</w:t>
      </w:r>
      <w:r>
        <w:t>ả</w:t>
      </w:r>
      <w:r>
        <w:t>o. R</w:t>
      </w:r>
      <w:r>
        <w:t>ấ</w:t>
      </w:r>
      <w:r>
        <w:t>t mong có cơ h</w:t>
      </w:r>
      <w:r>
        <w:t>ộ</w:t>
      </w:r>
      <w:r>
        <w:t>i đư</w:t>
      </w:r>
      <w:r>
        <w:t>ợ</w:t>
      </w:r>
      <w:r>
        <w:t>c trao đ</w:t>
      </w:r>
      <w:r>
        <w:t>ổ</w:t>
      </w:r>
      <w:r>
        <w:t>i tr</w:t>
      </w:r>
      <w:r>
        <w:t>ự</w:t>
      </w:r>
      <w:r>
        <w:t>c ti</w:t>
      </w:r>
      <w:r>
        <w:t>ế</w:t>
      </w:r>
      <w:r>
        <w:t>p trong bu</w:t>
      </w:r>
      <w:r>
        <w:t>ổ</w:t>
      </w:r>
      <w:r>
        <w:t>i ph</w:t>
      </w:r>
      <w:r>
        <w:t>ỏ</w:t>
      </w:r>
      <w:r>
        <w:t>ng v</w:t>
      </w:r>
      <w:r>
        <w:t>ấ</w:t>
      </w:r>
      <w:r>
        <w:t>n đ</w:t>
      </w:r>
      <w:r>
        <w:t>ể</w:t>
      </w:r>
      <w:r>
        <w:t xml:space="preserve"> trình bày rõ hơn v</w:t>
      </w:r>
      <w:r>
        <w:t>ề</w:t>
      </w:r>
      <w:r>
        <w:t xml:space="preserve"> kinh nghi</w:t>
      </w:r>
      <w:r>
        <w:t>ệ</w:t>
      </w:r>
      <w:r>
        <w:t>m, k</w:t>
      </w:r>
      <w:r>
        <w:t>ỹ</w:t>
      </w:r>
      <w:r>
        <w:t xml:space="preserve"> năng và đ</w:t>
      </w:r>
      <w:r>
        <w:t>ị</w:t>
      </w:r>
      <w:r>
        <w:t>nh hư</w:t>
      </w:r>
      <w:r>
        <w:t>ớ</w:t>
      </w:r>
      <w:r>
        <w:t>ng ngh</w:t>
      </w:r>
      <w:r>
        <w:t>ề</w:t>
      </w:r>
      <w:r>
        <w:t xml:space="preserve"> nghi</w:t>
      </w:r>
      <w:r>
        <w:t>ệ</w:t>
      </w:r>
      <w:r>
        <w:t>p c</w:t>
      </w:r>
      <w:r>
        <w:t>ủ</w:t>
      </w:r>
      <w:r>
        <w:t>a b</w:t>
      </w:r>
      <w:r>
        <w:t>ả</w:t>
      </w:r>
      <w:r>
        <w:t>n thân.</w:t>
      </w:r>
    </w:p>
    <w:p w14:paraId="5DF1BC6C" w14:textId="77777777" w:rsidR="004D0336" w:rsidRDefault="001E43D6">
      <w:pPr>
        <w:spacing w:after="280"/>
        <w:jc w:val="both"/>
      </w:pPr>
      <w:r>
        <w:t>Xin chân thành c</w:t>
      </w:r>
      <w:r>
        <w:t>ả</w:t>
      </w:r>
      <w:r>
        <w:t>m ơn Quý công ty!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4D0336" w14:paraId="04B1A903" w14:textId="77777777">
        <w:tc>
          <w:tcPr>
            <w:tcW w:w="4680" w:type="dxa"/>
          </w:tcPr>
          <w:p w14:paraId="1DD67106" w14:textId="77777777" w:rsidR="004D0336" w:rsidRDefault="004D0336"/>
        </w:tc>
        <w:tc>
          <w:tcPr>
            <w:tcW w:w="4680" w:type="dxa"/>
          </w:tcPr>
          <w:p w14:paraId="46BABB56" w14:textId="77777777" w:rsidR="004D0336" w:rsidRDefault="001E43D6">
            <w:pPr>
              <w:spacing w:after="80"/>
              <w:jc w:val="center"/>
            </w:pPr>
            <w:r>
              <w:rPr>
                <w:i/>
              </w:rPr>
              <w:t>............., ngày ...... tháng ...... năm ......</w:t>
            </w:r>
            <w:r>
              <w:rPr>
                <w:i/>
              </w:rPr>
              <w:br/>
            </w:r>
            <w:r>
              <w:rPr>
                <w:b/>
              </w:rPr>
              <w:t>Ngư</w:t>
            </w:r>
            <w:r>
              <w:rPr>
                <w:b/>
              </w:rPr>
              <w:t>ờ</w:t>
            </w:r>
            <w:r>
              <w:rPr>
                <w:b/>
              </w:rPr>
              <w:t>i làm đơn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i/>
              </w:rPr>
              <w:t>(Ký và ghi rõ h</w:t>
            </w:r>
            <w:r>
              <w:rPr>
                <w:i/>
              </w:rPr>
              <w:t>ọ</w:t>
            </w:r>
            <w:r>
              <w:rPr>
                <w:i/>
              </w:rPr>
              <w:t xml:space="preserve"> tên)</w:t>
            </w:r>
          </w:p>
        </w:tc>
      </w:tr>
    </w:tbl>
    <w:p w14:paraId="2EAD989B" w14:textId="77777777" w:rsidR="001E43D6" w:rsidRDefault="001E43D6"/>
    <w:sectPr w:rsidR="001E43D6" w:rsidSect="00144771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4771"/>
    <w:rsid w:val="0015074B"/>
    <w:rsid w:val="001E43D6"/>
    <w:rsid w:val="0029639D"/>
    <w:rsid w:val="00326F90"/>
    <w:rsid w:val="004D033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62C27B3"/>
  <w14:defaultImageDpi w14:val="300"/>
  <w15:docId w15:val="{4226DD1F-D25F-4B6E-86BD-A9697CFCC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Forina Tran</cp:lastModifiedBy>
  <cp:revision>2</cp:revision>
  <dcterms:created xsi:type="dcterms:W3CDTF">2013-12-23T23:15:00Z</dcterms:created>
  <dcterms:modified xsi:type="dcterms:W3CDTF">2026-09-13T14:42:00Z</dcterms:modified>
  <cp:category/>
</cp:coreProperties>
</file>