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F1ECFA" w14:textId="77777777" w:rsidR="006A1AF5" w:rsidRDefault="008B673D">
      <w:pPr>
        <w:spacing w:after="4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HÒA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  <w:r>
        <w:rPr>
          <w:b/>
          <w:sz w:val="26"/>
        </w:rPr>
        <w:br/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161CDC1C" w14:textId="77777777" w:rsidR="006A1AF5" w:rsidRDefault="008B673D">
      <w:pPr>
        <w:spacing w:before="280" w:after="280"/>
        <w:jc w:val="center"/>
      </w:pPr>
      <w:r>
        <w:rPr>
          <w:b/>
          <w:sz w:val="32"/>
        </w:rPr>
        <w:t>ĐƠN XIN VI</w:t>
      </w:r>
      <w:r>
        <w:rPr>
          <w:b/>
          <w:sz w:val="32"/>
        </w:rPr>
        <w:t>Ệ</w:t>
      </w:r>
      <w:r>
        <w:rPr>
          <w:b/>
          <w:sz w:val="32"/>
        </w:rPr>
        <w:t>C</w:t>
      </w:r>
    </w:p>
    <w:p w14:paraId="6C34D4DF" w14:textId="77777777" w:rsidR="006A1AF5" w:rsidRDefault="008B673D">
      <w:pPr>
        <w:spacing w:after="120"/>
      </w:pPr>
      <w:r>
        <w:rPr>
          <w:b/>
        </w:rPr>
        <w:t>Kính g</w:t>
      </w:r>
      <w:r>
        <w:rPr>
          <w:b/>
        </w:rPr>
        <w:t>ử</w:t>
      </w:r>
      <w:r>
        <w:rPr>
          <w:b/>
        </w:rPr>
        <w:t xml:space="preserve">i: </w:t>
      </w:r>
      <w:r>
        <w:t>Ban Giám đ</w:t>
      </w:r>
      <w:r>
        <w:t>ố</w:t>
      </w:r>
      <w:r>
        <w:t>c và Phòng Nhân s</w:t>
      </w:r>
      <w:r>
        <w:t>ự</w:t>
      </w:r>
      <w:r>
        <w:t xml:space="preserve"> Công ty ........................................</w:t>
      </w:r>
    </w:p>
    <w:p w14:paraId="7C34F7CD" w14:textId="5E5F08B8" w:rsidR="006A1AF5" w:rsidRDefault="008B673D">
      <w:pPr>
        <w:spacing w:after="100"/>
      </w:pP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tên:</w:t>
      </w:r>
      <w:r>
        <w:t xml:space="preserve"> ..................................................................</w:t>
      </w:r>
      <w:r>
        <w:rPr>
          <w:b/>
        </w:rPr>
        <w:t>Ngày sinh:</w:t>
      </w:r>
      <w:r>
        <w:t xml:space="preserve"> ...............</w:t>
      </w:r>
      <w:r>
        <w:t>...............................................</w:t>
      </w:r>
    </w:p>
    <w:p w14:paraId="61159C7C" w14:textId="67126F50" w:rsidR="006A1AF5" w:rsidRDefault="008B673D">
      <w:pPr>
        <w:spacing w:after="100"/>
      </w:pPr>
      <w:r>
        <w:rPr>
          <w:b/>
        </w:rPr>
        <w:t>Đ</w:t>
      </w:r>
      <w:r>
        <w:rPr>
          <w:b/>
        </w:rPr>
        <w:t>ị</w:t>
      </w:r>
      <w:r>
        <w:rPr>
          <w:b/>
        </w:rPr>
        <w:t>a ch</w:t>
      </w:r>
      <w:r>
        <w:rPr>
          <w:b/>
        </w:rPr>
        <w:t>ỉ</w:t>
      </w:r>
      <w:r>
        <w:rPr>
          <w:b/>
        </w:rPr>
        <w:t>:</w:t>
      </w:r>
      <w:r>
        <w:t xml:space="preserve"> ...................................................................</w:t>
      </w:r>
      <w:r>
        <w:rPr>
          <w:b/>
        </w:rPr>
        <w:t>S</w:t>
      </w:r>
      <w:r>
        <w:rPr>
          <w:b/>
        </w:rPr>
        <w:t>ố</w:t>
      </w:r>
      <w:r>
        <w:rPr>
          <w:b/>
        </w:rPr>
        <w:t xml:space="preserve"> đi</w:t>
      </w:r>
      <w:r>
        <w:rPr>
          <w:b/>
        </w:rPr>
        <w:t>ệ</w:t>
      </w:r>
      <w:r>
        <w:rPr>
          <w:b/>
        </w:rPr>
        <w:t>n tho</w:t>
      </w:r>
      <w:r>
        <w:rPr>
          <w:b/>
        </w:rPr>
        <w:t>ạ</w:t>
      </w:r>
      <w:r>
        <w:rPr>
          <w:b/>
        </w:rPr>
        <w:t>i:</w:t>
      </w:r>
      <w:r>
        <w:t xml:space="preserve"> ...................</w:t>
      </w:r>
      <w:r>
        <w:t>......</w:t>
      </w:r>
      <w:r>
        <w:t>...................................</w:t>
      </w:r>
    </w:p>
    <w:p w14:paraId="152136B0" w14:textId="77777777" w:rsidR="006A1AF5" w:rsidRDefault="008B673D">
      <w:pPr>
        <w:spacing w:after="160"/>
      </w:pPr>
      <w:r>
        <w:rPr>
          <w:b/>
        </w:rPr>
        <w:t>Email:</w:t>
      </w:r>
      <w:r>
        <w:t xml:space="preserve"> ....................................................................</w:t>
      </w:r>
    </w:p>
    <w:p w14:paraId="363BB828" w14:textId="77777777" w:rsidR="006A1AF5" w:rsidRDefault="008B673D">
      <w:pPr>
        <w:spacing w:after="120"/>
        <w:jc w:val="both"/>
      </w:pPr>
      <w:r>
        <w:t>Qua thông tin tuy</w:t>
      </w:r>
      <w:r>
        <w:t>ể</w:t>
      </w:r>
      <w:r>
        <w:t>n d</w:t>
      </w:r>
      <w:r>
        <w:t>ụ</w:t>
      </w:r>
      <w:r>
        <w:t>ng đư</w:t>
      </w:r>
      <w:r>
        <w:t>ợ</w:t>
      </w:r>
      <w:r>
        <w:t>c đăng t</w:t>
      </w:r>
      <w:r>
        <w:t>ả</w:t>
      </w:r>
      <w:r>
        <w:t xml:space="preserve">i trên </w:t>
      </w:r>
      <w:r>
        <w:rPr>
          <w:b/>
        </w:rPr>
        <w:t>HRCV</w:t>
      </w:r>
      <w:r>
        <w:t>, tôi đư</w:t>
      </w:r>
      <w:r>
        <w:t>ợ</w:t>
      </w:r>
      <w:r>
        <w:t>c bi</w:t>
      </w:r>
      <w:r>
        <w:t>ế</w:t>
      </w:r>
      <w:r>
        <w:t>t Quý công ty đang tuy</w:t>
      </w:r>
      <w:r>
        <w:t>ể</w:t>
      </w:r>
      <w:r>
        <w:t>n d</w:t>
      </w:r>
      <w:r>
        <w:t>ụ</w:t>
      </w:r>
      <w:r>
        <w:t>ng v</w:t>
      </w:r>
      <w:r>
        <w:t>ị</w:t>
      </w:r>
      <w:r>
        <w:t xml:space="preserve"> trí </w:t>
      </w:r>
      <w:r>
        <w:rPr>
          <w:b/>
        </w:rPr>
        <w:t>K</w:t>
      </w:r>
      <w:r>
        <w:rPr>
          <w:b/>
        </w:rPr>
        <w:t>ỹ</w:t>
      </w:r>
      <w:r>
        <w:rPr>
          <w:b/>
        </w:rPr>
        <w:t xml:space="preserve"> sư xây d</w:t>
      </w:r>
      <w:r>
        <w:rPr>
          <w:b/>
        </w:rPr>
        <w:t>ự</w:t>
      </w:r>
      <w:r>
        <w:rPr>
          <w:b/>
        </w:rPr>
        <w:t>ng</w:t>
      </w:r>
      <w:r>
        <w:t>. V</w:t>
      </w:r>
      <w:r>
        <w:t>ớ</w:t>
      </w:r>
      <w:r>
        <w:t>i ...... năm kinh n</w:t>
      </w:r>
      <w:r>
        <w:t>ghi</w:t>
      </w:r>
      <w:r>
        <w:t>ệ</w:t>
      </w:r>
      <w:r>
        <w:t>m trong lĩnh v</w:t>
      </w:r>
      <w:r>
        <w:t>ự</w:t>
      </w:r>
      <w:r>
        <w:t>c xây d</w:t>
      </w:r>
      <w:r>
        <w:t>ự</w:t>
      </w:r>
      <w:r>
        <w:t>ng cùng tinh th</w:t>
      </w:r>
      <w:r>
        <w:t>ầ</w:t>
      </w:r>
      <w:r>
        <w:t>n trách nhi</w:t>
      </w:r>
      <w:r>
        <w:t>ệ</w:t>
      </w:r>
      <w:r>
        <w:t>m và mong mu</w:t>
      </w:r>
      <w:r>
        <w:t>ố</w:t>
      </w:r>
      <w:r>
        <w:t>n phát tri</w:t>
      </w:r>
      <w:r>
        <w:t>ể</w:t>
      </w:r>
      <w:r>
        <w:t>n lâu dài trong ngh</w:t>
      </w:r>
      <w:r>
        <w:t>ề</w:t>
      </w:r>
      <w:r>
        <w:t>, tôi tin r</w:t>
      </w:r>
      <w:r>
        <w:t>ằ</w:t>
      </w:r>
      <w:r>
        <w:t>ng b</w:t>
      </w:r>
      <w:r>
        <w:t>ả</w:t>
      </w:r>
      <w:r>
        <w:t>n thân có đ</w:t>
      </w:r>
      <w:r>
        <w:t>ủ</w:t>
      </w:r>
      <w:r>
        <w:t xml:space="preserve"> năng l</w:t>
      </w:r>
      <w:r>
        <w:t>ự</w:t>
      </w:r>
      <w:r>
        <w:t>c đ</w:t>
      </w:r>
      <w:r>
        <w:t>ể</w:t>
      </w:r>
      <w:r>
        <w:t xml:space="preserve"> đáp </w:t>
      </w:r>
      <w:r>
        <w:t>ứ</w:t>
      </w:r>
      <w:r>
        <w:t>ng yêu c</w:t>
      </w:r>
      <w:r>
        <w:t>ầ</w:t>
      </w:r>
      <w:r>
        <w:t>u c</w:t>
      </w:r>
      <w:r>
        <w:t>ủ</w:t>
      </w:r>
      <w:r>
        <w:t>a v</w:t>
      </w:r>
      <w:r>
        <w:t>ị</w:t>
      </w:r>
      <w:r>
        <w:t xml:space="preserve"> trí này và đóng góp vào s</w:t>
      </w:r>
      <w:r>
        <w:t>ự</w:t>
      </w:r>
      <w:r>
        <w:t xml:space="preserve"> thành công c</w:t>
      </w:r>
      <w:r>
        <w:t>ủ</w:t>
      </w:r>
      <w:r>
        <w:t>a các d</w:t>
      </w:r>
      <w:r>
        <w:t>ự</w:t>
      </w:r>
      <w:r>
        <w:t xml:space="preserve"> án do Quý công ty tri</w:t>
      </w:r>
      <w:r>
        <w:t>ể</w:t>
      </w:r>
      <w:r>
        <w:t>n khai.</w:t>
      </w:r>
    </w:p>
    <w:p w14:paraId="2C14B58B" w14:textId="77777777" w:rsidR="006A1AF5" w:rsidRDefault="008B673D">
      <w:pPr>
        <w:spacing w:after="120"/>
        <w:jc w:val="both"/>
      </w:pPr>
      <w:r>
        <w:t>Trong quá trì</w:t>
      </w:r>
      <w:r>
        <w:t>nh làm vi</w:t>
      </w:r>
      <w:r>
        <w:t>ệ</w:t>
      </w:r>
      <w:r>
        <w:t>c t</w:t>
      </w:r>
      <w:r>
        <w:t>ạ</w:t>
      </w:r>
      <w:r>
        <w:t>i ........................................, tôi đã tham gia giám sát thi công, ki</w:t>
      </w:r>
      <w:r>
        <w:t>ể</w:t>
      </w:r>
      <w:r>
        <w:t>m tra ch</w:t>
      </w:r>
      <w:r>
        <w:t>ấ</w:t>
      </w:r>
      <w:r>
        <w:t>t lư</w:t>
      </w:r>
      <w:r>
        <w:t>ợ</w:t>
      </w:r>
      <w:r>
        <w:t>ng công trình, l</w:t>
      </w:r>
      <w:r>
        <w:t>ậ</w:t>
      </w:r>
      <w:r>
        <w:t>p k</w:t>
      </w:r>
      <w:r>
        <w:t>ế</w:t>
      </w:r>
      <w:r>
        <w:t xml:space="preserve"> ho</w:t>
      </w:r>
      <w:r>
        <w:t>ạ</w:t>
      </w:r>
      <w:r>
        <w:t>ch tri</w:t>
      </w:r>
      <w:r>
        <w:t>ể</w:t>
      </w:r>
      <w:r>
        <w:t>n khai, theo dõi ti</w:t>
      </w:r>
      <w:r>
        <w:t>ế</w:t>
      </w:r>
      <w:r>
        <w:t>n đ</w:t>
      </w:r>
      <w:r>
        <w:t>ộ</w:t>
      </w:r>
      <w:r>
        <w:t xml:space="preserve"> và ph</w:t>
      </w:r>
      <w:r>
        <w:t>ố</w:t>
      </w:r>
      <w:r>
        <w:t>i h</w:t>
      </w:r>
      <w:r>
        <w:t>ợ</w:t>
      </w:r>
      <w:r>
        <w:t>p v</w:t>
      </w:r>
      <w:r>
        <w:t>ớ</w:t>
      </w:r>
      <w:r>
        <w:t>i ch</w:t>
      </w:r>
      <w:r>
        <w:t>ủ</w:t>
      </w:r>
      <w:r>
        <w:t xml:space="preserve"> đ</w:t>
      </w:r>
      <w:r>
        <w:t>ầ</w:t>
      </w:r>
      <w:r>
        <w:t>u tư, nhà th</w:t>
      </w:r>
      <w:r>
        <w:t>ầ</w:t>
      </w:r>
      <w:r>
        <w:t>u, tư v</w:t>
      </w:r>
      <w:r>
        <w:t>ấ</w:t>
      </w:r>
      <w:r>
        <w:t>n giám sát cũng như các b</w:t>
      </w:r>
      <w:r>
        <w:t>ộ</w:t>
      </w:r>
      <w:r>
        <w:t xml:space="preserve"> ph</w:t>
      </w:r>
      <w:r>
        <w:t>ậ</w:t>
      </w:r>
      <w:r>
        <w:t>n liên quan đ</w:t>
      </w:r>
      <w:r>
        <w:t>ể</w:t>
      </w:r>
      <w:r>
        <w:t xml:space="preserve"> đ</w:t>
      </w:r>
      <w:r>
        <w:t>ả</w:t>
      </w:r>
      <w:r>
        <w:t>m b</w:t>
      </w:r>
      <w:r>
        <w:t>ả</w:t>
      </w:r>
      <w:r>
        <w:t>o d</w:t>
      </w:r>
      <w:r>
        <w:t>ự</w:t>
      </w:r>
      <w:r>
        <w:t xml:space="preserve"> án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đúng thi</w:t>
      </w:r>
      <w:r>
        <w:t>ế</w:t>
      </w:r>
      <w:r>
        <w:t>t k</w:t>
      </w:r>
      <w:r>
        <w:t>ế</w:t>
      </w:r>
      <w:r>
        <w:t>, đúng ti</w:t>
      </w:r>
      <w:r>
        <w:t>ế</w:t>
      </w:r>
      <w:r>
        <w:t>n đ</w:t>
      </w:r>
      <w:r>
        <w:t>ộ</w:t>
      </w:r>
      <w:r>
        <w:t xml:space="preserve"> và tuân th</w:t>
      </w:r>
      <w:r>
        <w:t>ủ</w:t>
      </w:r>
      <w:r>
        <w:t xml:space="preserve"> các tiêu chu</w:t>
      </w:r>
      <w:r>
        <w:t>ẩ</w:t>
      </w:r>
      <w:r>
        <w:t>n k</w:t>
      </w:r>
      <w:r>
        <w:t>ỹ</w:t>
      </w:r>
      <w:r>
        <w:t xml:space="preserve"> thu</w:t>
      </w:r>
      <w:r>
        <w:t>ậ</w:t>
      </w:r>
      <w:r>
        <w:t>t.</w:t>
      </w:r>
    </w:p>
    <w:p w14:paraId="31855543" w14:textId="77777777" w:rsidR="006A1AF5" w:rsidRDefault="008B673D">
      <w:pPr>
        <w:spacing w:after="60"/>
      </w:pPr>
      <w:r>
        <w:t>M</w:t>
      </w:r>
      <w:r>
        <w:t>ộ</w:t>
      </w:r>
      <w:r>
        <w:t>t s</w:t>
      </w:r>
      <w:r>
        <w:t>ố</w:t>
      </w:r>
      <w:r>
        <w:t xml:space="preserve"> k</w:t>
      </w:r>
      <w:r>
        <w:t>ế</w:t>
      </w:r>
      <w:r>
        <w:t>t qu</w:t>
      </w:r>
      <w:r>
        <w:t>ả</w:t>
      </w:r>
      <w:r>
        <w:t xml:space="preserve"> n</w:t>
      </w:r>
      <w:r>
        <w:t>ổ</w:t>
      </w:r>
      <w:r>
        <w:t>i b</w:t>
      </w:r>
      <w:r>
        <w:t>ậ</w:t>
      </w:r>
      <w:r>
        <w:t>t trong quá trình công tác g</w:t>
      </w:r>
      <w:r>
        <w:t>ồ</w:t>
      </w:r>
      <w:r>
        <w:t>m:</w:t>
      </w:r>
    </w:p>
    <w:p w14:paraId="6324B4EB" w14:textId="77777777" w:rsidR="006A1AF5" w:rsidRDefault="008B673D">
      <w:pPr>
        <w:pStyle w:val="ListBullet"/>
        <w:spacing w:after="40"/>
      </w:pPr>
      <w:r>
        <w:t>Tham gia tri</w:t>
      </w:r>
      <w:r>
        <w:t>ể</w:t>
      </w:r>
      <w:r>
        <w:t>n khai ....................</w:t>
      </w:r>
      <w:r>
        <w:rPr>
          <w:b/>
        </w:rPr>
        <w:t xml:space="preserve"> d</w:t>
      </w:r>
      <w:r>
        <w:rPr>
          <w:b/>
        </w:rPr>
        <w:t>ự</w:t>
      </w:r>
      <w:r>
        <w:rPr>
          <w:b/>
        </w:rPr>
        <w:t xml:space="preserve"> án v</w:t>
      </w:r>
      <w:r>
        <w:rPr>
          <w:b/>
        </w:rPr>
        <w:t>ớ</w:t>
      </w:r>
      <w:r>
        <w:rPr>
          <w:b/>
        </w:rPr>
        <w:t>i t</w:t>
      </w:r>
      <w:r>
        <w:rPr>
          <w:b/>
        </w:rPr>
        <w:t>ổ</w:t>
      </w:r>
      <w:r>
        <w:rPr>
          <w:b/>
        </w:rPr>
        <w:t>ng giá tr</w:t>
      </w:r>
      <w:r>
        <w:rPr>
          <w:b/>
        </w:rPr>
        <w:t>ị</w:t>
      </w:r>
      <w:r>
        <w:rPr>
          <w:b/>
        </w:rPr>
        <w:t xml:space="preserve"> kho</w:t>
      </w:r>
      <w:r>
        <w:rPr>
          <w:b/>
        </w:rPr>
        <w:t>ả</w:t>
      </w:r>
      <w:r>
        <w:rPr>
          <w:b/>
        </w:rPr>
        <w:t xml:space="preserve">ng </w:t>
      </w:r>
      <w:r>
        <w:t>.................... (n</w:t>
      </w:r>
      <w:r>
        <w:t>ế</w:t>
      </w:r>
      <w:r>
        <w:t>u có).</w:t>
      </w:r>
    </w:p>
    <w:p w14:paraId="123D8373" w14:textId="77777777" w:rsidR="006A1AF5" w:rsidRDefault="008B673D">
      <w:pPr>
        <w:pStyle w:val="ListBullet"/>
        <w:spacing w:after="40"/>
      </w:pPr>
      <w:r>
        <w:t>Giám sát</w:t>
      </w:r>
      <w:r>
        <w:t xml:space="preserve"> thi công các h</w:t>
      </w:r>
      <w:r>
        <w:t>ạ</w:t>
      </w:r>
      <w:r>
        <w:t>ng m</w:t>
      </w:r>
      <w:r>
        <w:t>ụ</w:t>
      </w:r>
      <w:r>
        <w:t>c có quy mô ....................................</w:t>
      </w:r>
    </w:p>
    <w:p w14:paraId="5CE891B7" w14:textId="77777777" w:rsidR="006A1AF5" w:rsidRDefault="008B673D">
      <w:pPr>
        <w:pStyle w:val="ListBullet"/>
        <w:spacing w:after="40"/>
      </w:pPr>
      <w:r>
        <w:t>Góp ph</w:t>
      </w:r>
      <w:r>
        <w:t>ầ</w:t>
      </w:r>
      <w:r>
        <w:t>n đ</w:t>
      </w:r>
      <w:r>
        <w:t>ả</w:t>
      </w:r>
      <w:r>
        <w:t>m b</w:t>
      </w:r>
      <w:r>
        <w:t>ả</w:t>
      </w:r>
      <w:r>
        <w:t>o d</w:t>
      </w:r>
      <w:r>
        <w:t>ự</w:t>
      </w:r>
      <w:r>
        <w:t xml:space="preserve"> án hoàn thành đúng ho</w:t>
      </w:r>
      <w:r>
        <w:t>ặ</w:t>
      </w:r>
      <w:r>
        <w:t>c s</w:t>
      </w:r>
      <w:r>
        <w:t>ớ</w:t>
      </w:r>
      <w:r>
        <w:t>m hơn k</w:t>
      </w:r>
      <w:r>
        <w:t>ế</w:t>
      </w:r>
      <w:r>
        <w:t xml:space="preserve"> ho</w:t>
      </w:r>
      <w:r>
        <w:t>ạ</w:t>
      </w:r>
      <w:r>
        <w:t>ch ....................</w:t>
      </w:r>
      <w:r>
        <w:rPr>
          <w:b/>
        </w:rPr>
        <w:t xml:space="preserve"> ngày/tháng.</w:t>
      </w:r>
    </w:p>
    <w:p w14:paraId="612B097F" w14:textId="77777777" w:rsidR="006A1AF5" w:rsidRDefault="008B673D">
      <w:pPr>
        <w:pStyle w:val="ListBullet"/>
        <w:spacing w:after="40"/>
      </w:pPr>
      <w:r>
        <w:t>Tham gia nghi</w:t>
      </w:r>
      <w:r>
        <w:t>ệ</w:t>
      </w:r>
      <w:r>
        <w:t>m thu ....................</w:t>
      </w:r>
      <w:r>
        <w:rPr>
          <w:b/>
        </w:rPr>
        <w:t xml:space="preserve"> h</w:t>
      </w:r>
      <w:r>
        <w:rPr>
          <w:b/>
        </w:rPr>
        <w:t>ạ</w:t>
      </w:r>
      <w:r>
        <w:rPr>
          <w:b/>
        </w:rPr>
        <w:t>ng m</w:t>
      </w:r>
      <w:r>
        <w:rPr>
          <w:b/>
        </w:rPr>
        <w:t>ụ</w:t>
      </w:r>
      <w:r>
        <w:rPr>
          <w:b/>
        </w:rPr>
        <w:t>c công trình</w:t>
      </w:r>
      <w:r>
        <w:t>, đ</w:t>
      </w:r>
      <w:r>
        <w:t>ả</w:t>
      </w:r>
      <w:r>
        <w:t>m b</w:t>
      </w:r>
      <w:r>
        <w:t>ả</w:t>
      </w:r>
      <w:r>
        <w:t xml:space="preserve">o đáp </w:t>
      </w:r>
      <w:r>
        <w:t>ứ</w:t>
      </w:r>
      <w:r>
        <w:t>ng yêu c</w:t>
      </w:r>
      <w:r>
        <w:t>ầ</w:t>
      </w:r>
      <w:r>
        <w:t>u v</w:t>
      </w:r>
      <w:r>
        <w:t>ề</w:t>
      </w:r>
      <w:r>
        <w:t xml:space="preserve"> ch</w:t>
      </w:r>
      <w:r>
        <w:t>ấ</w:t>
      </w:r>
      <w:r>
        <w:t>t lư</w:t>
      </w:r>
      <w:r>
        <w:t>ợ</w:t>
      </w:r>
      <w:r>
        <w:t>ng và an toàn.</w:t>
      </w:r>
    </w:p>
    <w:p w14:paraId="4B183C2E" w14:textId="77777777" w:rsidR="006A1AF5" w:rsidRDefault="008B673D">
      <w:pPr>
        <w:pStyle w:val="ListBullet"/>
        <w:spacing w:after="120"/>
      </w:pPr>
      <w:r>
        <w:t>Thành th</w:t>
      </w:r>
      <w:r>
        <w:t>ạ</w:t>
      </w:r>
      <w:r>
        <w:t>o các ph</w:t>
      </w:r>
      <w:r>
        <w:t>ầ</w:t>
      </w:r>
      <w:r>
        <w:t>n m</w:t>
      </w:r>
      <w:r>
        <w:t>ề</w:t>
      </w:r>
      <w:r>
        <w:t>m chuyên ngành như ................................... ph</w:t>
      </w:r>
      <w:r>
        <w:t>ụ</w:t>
      </w:r>
      <w:r>
        <w:t>c v</w:t>
      </w:r>
      <w:r>
        <w:t>ụ</w:t>
      </w:r>
      <w:r>
        <w:t xml:space="preserve"> công tác thi</w:t>
      </w:r>
      <w:r>
        <w:t>ế</w:t>
      </w:r>
      <w:r>
        <w:t>t k</w:t>
      </w:r>
      <w:r>
        <w:t>ế</w:t>
      </w:r>
      <w:r>
        <w:t>, bóc tách kh</w:t>
      </w:r>
      <w:r>
        <w:t>ố</w:t>
      </w:r>
      <w:r>
        <w:t>i lư</w:t>
      </w:r>
      <w:r>
        <w:t>ợ</w:t>
      </w:r>
      <w:r>
        <w:t>ng ho</w:t>
      </w:r>
      <w:r>
        <w:t>ặ</w:t>
      </w:r>
      <w:r>
        <w:t>c qu</w:t>
      </w:r>
      <w:r>
        <w:t>ả</w:t>
      </w:r>
      <w:r>
        <w:t>n lý d</w:t>
      </w:r>
      <w:r>
        <w:t>ự</w:t>
      </w:r>
      <w:r>
        <w:t xml:space="preserve"> án.</w:t>
      </w:r>
    </w:p>
    <w:p w14:paraId="7BC991E4" w14:textId="77777777" w:rsidR="006A1AF5" w:rsidRDefault="008B673D">
      <w:pPr>
        <w:spacing w:after="120"/>
        <w:jc w:val="both"/>
      </w:pPr>
      <w:r>
        <w:t>Tôi luôn làm vi</w:t>
      </w:r>
      <w:r>
        <w:t>ệ</w:t>
      </w:r>
      <w:r>
        <w:t>c v</w:t>
      </w:r>
      <w:r>
        <w:t>ớ</w:t>
      </w:r>
      <w:r>
        <w:t>i tinh th</w:t>
      </w:r>
      <w:r>
        <w:t>ầ</w:t>
      </w:r>
      <w:r>
        <w:t>n c</w:t>
      </w:r>
      <w:r>
        <w:t>ẩ</w:t>
      </w:r>
      <w:r>
        <w:t>n tr</w:t>
      </w:r>
      <w:r>
        <w:t>ọ</w:t>
      </w:r>
      <w:r>
        <w:t>ng, tuân th</w:t>
      </w:r>
      <w:r>
        <w:t>ủ</w:t>
      </w:r>
      <w:r>
        <w:t xml:space="preserve"> nghiêm các quy đ</w:t>
      </w:r>
      <w:r>
        <w:t>ị</w:t>
      </w:r>
      <w:r>
        <w:t>nh v</w:t>
      </w:r>
      <w:r>
        <w:t>ề</w:t>
      </w:r>
      <w:r>
        <w:t xml:space="preserve"> k</w:t>
      </w:r>
      <w:r>
        <w:t>ỹ</w:t>
      </w:r>
      <w:r>
        <w:t xml:space="preserve"> thu</w:t>
      </w:r>
      <w:r>
        <w:t>ậ</w:t>
      </w:r>
      <w:r>
        <w:t>t và an to</w:t>
      </w:r>
      <w:r>
        <w:t>àn lao đ</w:t>
      </w:r>
      <w:r>
        <w:t>ộ</w:t>
      </w:r>
      <w:r>
        <w:t>ng. Đ</w:t>
      </w:r>
      <w:r>
        <w:t>ồ</w:t>
      </w:r>
      <w:r>
        <w:t>ng th</w:t>
      </w:r>
      <w:r>
        <w:t>ờ</w:t>
      </w:r>
      <w:r>
        <w:t>i, tôi không ng</w:t>
      </w:r>
      <w:r>
        <w:t>ừ</w:t>
      </w:r>
      <w:r>
        <w:t>ng c</w:t>
      </w:r>
      <w:r>
        <w:t>ậ</w:t>
      </w:r>
      <w:r>
        <w:t>p nh</w:t>
      </w:r>
      <w:r>
        <w:t>ậ</w:t>
      </w:r>
      <w:r>
        <w:t>t ki</w:t>
      </w:r>
      <w:r>
        <w:t>ế</w:t>
      </w:r>
      <w:r>
        <w:t>n th</w:t>
      </w:r>
      <w:r>
        <w:t>ứ</w:t>
      </w:r>
      <w:r>
        <w:t>c chuyên môn, tiêu chu</w:t>
      </w:r>
      <w:r>
        <w:t>ẩ</w:t>
      </w:r>
      <w:r>
        <w:t>n xây d</w:t>
      </w:r>
      <w:r>
        <w:t>ự</w:t>
      </w:r>
      <w:r>
        <w:t>ng và các công ngh</w:t>
      </w:r>
      <w:r>
        <w:t>ệ</w:t>
      </w:r>
      <w:r>
        <w:t xml:space="preserve"> m</w:t>
      </w:r>
      <w:r>
        <w:t>ớ</w:t>
      </w:r>
      <w:r>
        <w:t>i nh</w:t>
      </w:r>
      <w:r>
        <w:t>ằ</w:t>
      </w:r>
      <w:r>
        <w:t>m nâng cao hi</w:t>
      </w:r>
      <w:r>
        <w:t>ệ</w:t>
      </w:r>
      <w:r>
        <w:t>u qu</w:t>
      </w:r>
      <w:r>
        <w:t>ả</w:t>
      </w:r>
      <w:r>
        <w:t xml:space="preserve"> công vi</w:t>
      </w:r>
      <w:r>
        <w:t>ệ</w:t>
      </w:r>
      <w:r>
        <w:t>c cũng như ch</w:t>
      </w:r>
      <w:r>
        <w:t>ấ</w:t>
      </w:r>
      <w:r>
        <w:t>t lư</w:t>
      </w:r>
      <w:r>
        <w:t>ợ</w:t>
      </w:r>
      <w:r>
        <w:t>ng công trình.</w:t>
      </w:r>
    </w:p>
    <w:p w14:paraId="7EEEC838" w14:textId="77777777" w:rsidR="006A1AF5" w:rsidRDefault="008B673D">
      <w:pPr>
        <w:spacing w:after="120"/>
        <w:jc w:val="both"/>
      </w:pPr>
      <w:r>
        <w:t>Tôi tin r</w:t>
      </w:r>
      <w:r>
        <w:t>ằ</w:t>
      </w:r>
      <w:r>
        <w:t>ng v</w:t>
      </w:r>
      <w:r>
        <w:t>ớ</w:t>
      </w:r>
      <w:r>
        <w:t>i kinh nghi</w:t>
      </w:r>
      <w:r>
        <w:t>ệ</w:t>
      </w:r>
      <w:r>
        <w:t>m th</w:t>
      </w:r>
      <w:r>
        <w:t>ự</w:t>
      </w:r>
      <w:r>
        <w:t>c t</w:t>
      </w:r>
      <w:r>
        <w:t>ế</w:t>
      </w:r>
      <w:r>
        <w:t>, kh</w:t>
      </w:r>
      <w:r>
        <w:t>ả</w:t>
      </w:r>
      <w:r>
        <w:t xml:space="preserve"> năng ph</w:t>
      </w:r>
      <w:r>
        <w:t>ố</w:t>
      </w:r>
      <w:r>
        <w:t>i h</w:t>
      </w:r>
      <w:r>
        <w:t>ợ</w:t>
      </w:r>
      <w:r>
        <w:t>p t</w:t>
      </w:r>
      <w:r>
        <w:t>ố</w:t>
      </w:r>
      <w:r>
        <w:t>t cùng tinh th</w:t>
      </w:r>
      <w:r>
        <w:t>ầ</w:t>
      </w:r>
      <w:r>
        <w:t>n c</w:t>
      </w:r>
      <w:r>
        <w:t>ầ</w:t>
      </w:r>
      <w:r>
        <w:t xml:space="preserve">u </w:t>
      </w:r>
      <w:r>
        <w:t>ti</w:t>
      </w:r>
      <w:r>
        <w:t>ế</w:t>
      </w:r>
      <w:r>
        <w:t>n, tôi s</w:t>
      </w:r>
      <w:r>
        <w:t>ẽ</w:t>
      </w:r>
      <w:r>
        <w:t xml:space="preserve"> nhanh chóng hòa nh</w:t>
      </w:r>
      <w:r>
        <w:t>ậ</w:t>
      </w:r>
      <w:r>
        <w:t>p v</w:t>
      </w:r>
      <w:r>
        <w:t>ớ</w:t>
      </w:r>
      <w:r>
        <w:t>i môi trư</w:t>
      </w:r>
      <w:r>
        <w:t>ờ</w:t>
      </w:r>
      <w:r>
        <w:t>ng làm vi</w:t>
      </w:r>
      <w:r>
        <w:t>ệ</w:t>
      </w:r>
      <w:r>
        <w:t>c t</w:t>
      </w:r>
      <w:r>
        <w:t>ạ</w:t>
      </w:r>
      <w:r>
        <w:t>i Quý công ty và hoàn thành t</w:t>
      </w:r>
      <w:r>
        <w:t>ố</w:t>
      </w:r>
      <w:r>
        <w:t>t các nhi</w:t>
      </w:r>
      <w:r>
        <w:t>ệ</w:t>
      </w:r>
      <w:r>
        <w:t>m v</w:t>
      </w:r>
      <w:r>
        <w:t>ụ</w:t>
      </w:r>
      <w:r>
        <w:t xml:space="preserve"> đư</w:t>
      </w:r>
      <w:r>
        <w:t>ợ</w:t>
      </w:r>
      <w:r>
        <w:t>c giao.</w:t>
      </w:r>
    </w:p>
    <w:p w14:paraId="2983F7DE" w14:textId="77777777" w:rsidR="006A1AF5" w:rsidRDefault="008B673D">
      <w:pPr>
        <w:spacing w:after="120"/>
        <w:jc w:val="both"/>
      </w:pPr>
      <w:r>
        <w:t>Tôi xin g</w:t>
      </w:r>
      <w:r>
        <w:t>ử</w:t>
      </w:r>
      <w:r>
        <w:t xml:space="preserve">i kèm </w:t>
      </w:r>
      <w:r>
        <w:rPr>
          <w:b/>
        </w:rPr>
        <w:t>CV cùng các tài li</w:t>
      </w:r>
      <w:r>
        <w:rPr>
          <w:b/>
        </w:rPr>
        <w:t>ệ</w:t>
      </w:r>
      <w:r>
        <w:rPr>
          <w:b/>
        </w:rPr>
        <w:t>u liên quan</w:t>
      </w:r>
      <w:r>
        <w:t xml:space="preserve"> đ</w:t>
      </w:r>
      <w:r>
        <w:t>ể</w:t>
      </w:r>
      <w:r>
        <w:t xml:space="preserve"> Quý công ty thu</w:t>
      </w:r>
      <w:r>
        <w:t>ậ</w:t>
      </w:r>
      <w:r>
        <w:t>n ti</w:t>
      </w:r>
      <w:r>
        <w:t>ệ</w:t>
      </w:r>
      <w:r>
        <w:t>n xem xét. R</w:t>
      </w:r>
      <w:r>
        <w:t>ấ</w:t>
      </w:r>
      <w:r>
        <w:t>t mong có cơ h</w:t>
      </w:r>
      <w:r>
        <w:t>ộ</w:t>
      </w:r>
      <w:r>
        <w:t>i đư</w:t>
      </w:r>
      <w:r>
        <w:t>ợ</w:t>
      </w:r>
      <w:r>
        <w:t>c tham gia bu</w:t>
      </w:r>
      <w:r>
        <w:t>ổ</w:t>
      </w:r>
      <w:r>
        <w:t>i ph</w:t>
      </w:r>
      <w:r>
        <w:t>ỏ</w:t>
      </w:r>
      <w:r>
        <w:t>ng v</w:t>
      </w:r>
      <w:r>
        <w:t>ấ</w:t>
      </w:r>
      <w:r>
        <w:t>n đ</w:t>
      </w:r>
      <w:r>
        <w:t>ể</w:t>
      </w:r>
      <w:r>
        <w:t xml:space="preserve"> trình b</w:t>
      </w:r>
      <w:r>
        <w:t>ày rõ hơn v</w:t>
      </w:r>
      <w:r>
        <w:t>ề</w:t>
      </w:r>
      <w:r>
        <w:t xml:space="preserve"> kinh nghi</w:t>
      </w:r>
      <w:r>
        <w:t>ệ</w:t>
      </w:r>
      <w:r>
        <w:t>m, k</w:t>
      </w:r>
      <w:r>
        <w:t>ỹ</w:t>
      </w:r>
      <w:r>
        <w:t xml:space="preserve"> năng và đ</w:t>
      </w:r>
      <w:r>
        <w:t>ị</w:t>
      </w:r>
      <w:r>
        <w:t>nh hư</w:t>
      </w:r>
      <w:r>
        <w:t>ớ</w:t>
      </w:r>
      <w:r>
        <w:t>ng ngh</w:t>
      </w:r>
      <w:r>
        <w:t>ề</w:t>
      </w:r>
      <w:r>
        <w:t xml:space="preserve"> nghi</w:t>
      </w:r>
      <w:r>
        <w:t>ệ</w:t>
      </w:r>
      <w:r>
        <w:t>p c</w:t>
      </w:r>
      <w:r>
        <w:t>ủ</w:t>
      </w:r>
      <w:r>
        <w:t>a b</w:t>
      </w:r>
      <w:r>
        <w:t>ả</w:t>
      </w:r>
      <w:r>
        <w:t>n thân.</w:t>
      </w:r>
    </w:p>
    <w:p w14:paraId="46C8CC4D" w14:textId="77777777" w:rsidR="006A1AF5" w:rsidRDefault="008B673D">
      <w:pPr>
        <w:spacing w:after="280"/>
        <w:jc w:val="both"/>
      </w:pPr>
      <w:r>
        <w:t>Xin chân thành c</w:t>
      </w:r>
      <w:r>
        <w:t>ả</w:t>
      </w:r>
      <w:r>
        <w:t>m ơn Quý công ty!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6A1AF5" w14:paraId="7B92FF5A" w14:textId="77777777">
        <w:tc>
          <w:tcPr>
            <w:tcW w:w="4680" w:type="dxa"/>
          </w:tcPr>
          <w:p w14:paraId="205278D8" w14:textId="77777777" w:rsidR="006A1AF5" w:rsidRDefault="006A1AF5"/>
        </w:tc>
        <w:tc>
          <w:tcPr>
            <w:tcW w:w="4680" w:type="dxa"/>
          </w:tcPr>
          <w:p w14:paraId="16F2CC44" w14:textId="77777777" w:rsidR="006A1AF5" w:rsidRDefault="008B673D">
            <w:pPr>
              <w:spacing w:after="80"/>
              <w:jc w:val="center"/>
            </w:pPr>
            <w:r>
              <w:rPr>
                <w:i/>
              </w:rPr>
              <w:t>............., ngày ...... tháng ...... năm ......</w:t>
            </w:r>
            <w:r>
              <w:rPr>
                <w:i/>
              </w:rPr>
              <w:br/>
            </w: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làm đơn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</w:tc>
      </w:tr>
    </w:tbl>
    <w:p w14:paraId="515B17CE" w14:textId="77777777" w:rsidR="008B673D" w:rsidRDefault="008B673D"/>
    <w:sectPr w:rsidR="008B673D" w:rsidSect="00D66B64">
      <w:pgSz w:w="11907" w:h="16840" w:code="9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1AF5"/>
    <w:rsid w:val="008B673D"/>
    <w:rsid w:val="00AA1D8D"/>
    <w:rsid w:val="00B47730"/>
    <w:rsid w:val="00CB0664"/>
    <w:rsid w:val="00D66B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1D59A24"/>
  <w14:defaultImageDpi w14:val="300"/>
  <w15:docId w15:val="{507FC2AA-3396-4445-82BA-6C98AC93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Forina Tran</cp:lastModifiedBy>
  <cp:revision>2</cp:revision>
  <dcterms:created xsi:type="dcterms:W3CDTF">2013-12-23T23:15:00Z</dcterms:created>
  <dcterms:modified xsi:type="dcterms:W3CDTF">2026-09-13T14:59:00Z</dcterms:modified>
  <cp:category/>
</cp:coreProperties>
</file>