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6DE7EC" w14:textId="77777777" w:rsidR="00E726A0" w:rsidRDefault="00231F7F">
      <w:pPr>
        <w:spacing w:after="40"/>
        <w:jc w:val="center"/>
      </w:pPr>
      <w:r>
        <w:rPr>
          <w:b/>
          <w:sz w:val="26"/>
        </w:rPr>
        <w:t>C</w:t>
      </w:r>
      <w:r>
        <w:rPr>
          <w:b/>
          <w:sz w:val="26"/>
        </w:rPr>
        <w:t>Ộ</w:t>
      </w:r>
      <w:r>
        <w:rPr>
          <w:b/>
          <w:sz w:val="26"/>
        </w:rPr>
        <w:t>NG HÒA XÃ H</w:t>
      </w:r>
      <w:r>
        <w:rPr>
          <w:b/>
          <w:sz w:val="26"/>
        </w:rPr>
        <w:t>Ộ</w:t>
      </w:r>
      <w:r>
        <w:rPr>
          <w:b/>
          <w:sz w:val="26"/>
        </w:rPr>
        <w:t>I CH</w:t>
      </w:r>
      <w:r>
        <w:rPr>
          <w:b/>
          <w:sz w:val="26"/>
        </w:rPr>
        <w:t>Ủ</w:t>
      </w:r>
      <w:r>
        <w:rPr>
          <w:b/>
          <w:sz w:val="26"/>
        </w:rPr>
        <w:t xml:space="preserve"> NGHĨA VI</w:t>
      </w:r>
      <w:r>
        <w:rPr>
          <w:b/>
          <w:sz w:val="26"/>
        </w:rPr>
        <w:t>Ệ</w:t>
      </w:r>
      <w:r>
        <w:rPr>
          <w:b/>
          <w:sz w:val="26"/>
        </w:rPr>
        <w:t>T NAM</w:t>
      </w:r>
      <w:r>
        <w:rPr>
          <w:b/>
          <w:sz w:val="26"/>
        </w:rPr>
        <w:br/>
        <w:t>Đ</w:t>
      </w:r>
      <w:r>
        <w:rPr>
          <w:b/>
          <w:sz w:val="26"/>
        </w:rPr>
        <w:t>ộ</w:t>
      </w:r>
      <w:r>
        <w:rPr>
          <w:b/>
          <w:sz w:val="26"/>
        </w:rPr>
        <w:t>c l</w:t>
      </w:r>
      <w:r>
        <w:rPr>
          <w:b/>
          <w:sz w:val="26"/>
        </w:rPr>
        <w:t>ậ</w:t>
      </w:r>
      <w:r>
        <w:rPr>
          <w:b/>
          <w:sz w:val="26"/>
        </w:rPr>
        <w:t>p - T</w:t>
      </w:r>
      <w:r>
        <w:rPr>
          <w:b/>
          <w:sz w:val="26"/>
        </w:rPr>
        <w:t>ự</w:t>
      </w:r>
      <w:r>
        <w:rPr>
          <w:b/>
          <w:sz w:val="26"/>
        </w:rPr>
        <w:t xml:space="preserve"> do - H</w:t>
      </w:r>
      <w:r>
        <w:rPr>
          <w:b/>
          <w:sz w:val="26"/>
        </w:rPr>
        <w:t>ạ</w:t>
      </w:r>
      <w:r>
        <w:rPr>
          <w:b/>
          <w:sz w:val="26"/>
        </w:rPr>
        <w:t>nh phúc</w:t>
      </w:r>
    </w:p>
    <w:p w14:paraId="24671DB4" w14:textId="77777777" w:rsidR="00E726A0" w:rsidRDefault="00231F7F">
      <w:pPr>
        <w:spacing w:before="280" w:after="280"/>
        <w:jc w:val="center"/>
      </w:pPr>
      <w:r>
        <w:rPr>
          <w:b/>
          <w:sz w:val="32"/>
        </w:rPr>
        <w:t>ĐƠN XIN VI</w:t>
      </w:r>
      <w:r>
        <w:rPr>
          <w:b/>
          <w:sz w:val="32"/>
        </w:rPr>
        <w:t>Ệ</w:t>
      </w:r>
      <w:r>
        <w:rPr>
          <w:b/>
          <w:sz w:val="32"/>
        </w:rPr>
        <w:t>C</w:t>
      </w:r>
    </w:p>
    <w:p w14:paraId="22EB5B7C" w14:textId="77777777" w:rsidR="00E726A0" w:rsidRDefault="00231F7F">
      <w:pPr>
        <w:spacing w:after="120"/>
      </w:pPr>
      <w:r>
        <w:rPr>
          <w:b/>
        </w:rPr>
        <w:t>Kính g</w:t>
      </w:r>
      <w:r>
        <w:rPr>
          <w:b/>
        </w:rPr>
        <w:t>ử</w:t>
      </w:r>
      <w:r>
        <w:rPr>
          <w:b/>
        </w:rPr>
        <w:t xml:space="preserve">i: </w:t>
      </w:r>
      <w:r>
        <w:t>Ban Giám đ</w:t>
      </w:r>
      <w:r>
        <w:t>ố</w:t>
      </w:r>
      <w:r>
        <w:t>c và Phòng Nhân s</w:t>
      </w:r>
      <w:r>
        <w:t>ự</w:t>
      </w:r>
      <w:r>
        <w:t xml:space="preserve"> Công ty ........................................</w:t>
      </w:r>
    </w:p>
    <w:p w14:paraId="3A215666" w14:textId="77777777" w:rsidR="00E726A0" w:rsidRDefault="00231F7F">
      <w:pPr>
        <w:spacing w:after="100"/>
      </w:pPr>
      <w:r>
        <w:rPr>
          <w:b/>
        </w:rPr>
        <w:t>H</w:t>
      </w:r>
      <w:r>
        <w:rPr>
          <w:b/>
        </w:rPr>
        <w:t>ọ</w:t>
      </w:r>
      <w:r>
        <w:rPr>
          <w:b/>
        </w:rPr>
        <w:t xml:space="preserve"> và tên:</w:t>
      </w:r>
      <w:r>
        <w:t xml:space="preserve"> ..................................................................</w:t>
      </w:r>
    </w:p>
    <w:p w14:paraId="2BFC634B" w14:textId="77777777" w:rsidR="00E726A0" w:rsidRDefault="00231F7F">
      <w:pPr>
        <w:spacing w:after="100"/>
      </w:pPr>
      <w:r>
        <w:rPr>
          <w:b/>
        </w:rPr>
        <w:t>Ngày sinh:</w:t>
      </w:r>
      <w:r>
        <w:t xml:space="preserve"> .................................................................</w:t>
      </w:r>
    </w:p>
    <w:p w14:paraId="0C79FEBA" w14:textId="77777777" w:rsidR="00E726A0" w:rsidRDefault="00231F7F">
      <w:pPr>
        <w:spacing w:after="100"/>
      </w:pPr>
      <w:r>
        <w:rPr>
          <w:b/>
        </w:rPr>
        <w:t>Đ</w:t>
      </w:r>
      <w:r>
        <w:rPr>
          <w:b/>
        </w:rPr>
        <w:t>ị</w:t>
      </w:r>
      <w:r>
        <w:rPr>
          <w:b/>
        </w:rPr>
        <w:t>a ch</w:t>
      </w:r>
      <w:r>
        <w:rPr>
          <w:b/>
        </w:rPr>
        <w:t>ỉ</w:t>
      </w:r>
      <w:r>
        <w:rPr>
          <w:b/>
        </w:rPr>
        <w:t>:</w:t>
      </w:r>
      <w:r>
        <w:t xml:space="preserve"> ...................................................................</w:t>
      </w:r>
    </w:p>
    <w:p w14:paraId="3F2DEE2D" w14:textId="77777777" w:rsidR="00E726A0" w:rsidRDefault="00231F7F">
      <w:pPr>
        <w:spacing w:after="100"/>
      </w:pPr>
      <w:r>
        <w:rPr>
          <w:b/>
        </w:rPr>
        <w:t>S</w:t>
      </w:r>
      <w:r>
        <w:rPr>
          <w:b/>
        </w:rPr>
        <w:t>ố</w:t>
      </w:r>
      <w:r>
        <w:rPr>
          <w:b/>
        </w:rPr>
        <w:t xml:space="preserve"> đi</w:t>
      </w:r>
      <w:r>
        <w:rPr>
          <w:b/>
        </w:rPr>
        <w:t>ệ</w:t>
      </w:r>
      <w:r>
        <w:rPr>
          <w:b/>
        </w:rPr>
        <w:t>n tho</w:t>
      </w:r>
      <w:r>
        <w:rPr>
          <w:b/>
        </w:rPr>
        <w:t>ạ</w:t>
      </w:r>
      <w:r>
        <w:rPr>
          <w:b/>
        </w:rPr>
        <w:t>i:</w:t>
      </w:r>
      <w:r>
        <w:t xml:space="preserve"> ...................</w:t>
      </w:r>
      <w:r>
        <w:t>...........................................</w:t>
      </w:r>
    </w:p>
    <w:p w14:paraId="60170E8F" w14:textId="77777777" w:rsidR="00E726A0" w:rsidRDefault="00231F7F">
      <w:pPr>
        <w:spacing w:after="160"/>
      </w:pPr>
      <w:r>
        <w:rPr>
          <w:b/>
        </w:rPr>
        <w:t>Email:</w:t>
      </w:r>
      <w:r>
        <w:t xml:space="preserve"> ....................................................................</w:t>
      </w:r>
    </w:p>
    <w:p w14:paraId="6F967876" w14:textId="77777777" w:rsidR="00E726A0" w:rsidRDefault="00231F7F">
      <w:pPr>
        <w:spacing w:after="120"/>
        <w:jc w:val="both"/>
      </w:pPr>
      <w:r>
        <w:t>Thông qua thông tin tuy</w:t>
      </w:r>
      <w:r>
        <w:t>ể</w:t>
      </w:r>
      <w:r>
        <w:t>n d</w:t>
      </w:r>
      <w:r>
        <w:t>ụ</w:t>
      </w:r>
      <w:r>
        <w:t>ng đư</w:t>
      </w:r>
      <w:r>
        <w:t>ợ</w:t>
      </w:r>
      <w:r>
        <w:t>c đăng t</w:t>
      </w:r>
      <w:r>
        <w:t>ả</w:t>
      </w:r>
      <w:r>
        <w:t xml:space="preserve">i trên </w:t>
      </w:r>
      <w:r>
        <w:rPr>
          <w:b/>
        </w:rPr>
        <w:t>HRCV</w:t>
      </w:r>
      <w:r>
        <w:t>, tôi đư</w:t>
      </w:r>
      <w:r>
        <w:t>ợ</w:t>
      </w:r>
      <w:r>
        <w:t>c bi</w:t>
      </w:r>
      <w:r>
        <w:t>ế</w:t>
      </w:r>
      <w:r>
        <w:t>t Quý công ty đang tuy</w:t>
      </w:r>
      <w:r>
        <w:t>ể</w:t>
      </w:r>
      <w:r>
        <w:t>n d</w:t>
      </w:r>
      <w:r>
        <w:t>ụ</w:t>
      </w:r>
      <w:r>
        <w:t>ng v</w:t>
      </w:r>
      <w:r>
        <w:t>ị</w:t>
      </w:r>
      <w:r>
        <w:t xml:space="preserve"> trí </w:t>
      </w:r>
      <w:r>
        <w:rPr>
          <w:b/>
        </w:rPr>
        <w:t>Nhân viên k</w:t>
      </w:r>
      <w:r>
        <w:rPr>
          <w:b/>
        </w:rPr>
        <w:t>ế</w:t>
      </w:r>
      <w:r>
        <w:rPr>
          <w:b/>
        </w:rPr>
        <w:t xml:space="preserve"> toán</w:t>
      </w:r>
      <w:r>
        <w:t>. Nh</w:t>
      </w:r>
      <w:r>
        <w:t>ậ</w:t>
      </w:r>
      <w:r>
        <w:t>n th</w:t>
      </w:r>
      <w:r>
        <w:t>ấ</w:t>
      </w:r>
      <w:r>
        <w:t>y ki</w:t>
      </w:r>
      <w:r>
        <w:t>nh nghi</w:t>
      </w:r>
      <w:r>
        <w:t>ệ</w:t>
      </w:r>
      <w:r>
        <w:t>m, chuyên môn và đ</w:t>
      </w:r>
      <w:r>
        <w:t>ị</w:t>
      </w:r>
      <w:r>
        <w:t>nh hư</w:t>
      </w:r>
      <w:r>
        <w:t>ớ</w:t>
      </w:r>
      <w:r>
        <w:t>ng ngh</w:t>
      </w:r>
      <w:r>
        <w:t>ề</w:t>
      </w:r>
      <w:r>
        <w:t xml:space="preserve"> nghi</w:t>
      </w:r>
      <w:r>
        <w:t>ệ</w:t>
      </w:r>
      <w:r>
        <w:t>p c</w:t>
      </w:r>
      <w:r>
        <w:t>ủ</w:t>
      </w:r>
      <w:r>
        <w:t>a b</w:t>
      </w:r>
      <w:r>
        <w:t>ả</w:t>
      </w:r>
      <w:r>
        <w:t>n thân phù h</w:t>
      </w:r>
      <w:r>
        <w:t>ợ</w:t>
      </w:r>
      <w:r>
        <w:t>p v</w:t>
      </w:r>
      <w:r>
        <w:t>ớ</w:t>
      </w:r>
      <w:r>
        <w:t>i v</w:t>
      </w:r>
      <w:r>
        <w:t>ị</w:t>
      </w:r>
      <w:r>
        <w:t xml:space="preserve"> trí này, tôi mong mu</w:t>
      </w:r>
      <w:r>
        <w:t>ố</w:t>
      </w:r>
      <w:r>
        <w:t>n đư</w:t>
      </w:r>
      <w:r>
        <w:t>ợ</w:t>
      </w:r>
      <w:r>
        <w:t xml:space="preserve">c </w:t>
      </w:r>
      <w:r>
        <w:t>ứ</w:t>
      </w:r>
      <w:r>
        <w:t>ng tuy</w:t>
      </w:r>
      <w:r>
        <w:t>ể</w:t>
      </w:r>
      <w:r>
        <w:t>n và có cơ h</w:t>
      </w:r>
      <w:r>
        <w:t>ộ</w:t>
      </w:r>
      <w:r>
        <w:t>i đ</w:t>
      </w:r>
      <w:r>
        <w:t>ồ</w:t>
      </w:r>
      <w:r>
        <w:t>ng hành cùng Quý công ty.</w:t>
      </w:r>
    </w:p>
    <w:p w14:paraId="7A983203" w14:textId="77777777" w:rsidR="00E726A0" w:rsidRDefault="00231F7F">
      <w:pPr>
        <w:spacing w:after="120"/>
        <w:jc w:val="both"/>
      </w:pPr>
      <w:r>
        <w:t>Trong ...... năm làm vi</w:t>
      </w:r>
      <w:r>
        <w:t>ệ</w:t>
      </w:r>
      <w:r>
        <w:t>c t</w:t>
      </w:r>
      <w:r>
        <w:t>ạ</w:t>
      </w:r>
      <w:r>
        <w:t>i ........................................, tôi đã tham gia th</w:t>
      </w:r>
      <w:r>
        <w:t>ự</w:t>
      </w:r>
      <w:r>
        <w:t>c hi</w:t>
      </w:r>
      <w:r>
        <w:t>ệ</w:t>
      </w:r>
      <w:r>
        <w:t>n các</w:t>
      </w:r>
      <w:r>
        <w:t xml:space="preserve"> nghi</w:t>
      </w:r>
      <w:r>
        <w:t>ệ</w:t>
      </w:r>
      <w:r>
        <w:t>p v</w:t>
      </w:r>
      <w:r>
        <w:t>ụ</w:t>
      </w:r>
      <w:r>
        <w:t xml:space="preserve"> k</w:t>
      </w:r>
      <w:r>
        <w:t>ế</w:t>
      </w:r>
      <w:r>
        <w:t xml:space="preserve"> toán như h</w:t>
      </w:r>
      <w:r>
        <w:t>ạ</w:t>
      </w:r>
      <w:r>
        <w:t>ch toán ch</w:t>
      </w:r>
      <w:r>
        <w:t>ứ</w:t>
      </w:r>
      <w:r>
        <w:t>ng t</w:t>
      </w:r>
      <w:r>
        <w:t>ừ</w:t>
      </w:r>
      <w:r>
        <w:t>, theo dõi công n</w:t>
      </w:r>
      <w:r>
        <w:t>ợ</w:t>
      </w:r>
      <w:r>
        <w:t>, ki</w:t>
      </w:r>
      <w:r>
        <w:t>ể</w:t>
      </w:r>
      <w:r>
        <w:t>m tra hóa đơn, l</w:t>
      </w:r>
      <w:r>
        <w:t>ậ</w:t>
      </w:r>
      <w:r>
        <w:t>p báo cáo tài chính và ph</w:t>
      </w:r>
      <w:r>
        <w:t>ố</w:t>
      </w:r>
      <w:r>
        <w:t>i h</w:t>
      </w:r>
      <w:r>
        <w:t>ợ</w:t>
      </w:r>
      <w:r>
        <w:t>p v</w:t>
      </w:r>
      <w:r>
        <w:t>ớ</w:t>
      </w:r>
      <w:r>
        <w:t>i các b</w:t>
      </w:r>
      <w:r>
        <w:t>ộ</w:t>
      </w:r>
      <w:r>
        <w:t xml:space="preserve"> ph</w:t>
      </w:r>
      <w:r>
        <w:t>ậ</w:t>
      </w:r>
      <w:r>
        <w:t>n liên quan đ</w:t>
      </w:r>
      <w:r>
        <w:t>ể</w:t>
      </w:r>
      <w:r>
        <w:t xml:space="preserve"> đ</w:t>
      </w:r>
      <w:r>
        <w:t>ả</w:t>
      </w:r>
      <w:r>
        <w:t>m b</w:t>
      </w:r>
      <w:r>
        <w:t>ả</w:t>
      </w:r>
      <w:r>
        <w:t>o s</w:t>
      </w:r>
      <w:r>
        <w:t>ố</w:t>
      </w:r>
      <w:r>
        <w:t xml:space="preserve"> li</w:t>
      </w:r>
      <w:r>
        <w:t>ệ</w:t>
      </w:r>
      <w:r>
        <w:t>u k</w:t>
      </w:r>
      <w:r>
        <w:t>ế</w:t>
      </w:r>
      <w:r>
        <w:t xml:space="preserve"> toán đư</w:t>
      </w:r>
      <w:r>
        <w:t>ợ</w:t>
      </w:r>
      <w:r>
        <w:t>c c</w:t>
      </w:r>
      <w:r>
        <w:t>ậ</w:t>
      </w:r>
      <w:r>
        <w:t>p nh</w:t>
      </w:r>
      <w:r>
        <w:t>ậ</w:t>
      </w:r>
      <w:r>
        <w:t>t đ</w:t>
      </w:r>
      <w:r>
        <w:t>ầ</w:t>
      </w:r>
      <w:r>
        <w:t>y đ</w:t>
      </w:r>
      <w:r>
        <w:t>ủ</w:t>
      </w:r>
      <w:r>
        <w:t>, chính xác và đúng quy đ</w:t>
      </w:r>
      <w:r>
        <w:t>ị</w:t>
      </w:r>
      <w:r>
        <w:t>nh.</w:t>
      </w:r>
    </w:p>
    <w:p w14:paraId="3BC393B4" w14:textId="77777777" w:rsidR="00E726A0" w:rsidRDefault="00231F7F">
      <w:pPr>
        <w:spacing w:after="60"/>
      </w:pPr>
      <w:r>
        <w:t>Trong quá trình công tác, tôi đã đ</w:t>
      </w:r>
      <w:r>
        <w:t>ạ</w:t>
      </w:r>
      <w:r>
        <w:t>t đư</w:t>
      </w:r>
      <w:r>
        <w:t>ợ</w:t>
      </w:r>
      <w:r>
        <w:t>c m</w:t>
      </w:r>
      <w:r>
        <w:t>ộ</w:t>
      </w:r>
      <w:r>
        <w:t>t s</w:t>
      </w:r>
      <w:r>
        <w:t>ố</w:t>
      </w:r>
      <w:r>
        <w:t xml:space="preserve"> k</w:t>
      </w:r>
      <w:r>
        <w:t>ế</w:t>
      </w:r>
      <w:r>
        <w:t>t qu</w:t>
      </w:r>
      <w:r>
        <w:t>ả</w:t>
      </w:r>
      <w:r>
        <w:t xml:space="preserve"> như:</w:t>
      </w:r>
    </w:p>
    <w:p w14:paraId="5906288C" w14:textId="77777777" w:rsidR="00E726A0" w:rsidRDefault="00231F7F">
      <w:pPr>
        <w:pStyle w:val="ListBullet"/>
        <w:spacing w:after="40"/>
      </w:pPr>
      <w:r>
        <w:t>X</w:t>
      </w:r>
      <w:r>
        <w:t>ử</w:t>
      </w:r>
      <w:r>
        <w:t xml:space="preserve"> lý và h</w:t>
      </w:r>
      <w:r>
        <w:t>ạ</w:t>
      </w:r>
      <w:r>
        <w:t>ch toán kho</w:t>
      </w:r>
      <w:r>
        <w:t>ả</w:t>
      </w:r>
      <w:r>
        <w:t>ng .........................</w:t>
      </w:r>
      <w:r>
        <w:rPr>
          <w:b/>
        </w:rPr>
        <w:t xml:space="preserve"> ch</w:t>
      </w:r>
      <w:r>
        <w:rPr>
          <w:b/>
        </w:rPr>
        <w:t>ứ</w:t>
      </w:r>
      <w:r>
        <w:rPr>
          <w:b/>
        </w:rPr>
        <w:t>ng t</w:t>
      </w:r>
      <w:r>
        <w:rPr>
          <w:b/>
        </w:rPr>
        <w:t>ừ</w:t>
      </w:r>
      <w:r>
        <w:rPr>
          <w:b/>
        </w:rPr>
        <w:t>/hóa đơn m</w:t>
      </w:r>
      <w:r>
        <w:rPr>
          <w:b/>
        </w:rPr>
        <w:t>ỗ</w:t>
      </w:r>
      <w:r>
        <w:rPr>
          <w:b/>
        </w:rPr>
        <w:t>i tháng/quý.</w:t>
      </w:r>
    </w:p>
    <w:p w14:paraId="5C4E59A0" w14:textId="77777777" w:rsidR="00E726A0" w:rsidRDefault="00231F7F">
      <w:pPr>
        <w:pStyle w:val="ListBullet"/>
        <w:spacing w:after="40"/>
      </w:pPr>
      <w:r>
        <w:t>Theo dõi công n</w:t>
      </w:r>
      <w:r>
        <w:t>ợ</w:t>
      </w:r>
      <w:r>
        <w:t xml:space="preserve"> c</w:t>
      </w:r>
      <w:r>
        <w:t>ủ</w:t>
      </w:r>
      <w:r>
        <w:t>a .........................</w:t>
      </w:r>
      <w:r>
        <w:rPr>
          <w:b/>
        </w:rPr>
        <w:t xml:space="preserve"> khách hàng/đ</w:t>
      </w:r>
      <w:r>
        <w:rPr>
          <w:b/>
        </w:rPr>
        <w:t>ố</w:t>
      </w:r>
      <w:r>
        <w:rPr>
          <w:b/>
        </w:rPr>
        <w:t>i tác</w:t>
      </w:r>
      <w:r>
        <w:t>, đ</w:t>
      </w:r>
      <w:r>
        <w:t>ả</w:t>
      </w:r>
      <w:r>
        <w:t>m b</w:t>
      </w:r>
      <w:r>
        <w:t>ả</w:t>
      </w:r>
      <w:r>
        <w:t>o t</w:t>
      </w:r>
      <w:r>
        <w:t>ỷ</w:t>
      </w:r>
      <w:r>
        <w:t xml:space="preserve"> l</w:t>
      </w:r>
      <w:r>
        <w:t>ệ</w:t>
      </w:r>
      <w:r>
        <w:t xml:space="preserve"> đ</w:t>
      </w:r>
      <w:r>
        <w:t>ố</w:t>
      </w:r>
      <w:r>
        <w:t>i soát chính xác và đúng h</w:t>
      </w:r>
      <w:r>
        <w:t>ạ</w:t>
      </w:r>
      <w:r>
        <w:t>n.</w:t>
      </w:r>
    </w:p>
    <w:p w14:paraId="44D13600" w14:textId="77777777" w:rsidR="00E726A0" w:rsidRDefault="00231F7F">
      <w:pPr>
        <w:pStyle w:val="ListBullet"/>
        <w:spacing w:after="40"/>
      </w:pPr>
      <w:r>
        <w:t>Tham gia l</w:t>
      </w:r>
      <w:r>
        <w:t>ậ</w:t>
      </w:r>
      <w:r>
        <w:t>p ....................</w:t>
      </w:r>
      <w:r>
        <w:rPr>
          <w:b/>
        </w:rPr>
        <w:t xml:space="preserve"> báo</w:t>
      </w:r>
      <w:r>
        <w:rPr>
          <w:b/>
        </w:rPr>
        <w:t xml:space="preserve"> cáo tài chính, báo cáo thu</w:t>
      </w:r>
      <w:r>
        <w:rPr>
          <w:b/>
        </w:rPr>
        <w:t>ế</w:t>
      </w:r>
      <w:r>
        <w:rPr>
          <w:b/>
        </w:rPr>
        <w:t xml:space="preserve"> ho</w:t>
      </w:r>
      <w:r>
        <w:rPr>
          <w:b/>
        </w:rPr>
        <w:t>ặ</w:t>
      </w:r>
      <w:r>
        <w:rPr>
          <w:b/>
        </w:rPr>
        <w:t>c báo cáo qu</w:t>
      </w:r>
      <w:r>
        <w:rPr>
          <w:b/>
        </w:rPr>
        <w:t>ả</w:t>
      </w:r>
      <w:r>
        <w:rPr>
          <w:b/>
        </w:rPr>
        <w:t>n tr</w:t>
      </w:r>
      <w:r>
        <w:rPr>
          <w:b/>
        </w:rPr>
        <w:t>ị</w:t>
      </w:r>
      <w:r>
        <w:t xml:space="preserve"> theo yêu c</w:t>
      </w:r>
      <w:r>
        <w:t>ầ</w:t>
      </w:r>
      <w:r>
        <w:t>u c</w:t>
      </w:r>
      <w:r>
        <w:t>ủ</w:t>
      </w:r>
      <w:r>
        <w:t>a doanh nghi</w:t>
      </w:r>
      <w:r>
        <w:t>ệ</w:t>
      </w:r>
      <w:r>
        <w:t>p.</w:t>
      </w:r>
    </w:p>
    <w:p w14:paraId="291186E7" w14:textId="77777777" w:rsidR="00E726A0" w:rsidRDefault="00231F7F">
      <w:pPr>
        <w:pStyle w:val="ListBullet"/>
        <w:spacing w:after="40"/>
      </w:pPr>
      <w:r>
        <w:t>H</w:t>
      </w:r>
      <w:r>
        <w:t>ỗ</w:t>
      </w:r>
      <w:r>
        <w:t xml:space="preserve"> tr</w:t>
      </w:r>
      <w:r>
        <w:t>ợ</w:t>
      </w:r>
      <w:r>
        <w:t xml:space="preserve"> t</w:t>
      </w:r>
      <w:r>
        <w:t>ố</w:t>
      </w:r>
      <w:r>
        <w:t>i ưu quy trình lưu tr</w:t>
      </w:r>
      <w:r>
        <w:t>ữ</w:t>
      </w:r>
      <w:r>
        <w:t xml:space="preserve"> và ki</w:t>
      </w:r>
      <w:r>
        <w:t>ể</w:t>
      </w:r>
      <w:r>
        <w:t>m soát ch</w:t>
      </w:r>
      <w:r>
        <w:t>ứ</w:t>
      </w:r>
      <w:r>
        <w:t>ng t</w:t>
      </w:r>
      <w:r>
        <w:t>ừ</w:t>
      </w:r>
      <w:r>
        <w:t>, góp ph</w:t>
      </w:r>
      <w:r>
        <w:t>ầ</w:t>
      </w:r>
      <w:r>
        <w:t>n gi</w:t>
      </w:r>
      <w:r>
        <w:t>ả</w:t>
      </w:r>
      <w:r>
        <w:t>m ....................% th</w:t>
      </w:r>
      <w:r>
        <w:t>ờ</w:t>
      </w:r>
      <w:r>
        <w:t>i gian x</w:t>
      </w:r>
      <w:r>
        <w:t>ử</w:t>
      </w:r>
      <w:r>
        <w:t xml:space="preserve"> lý h</w:t>
      </w:r>
      <w:r>
        <w:t>ồ</w:t>
      </w:r>
      <w:r>
        <w:t xml:space="preserve"> sơ (n</w:t>
      </w:r>
      <w:r>
        <w:t>ế</w:t>
      </w:r>
      <w:r>
        <w:t>u có).</w:t>
      </w:r>
    </w:p>
    <w:p w14:paraId="20710AC9" w14:textId="77777777" w:rsidR="00E726A0" w:rsidRDefault="00231F7F">
      <w:pPr>
        <w:pStyle w:val="ListBullet"/>
        <w:spacing w:after="120"/>
      </w:pPr>
      <w:r>
        <w:t>Thành th</w:t>
      </w:r>
      <w:r>
        <w:t>ạ</w:t>
      </w:r>
      <w:r>
        <w:t>o ph</w:t>
      </w:r>
      <w:r>
        <w:t>ầ</w:t>
      </w:r>
      <w:r>
        <w:t>n m</w:t>
      </w:r>
      <w:r>
        <w:t>ề</w:t>
      </w:r>
      <w:r>
        <w:t>m k</w:t>
      </w:r>
      <w:r>
        <w:t>ế</w:t>
      </w:r>
      <w:r>
        <w:t xml:space="preserve"> toán .......................</w:t>
      </w:r>
      <w:r>
        <w:t>............ cùng các công c</w:t>
      </w:r>
      <w:r>
        <w:t>ụ</w:t>
      </w:r>
      <w:r>
        <w:t xml:space="preserve"> văn phòng ph</w:t>
      </w:r>
      <w:r>
        <w:t>ụ</w:t>
      </w:r>
      <w:r>
        <w:t>c v</w:t>
      </w:r>
      <w:r>
        <w:t>ụ</w:t>
      </w:r>
      <w:r>
        <w:t xml:space="preserve"> công vi</w:t>
      </w:r>
      <w:r>
        <w:t>ệ</w:t>
      </w:r>
      <w:r>
        <w:t>c.</w:t>
      </w:r>
    </w:p>
    <w:p w14:paraId="2BB783B5" w14:textId="77777777" w:rsidR="00E726A0" w:rsidRDefault="00231F7F">
      <w:pPr>
        <w:spacing w:after="120"/>
        <w:jc w:val="both"/>
      </w:pPr>
      <w:r>
        <w:t>Tôi là ngư</w:t>
      </w:r>
      <w:r>
        <w:t>ờ</w:t>
      </w:r>
      <w:r>
        <w:t>i c</w:t>
      </w:r>
      <w:r>
        <w:t>ẩ</w:t>
      </w:r>
      <w:r>
        <w:t>n th</w:t>
      </w:r>
      <w:r>
        <w:t>ậ</w:t>
      </w:r>
      <w:r>
        <w:t>n, trung th</w:t>
      </w:r>
      <w:r>
        <w:t>ự</w:t>
      </w:r>
      <w:r>
        <w:t>c và có tinh th</w:t>
      </w:r>
      <w:r>
        <w:t>ầ</w:t>
      </w:r>
      <w:r>
        <w:t>n trách nhi</w:t>
      </w:r>
      <w:r>
        <w:t>ệ</w:t>
      </w:r>
      <w:r>
        <w:t>m cao trong công vi</w:t>
      </w:r>
      <w:r>
        <w:t>ệ</w:t>
      </w:r>
      <w:r>
        <w:t>c. Tôi luôn ch</w:t>
      </w:r>
      <w:r>
        <w:t>ủ</w:t>
      </w:r>
      <w:r>
        <w:t xml:space="preserve"> đ</w:t>
      </w:r>
      <w:r>
        <w:t>ộ</w:t>
      </w:r>
      <w:r>
        <w:t>ng c</w:t>
      </w:r>
      <w:r>
        <w:t>ậ</w:t>
      </w:r>
      <w:r>
        <w:t>p nh</w:t>
      </w:r>
      <w:r>
        <w:t>ậ</w:t>
      </w:r>
      <w:r>
        <w:t>t các quy đ</w:t>
      </w:r>
      <w:r>
        <w:t>ị</w:t>
      </w:r>
      <w:r>
        <w:t>nh m</w:t>
      </w:r>
      <w:r>
        <w:t>ớ</w:t>
      </w:r>
      <w:r>
        <w:t>i v</w:t>
      </w:r>
      <w:r>
        <w:t>ề</w:t>
      </w:r>
      <w:r>
        <w:t xml:space="preserve"> k</w:t>
      </w:r>
      <w:r>
        <w:t>ế</w:t>
      </w:r>
      <w:r>
        <w:t xml:space="preserve"> toán, thu</w:t>
      </w:r>
      <w:r>
        <w:t>ế</w:t>
      </w:r>
      <w:r>
        <w:t xml:space="preserve"> và không ng</w:t>
      </w:r>
      <w:r>
        <w:t>ừ</w:t>
      </w:r>
      <w:r>
        <w:t>ng nâng cao chuyên môn đ</w:t>
      </w:r>
      <w:r>
        <w:t>ể</w:t>
      </w:r>
      <w:r>
        <w:t xml:space="preserve"> đáp </w:t>
      </w:r>
      <w:r>
        <w:t>ứ</w:t>
      </w:r>
      <w:r>
        <w:t>ng yêu c</w:t>
      </w:r>
      <w:r>
        <w:t>ầ</w:t>
      </w:r>
      <w:r>
        <w:t>u</w:t>
      </w:r>
      <w:r>
        <w:t xml:space="preserve"> c</w:t>
      </w:r>
      <w:r>
        <w:t>ủ</w:t>
      </w:r>
      <w:r>
        <w:t>a doanh nghi</w:t>
      </w:r>
      <w:r>
        <w:t>ệ</w:t>
      </w:r>
      <w:r>
        <w:t>p. Tôi tin r</w:t>
      </w:r>
      <w:r>
        <w:t>ằ</w:t>
      </w:r>
      <w:r>
        <w:t>ng v</w:t>
      </w:r>
      <w:r>
        <w:t>ớ</w:t>
      </w:r>
      <w:r>
        <w:t>i ki</w:t>
      </w:r>
      <w:r>
        <w:t>ế</w:t>
      </w:r>
      <w:r>
        <w:t>n th</w:t>
      </w:r>
      <w:r>
        <w:t>ứ</w:t>
      </w:r>
      <w:r>
        <w:t>c chuyên môn, kinh nghi</w:t>
      </w:r>
      <w:r>
        <w:t>ệ</w:t>
      </w:r>
      <w:r>
        <w:t>m th</w:t>
      </w:r>
      <w:r>
        <w:t>ự</w:t>
      </w:r>
      <w:r>
        <w:t>c t</w:t>
      </w:r>
      <w:r>
        <w:t>ế</w:t>
      </w:r>
      <w:r>
        <w:t xml:space="preserve"> và thái đ</w:t>
      </w:r>
      <w:r>
        <w:t>ộ</w:t>
      </w:r>
      <w:r>
        <w:t xml:space="preserve"> làm vi</w:t>
      </w:r>
      <w:r>
        <w:t>ệ</w:t>
      </w:r>
      <w:r>
        <w:t>c nghiêm túc, tôi s</w:t>
      </w:r>
      <w:r>
        <w:t>ẽ</w:t>
      </w:r>
      <w:r>
        <w:t xml:space="preserve"> nhanh chóng hòa nh</w:t>
      </w:r>
      <w:r>
        <w:t>ậ</w:t>
      </w:r>
      <w:r>
        <w:t>p v</w:t>
      </w:r>
      <w:r>
        <w:t>ớ</w:t>
      </w:r>
      <w:r>
        <w:t>i môi trư</w:t>
      </w:r>
      <w:r>
        <w:t>ờ</w:t>
      </w:r>
      <w:r>
        <w:t>ng làm vi</w:t>
      </w:r>
      <w:r>
        <w:t>ệ</w:t>
      </w:r>
      <w:r>
        <w:t>c t</w:t>
      </w:r>
      <w:r>
        <w:t>ạ</w:t>
      </w:r>
      <w:r>
        <w:t>i Quý công ty và hoàn thành t</w:t>
      </w:r>
      <w:r>
        <w:t>ố</w:t>
      </w:r>
      <w:r>
        <w:t>t các nhi</w:t>
      </w:r>
      <w:r>
        <w:t>ệ</w:t>
      </w:r>
      <w:r>
        <w:t>m v</w:t>
      </w:r>
      <w:r>
        <w:t>ụ</w:t>
      </w:r>
      <w:r>
        <w:t xml:space="preserve"> đư</w:t>
      </w:r>
      <w:r>
        <w:t>ợ</w:t>
      </w:r>
      <w:r>
        <w:t>c giao.</w:t>
      </w:r>
    </w:p>
    <w:p w14:paraId="3A44838E" w14:textId="77777777" w:rsidR="00E726A0" w:rsidRDefault="00231F7F">
      <w:pPr>
        <w:spacing w:after="120"/>
        <w:jc w:val="both"/>
      </w:pPr>
      <w:r>
        <w:t>Tôi xin g</w:t>
      </w:r>
      <w:r>
        <w:t>ử</w:t>
      </w:r>
      <w:r>
        <w:t xml:space="preserve">i kèm </w:t>
      </w:r>
      <w:r>
        <w:rPr>
          <w:b/>
        </w:rPr>
        <w:t>CV</w:t>
      </w:r>
      <w:r>
        <w:t xml:space="preserve"> đ</w:t>
      </w:r>
      <w:r>
        <w:t>ể</w:t>
      </w:r>
      <w:r>
        <w:t xml:space="preserve"> Quý công ty th</w:t>
      </w:r>
      <w:r>
        <w:t>u</w:t>
      </w:r>
      <w:r>
        <w:t>ậ</w:t>
      </w:r>
      <w:r>
        <w:t>n ti</w:t>
      </w:r>
      <w:r>
        <w:t>ệ</w:t>
      </w:r>
      <w:r>
        <w:t>n tham kh</w:t>
      </w:r>
      <w:r>
        <w:t>ả</w:t>
      </w:r>
      <w:r>
        <w:t>o. R</w:t>
      </w:r>
      <w:r>
        <w:t>ấ</w:t>
      </w:r>
      <w:r>
        <w:t>t mong có cơ h</w:t>
      </w:r>
      <w:r>
        <w:t>ộ</w:t>
      </w:r>
      <w:r>
        <w:t>i đư</w:t>
      </w:r>
      <w:r>
        <w:t>ợ</w:t>
      </w:r>
      <w:r>
        <w:t>c trao đ</w:t>
      </w:r>
      <w:r>
        <w:t>ổ</w:t>
      </w:r>
      <w:r>
        <w:t>i tr</w:t>
      </w:r>
      <w:r>
        <w:t>ự</w:t>
      </w:r>
      <w:r>
        <w:t>c ti</w:t>
      </w:r>
      <w:r>
        <w:t>ế</w:t>
      </w:r>
      <w:r>
        <w:t>p trong bu</w:t>
      </w:r>
      <w:r>
        <w:t>ổ</w:t>
      </w:r>
      <w:r>
        <w:t>i ph</w:t>
      </w:r>
      <w:r>
        <w:t>ỏ</w:t>
      </w:r>
      <w:r>
        <w:t>ng v</w:t>
      </w:r>
      <w:r>
        <w:t>ấ</w:t>
      </w:r>
      <w:r>
        <w:t>n đ</w:t>
      </w:r>
      <w:r>
        <w:t>ể</w:t>
      </w:r>
      <w:r>
        <w:t xml:space="preserve"> trình bày rõ hơn v</w:t>
      </w:r>
      <w:r>
        <w:t>ề</w:t>
      </w:r>
      <w:r>
        <w:t xml:space="preserve"> kinh nghi</w:t>
      </w:r>
      <w:r>
        <w:t>ệ</w:t>
      </w:r>
      <w:r>
        <w:t>m, k</w:t>
      </w:r>
      <w:r>
        <w:t>ỹ</w:t>
      </w:r>
      <w:r>
        <w:t xml:space="preserve"> năng và đ</w:t>
      </w:r>
      <w:r>
        <w:t>ị</w:t>
      </w:r>
      <w:r>
        <w:t>nh hư</w:t>
      </w:r>
      <w:r>
        <w:t>ớ</w:t>
      </w:r>
      <w:r>
        <w:t>ng ngh</w:t>
      </w:r>
      <w:r>
        <w:t>ề</w:t>
      </w:r>
      <w:r>
        <w:t xml:space="preserve"> nghi</w:t>
      </w:r>
      <w:r>
        <w:t>ệ</w:t>
      </w:r>
      <w:r>
        <w:t>p c</w:t>
      </w:r>
      <w:r>
        <w:t>ủ</w:t>
      </w:r>
      <w:r>
        <w:t>a b</w:t>
      </w:r>
      <w:r>
        <w:t>ả</w:t>
      </w:r>
      <w:r>
        <w:t>n thân.</w:t>
      </w:r>
    </w:p>
    <w:p w14:paraId="7177BF64" w14:textId="77777777" w:rsidR="00E726A0" w:rsidRDefault="00231F7F">
      <w:pPr>
        <w:spacing w:after="280"/>
        <w:jc w:val="both"/>
      </w:pPr>
      <w:r>
        <w:t>Xin chân thành c</w:t>
      </w:r>
      <w:r>
        <w:t>ả</w:t>
      </w:r>
      <w:r>
        <w:t>m ơn Quý công ty!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680"/>
        <w:gridCol w:w="4680"/>
      </w:tblGrid>
      <w:tr w:rsidR="00E726A0" w14:paraId="662C0074" w14:textId="77777777">
        <w:tc>
          <w:tcPr>
            <w:tcW w:w="4680" w:type="dxa"/>
          </w:tcPr>
          <w:p w14:paraId="19F6533F" w14:textId="77777777" w:rsidR="00E726A0" w:rsidRDefault="00E726A0"/>
        </w:tc>
        <w:tc>
          <w:tcPr>
            <w:tcW w:w="4680" w:type="dxa"/>
          </w:tcPr>
          <w:p w14:paraId="19E44B5D" w14:textId="77777777" w:rsidR="00E726A0" w:rsidRDefault="00231F7F">
            <w:pPr>
              <w:spacing w:after="80"/>
              <w:jc w:val="center"/>
            </w:pPr>
            <w:r>
              <w:rPr>
                <w:i/>
              </w:rPr>
              <w:t xml:space="preserve">............., ngày ...... tháng ...... năm </w:t>
            </w:r>
            <w:r>
              <w:rPr>
                <w:i/>
              </w:rPr>
              <w:t>......</w:t>
            </w:r>
            <w:r>
              <w:rPr>
                <w:i/>
              </w:rPr>
              <w:br/>
            </w:r>
            <w:r>
              <w:rPr>
                <w:b/>
              </w:rPr>
              <w:t>Ngư</w:t>
            </w:r>
            <w:r>
              <w:rPr>
                <w:b/>
              </w:rPr>
              <w:t>ờ</w:t>
            </w:r>
            <w:r>
              <w:rPr>
                <w:b/>
              </w:rPr>
              <w:t>i làm đơn</w:t>
            </w:r>
            <w:r>
              <w:rPr>
                <w:b/>
              </w:rPr>
              <w:br/>
            </w:r>
            <w:r>
              <w:rPr>
                <w:b/>
              </w:rPr>
              <w:br/>
            </w:r>
            <w:r>
              <w:rPr>
                <w:b/>
              </w:rPr>
              <w:br/>
            </w:r>
            <w:r>
              <w:rPr>
                <w:i/>
              </w:rPr>
              <w:t>(Ký và ghi rõ h</w:t>
            </w:r>
            <w:r>
              <w:rPr>
                <w:i/>
              </w:rPr>
              <w:t>ọ</w:t>
            </w:r>
            <w:r>
              <w:rPr>
                <w:i/>
              </w:rPr>
              <w:t xml:space="preserve"> tên)</w:t>
            </w:r>
          </w:p>
        </w:tc>
      </w:tr>
    </w:tbl>
    <w:p w14:paraId="411A61E5" w14:textId="77777777" w:rsidR="00231F7F" w:rsidRDefault="00231F7F" w:rsidP="00C332BA"/>
    <w:sectPr w:rsidR="00231F7F" w:rsidSect="00C332BA">
      <w:pgSz w:w="11907" w:h="16840" w:code="9"/>
      <w:pgMar w:top="1304" w:right="1304" w:bottom="130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31F7F"/>
    <w:rsid w:val="0029639D"/>
    <w:rsid w:val="00326F90"/>
    <w:rsid w:val="00AA1D8D"/>
    <w:rsid w:val="00B47730"/>
    <w:rsid w:val="00C332BA"/>
    <w:rsid w:val="00CB0664"/>
    <w:rsid w:val="00E726A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7028409F"/>
  <w14:defaultImageDpi w14:val="300"/>
  <w15:docId w15:val="{C9A1FDF1-19AE-4D6F-AE2A-5BF80995E2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hAnsi="Times New Roman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375</Words>
  <Characters>2143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2513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Forina Tran</cp:lastModifiedBy>
  <cp:revision>2</cp:revision>
  <dcterms:created xsi:type="dcterms:W3CDTF">2013-12-23T23:15:00Z</dcterms:created>
  <dcterms:modified xsi:type="dcterms:W3CDTF">2026-09-13T14:38:00Z</dcterms:modified>
  <cp:category/>
</cp:coreProperties>
</file>