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9089C" w14:textId="77777777" w:rsidR="004B22DD" w:rsidRDefault="008E24E8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074C37A5" w14:textId="77777777" w:rsidR="004B22DD" w:rsidRDefault="008E24E8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11FF68CC" w14:textId="77777777" w:rsidR="004B22DD" w:rsidRDefault="008E24E8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2DA99957" w14:textId="6704FE1A" w:rsidR="004B22DD" w:rsidRDefault="008E24E8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.............................................................</w:t>
      </w:r>
    </w:p>
    <w:p w14:paraId="00DFCFE7" w14:textId="469A3529" w:rsidR="004B22DD" w:rsidRDefault="008E24E8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</w:t>
      </w:r>
      <w:r>
        <w:t>........</w:t>
      </w:r>
      <w:r>
        <w:t>...........................................</w:t>
      </w:r>
    </w:p>
    <w:p w14:paraId="25378299" w14:textId="77777777" w:rsidR="004B22DD" w:rsidRDefault="008E24E8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5D99EB77" w14:textId="77777777" w:rsidR="004B22DD" w:rsidRDefault="008E24E8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Nhân viên Hành chính - Văn phòng</w:t>
      </w:r>
      <w:r>
        <w:t>. V</w:t>
      </w:r>
      <w:r>
        <w:t>ớ</w:t>
      </w:r>
      <w:r>
        <w:t>i</w:t>
      </w:r>
      <w:r>
        <w:t xml:space="preserve"> ...... năm kinh nghi</w:t>
      </w:r>
      <w:r>
        <w:t>ệ</w:t>
      </w:r>
      <w:r>
        <w:t>m trong lĩnh v</w:t>
      </w:r>
      <w:r>
        <w:t>ự</w:t>
      </w:r>
      <w:r>
        <w:t>c hành chính, cùng tác phong làm vi</w:t>
      </w:r>
      <w:r>
        <w:t>ệ</w:t>
      </w:r>
      <w:r>
        <w:t>c c</w:t>
      </w:r>
      <w:r>
        <w:t>ẩ</w:t>
      </w:r>
      <w:r>
        <w:t>n th</w:t>
      </w:r>
      <w:r>
        <w:t>ậ</w:t>
      </w:r>
      <w:r>
        <w:t>n, trách nhi</w:t>
      </w:r>
      <w:r>
        <w:t>ệ</w:t>
      </w:r>
      <w:r>
        <w:t>m và kh</w:t>
      </w:r>
      <w:r>
        <w:t>ả</w:t>
      </w:r>
      <w:r>
        <w:t xml:space="preserve"> năng t</w:t>
      </w:r>
      <w:r>
        <w:t>ổ</w:t>
      </w:r>
      <w:r>
        <w:t xml:space="preserve"> ch</w:t>
      </w:r>
      <w:r>
        <w:t>ứ</w:t>
      </w:r>
      <w:r>
        <w:t>c công vi</w:t>
      </w:r>
      <w:r>
        <w:t>ệ</w:t>
      </w:r>
      <w:r>
        <w:t>c hi</w:t>
      </w:r>
      <w:r>
        <w:t>ệ</w:t>
      </w:r>
      <w:r>
        <w:t>u qu</w:t>
      </w:r>
      <w:r>
        <w:t>ả</w:t>
      </w:r>
      <w:r>
        <w:t>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góp ph</w:t>
      </w:r>
      <w:r>
        <w:t>ầ</w:t>
      </w:r>
      <w:r>
        <w:t>n h</w:t>
      </w:r>
      <w:r>
        <w:t>ỗ</w:t>
      </w:r>
      <w:r>
        <w:t xml:space="preserve"> tr</w:t>
      </w:r>
      <w:r>
        <w:t>ợ</w:t>
      </w:r>
      <w:r>
        <w:t xml:space="preserve"> ho</w:t>
      </w:r>
      <w:r>
        <w:t>ạ</w:t>
      </w:r>
      <w:r>
        <w:t>t đ</w:t>
      </w:r>
      <w:r>
        <w:t>ộ</w:t>
      </w:r>
      <w:r>
        <w:t>ng v</w:t>
      </w:r>
      <w:r>
        <w:t>ậ</w:t>
      </w:r>
      <w:r>
        <w:t>n hành c</w:t>
      </w:r>
      <w:r>
        <w:t>ủ</w:t>
      </w:r>
      <w:r>
        <w:t>a Quý công ty.</w:t>
      </w:r>
    </w:p>
    <w:p w14:paraId="74EB2F4C" w14:textId="77777777" w:rsidR="004B22DD" w:rsidRDefault="008E24E8">
      <w:pPr>
        <w:spacing w:after="120"/>
        <w:jc w:val="both"/>
      </w:pPr>
      <w:r>
        <w:t xml:space="preserve">Trong quá trình làm </w:t>
      </w:r>
      <w:r>
        <w:t>vi</w:t>
      </w:r>
      <w:r>
        <w:t>ệ</w:t>
      </w:r>
      <w:r>
        <w:t>c t</w:t>
      </w:r>
      <w:r>
        <w:t>ạ</w:t>
      </w:r>
      <w:r>
        <w:t>i ........................................, tôi đã đ</w:t>
      </w:r>
      <w:r>
        <w:t>ả</w:t>
      </w:r>
      <w:r>
        <w:t>m nh</w:t>
      </w:r>
      <w:r>
        <w:t>ậ</w:t>
      </w:r>
      <w:r>
        <w:t>n nhi</w:t>
      </w:r>
      <w:r>
        <w:t>ề</w:t>
      </w:r>
      <w:r>
        <w:t>u công vi</w:t>
      </w:r>
      <w:r>
        <w:t>ệ</w:t>
      </w:r>
      <w:r>
        <w:t>c hành chính như so</w:t>
      </w:r>
      <w:r>
        <w:t>ạ</w:t>
      </w:r>
      <w:r>
        <w:t>n th</w:t>
      </w:r>
      <w:r>
        <w:t>ả</w:t>
      </w:r>
      <w:r>
        <w:t>o và lưu tr</w:t>
      </w:r>
      <w:r>
        <w:t>ữ</w:t>
      </w:r>
      <w:r>
        <w:t xml:space="preserve"> văn b</w:t>
      </w:r>
      <w:r>
        <w:t>ả</w:t>
      </w:r>
      <w:r>
        <w:t>n, qu</w:t>
      </w:r>
      <w:r>
        <w:t>ả</w:t>
      </w:r>
      <w:r>
        <w:t>n lý h</w:t>
      </w:r>
      <w:r>
        <w:t>ồ</w:t>
      </w:r>
      <w:r>
        <w:t xml:space="preserve"> sơ, theo dõi công văn đ</w:t>
      </w:r>
      <w:r>
        <w:t>ế</w:t>
      </w:r>
      <w:r>
        <w:t>n - đi, s</w:t>
      </w:r>
      <w:r>
        <w:t>ắ</w:t>
      </w:r>
      <w:r>
        <w:t>p x</w:t>
      </w:r>
      <w:r>
        <w:t>ế</w:t>
      </w:r>
      <w:r>
        <w:t>p l</w:t>
      </w:r>
      <w:r>
        <w:t>ị</w:t>
      </w:r>
      <w:r>
        <w:t>ch h</w:t>
      </w:r>
      <w:r>
        <w:t>ọ</w:t>
      </w:r>
      <w:r>
        <w:t>p, chu</w:t>
      </w:r>
      <w:r>
        <w:t>ẩ</w:t>
      </w:r>
      <w:r>
        <w:t>n b</w:t>
      </w:r>
      <w:r>
        <w:t>ị</w:t>
      </w:r>
      <w:r>
        <w:t xml:space="preserve"> tài li</w:t>
      </w:r>
      <w:r>
        <w:t>ệ</w:t>
      </w:r>
      <w:r>
        <w:t>u, qu</w:t>
      </w:r>
      <w:r>
        <w:t>ả</w:t>
      </w:r>
      <w:r>
        <w:t>n lý văn phòng ph</w:t>
      </w:r>
      <w:r>
        <w:t>ẩ</w:t>
      </w:r>
      <w:r>
        <w:t>m và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phòng</w:t>
      </w:r>
      <w:r>
        <w:t xml:space="preserve"> ban đ</w:t>
      </w:r>
      <w:r>
        <w:t>ể</w:t>
      </w:r>
      <w:r>
        <w:t xml:space="preserve"> đ</w:t>
      </w:r>
      <w:r>
        <w:t>ả</w:t>
      </w:r>
      <w:r>
        <w:t>m b</w:t>
      </w:r>
      <w:r>
        <w:t>ả</w:t>
      </w:r>
      <w:r>
        <w:t>o công vi</w:t>
      </w:r>
      <w:r>
        <w:t>ệ</w:t>
      </w:r>
      <w:r>
        <w:t>c đư</w:t>
      </w:r>
      <w:r>
        <w:t>ợ</w:t>
      </w:r>
      <w:r>
        <w:t>c tri</w:t>
      </w:r>
      <w:r>
        <w:t>ể</w:t>
      </w:r>
      <w:r>
        <w:t>n khai đúng ti</w:t>
      </w:r>
      <w:r>
        <w:t>ế</w:t>
      </w:r>
      <w:r>
        <w:t>n đ</w:t>
      </w:r>
      <w:r>
        <w:t>ộ</w:t>
      </w:r>
      <w:r>
        <w:t>. Bên c</w:t>
      </w:r>
      <w:r>
        <w:t>ạ</w:t>
      </w:r>
      <w:r>
        <w:t>nh đó, tôi cũng h</w:t>
      </w:r>
      <w:r>
        <w:t>ỗ</w:t>
      </w:r>
      <w:r>
        <w:t xml:space="preserve"> tr</w:t>
      </w:r>
      <w:r>
        <w:t>ợ</w:t>
      </w:r>
      <w:r>
        <w:t xml:space="preserve"> ti</w:t>
      </w:r>
      <w:r>
        <w:t>ế</w:t>
      </w:r>
      <w:r>
        <w:t>p đón khách, th</w:t>
      </w:r>
      <w:r>
        <w:t>ự</w:t>
      </w:r>
      <w:r>
        <w:t>c hi</w:t>
      </w:r>
      <w:r>
        <w:t>ệ</w:t>
      </w:r>
      <w:r>
        <w:t>n các th</w:t>
      </w:r>
      <w:r>
        <w:t>ủ</w:t>
      </w:r>
      <w:r>
        <w:t xml:space="preserve"> t</w:t>
      </w:r>
      <w:r>
        <w:t>ụ</w:t>
      </w:r>
      <w:r>
        <w:t>c hành chính và x</w:t>
      </w:r>
      <w:r>
        <w:t>ử</w:t>
      </w:r>
      <w:r>
        <w:t xml:space="preserve"> lý nh</w:t>
      </w:r>
      <w:r>
        <w:t>ữ</w:t>
      </w:r>
      <w:r>
        <w:t>ng công vi</w:t>
      </w:r>
      <w:r>
        <w:t>ệ</w:t>
      </w:r>
      <w:r>
        <w:t>c phát sinh h</w:t>
      </w:r>
      <w:r>
        <w:t>ằ</w:t>
      </w:r>
      <w:r>
        <w:t>ng ngày.</w:t>
      </w:r>
    </w:p>
    <w:p w14:paraId="7D8270E4" w14:textId="77777777" w:rsidR="004B22DD" w:rsidRDefault="008E24E8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đ</w:t>
      </w:r>
      <w:r>
        <w:t>ạ</w:t>
      </w:r>
      <w:r>
        <w:t>t đư</w:t>
      </w:r>
      <w:r>
        <w:t>ợ</w:t>
      </w:r>
      <w:r>
        <w:t>c trong quá trình công tác:</w:t>
      </w:r>
    </w:p>
    <w:p w14:paraId="1031C574" w14:textId="77777777" w:rsidR="004B22DD" w:rsidRDefault="008E24E8">
      <w:pPr>
        <w:pStyle w:val="ListBullet"/>
        <w:spacing w:after="40"/>
      </w:pPr>
      <w:r>
        <w:t>Qu</w:t>
      </w:r>
      <w:r>
        <w:t>ả</w:t>
      </w:r>
      <w:r>
        <w:t>n lý và c</w:t>
      </w:r>
      <w:r>
        <w:t>ậ</w:t>
      </w:r>
      <w:r>
        <w:t>p nh</w:t>
      </w:r>
      <w:r>
        <w:t>ậ</w:t>
      </w:r>
      <w:r>
        <w:t>t ......</w:t>
      </w:r>
      <w:r>
        <w:t>...................</w:t>
      </w:r>
      <w:r>
        <w:rPr>
          <w:b/>
        </w:rPr>
        <w:t xml:space="preserve"> h</w:t>
      </w:r>
      <w:r>
        <w:rPr>
          <w:b/>
        </w:rPr>
        <w:t>ồ</w:t>
      </w:r>
      <w:r>
        <w:rPr>
          <w:b/>
        </w:rPr>
        <w:t xml:space="preserve"> sơ, tài li</w:t>
      </w:r>
      <w:r>
        <w:rPr>
          <w:b/>
        </w:rPr>
        <w:t>ệ</w:t>
      </w:r>
      <w:r>
        <w:rPr>
          <w:b/>
        </w:rPr>
        <w:t>u</w:t>
      </w:r>
      <w:r>
        <w:t xml:space="preserve"> theo đúng quy đ</w:t>
      </w:r>
      <w:r>
        <w:t>ị</w:t>
      </w:r>
      <w:r>
        <w:t>nh c</w:t>
      </w:r>
      <w:r>
        <w:t>ủ</w:t>
      </w:r>
      <w:r>
        <w:t>a doanh nghi</w:t>
      </w:r>
      <w:r>
        <w:t>ệ</w:t>
      </w:r>
      <w:r>
        <w:t>p.</w:t>
      </w:r>
    </w:p>
    <w:p w14:paraId="6070B8E6" w14:textId="77777777" w:rsidR="004B22DD" w:rsidRDefault="008E24E8">
      <w:pPr>
        <w:pStyle w:val="ListBullet"/>
        <w:spacing w:after="40"/>
      </w:pPr>
      <w:r>
        <w:t>So</w:t>
      </w:r>
      <w:r>
        <w:t>ạ</w:t>
      </w:r>
      <w:r>
        <w:t>n th</w:t>
      </w:r>
      <w:r>
        <w:t>ả</w:t>
      </w:r>
      <w:r>
        <w:t>o và x</w:t>
      </w:r>
      <w:r>
        <w:t>ử</w:t>
      </w:r>
      <w:r>
        <w:t xml:space="preserve"> lý kho</w:t>
      </w:r>
      <w:r>
        <w:t>ả</w:t>
      </w:r>
      <w:r>
        <w:t>ng .........................</w:t>
      </w:r>
      <w:r>
        <w:rPr>
          <w:b/>
        </w:rPr>
        <w:t xml:space="preserve"> văn b</w:t>
      </w:r>
      <w:r>
        <w:rPr>
          <w:b/>
        </w:rPr>
        <w:t>ả</w:t>
      </w:r>
      <w:r>
        <w:rPr>
          <w:b/>
        </w:rPr>
        <w:t>n/công văn m</w:t>
      </w:r>
      <w:r>
        <w:rPr>
          <w:b/>
        </w:rPr>
        <w:t>ỗ</w:t>
      </w:r>
      <w:r>
        <w:rPr>
          <w:b/>
        </w:rPr>
        <w:t>i tháng/quý.</w:t>
      </w:r>
    </w:p>
    <w:p w14:paraId="5F722D83" w14:textId="77777777" w:rsidR="004B22DD" w:rsidRDefault="008E24E8">
      <w:pPr>
        <w:pStyle w:val="ListBullet"/>
        <w:spacing w:after="40"/>
      </w:pPr>
      <w:r>
        <w:t>Ph</w:t>
      </w:r>
      <w:r>
        <w:t>ố</w:t>
      </w:r>
      <w:r>
        <w:t>i h</w:t>
      </w:r>
      <w:r>
        <w:t>ợ</w:t>
      </w:r>
      <w:r>
        <w:t>p t</w:t>
      </w:r>
      <w:r>
        <w:t>ổ</w:t>
      </w:r>
      <w:r>
        <w:t xml:space="preserve"> ch</w:t>
      </w:r>
      <w:r>
        <w:t>ứ</w:t>
      </w:r>
      <w:r>
        <w:t>c .........................</w:t>
      </w:r>
      <w:r>
        <w:rPr>
          <w:b/>
        </w:rPr>
        <w:t xml:space="preserve"> cu</w:t>
      </w:r>
      <w:r>
        <w:rPr>
          <w:b/>
        </w:rPr>
        <w:t>ộ</w:t>
      </w:r>
      <w:r>
        <w:rPr>
          <w:b/>
        </w:rPr>
        <w:t>c h</w:t>
      </w:r>
      <w:r>
        <w:rPr>
          <w:b/>
        </w:rPr>
        <w:t>ọ</w:t>
      </w:r>
      <w:r>
        <w:rPr>
          <w:b/>
        </w:rPr>
        <w:t>p, s</w:t>
      </w:r>
      <w:r>
        <w:rPr>
          <w:b/>
        </w:rPr>
        <w:t>ự</w:t>
      </w:r>
      <w:r>
        <w:rPr>
          <w:b/>
        </w:rPr>
        <w:t xml:space="preserve"> ki</w:t>
      </w:r>
      <w:r>
        <w:rPr>
          <w:b/>
        </w:rPr>
        <w:t>ệ</w:t>
      </w:r>
      <w:r>
        <w:rPr>
          <w:b/>
        </w:rPr>
        <w:t>n ho</w:t>
      </w:r>
      <w:r>
        <w:rPr>
          <w:b/>
        </w:rPr>
        <w:t>ặ</w:t>
      </w:r>
      <w:r>
        <w:rPr>
          <w:b/>
        </w:rPr>
        <w:t>c chương trình n</w:t>
      </w:r>
      <w:r>
        <w:rPr>
          <w:b/>
        </w:rPr>
        <w:t>ộ</w:t>
      </w:r>
      <w:r>
        <w:rPr>
          <w:b/>
        </w:rPr>
        <w:t>i b</w:t>
      </w:r>
      <w:r>
        <w:rPr>
          <w:b/>
        </w:rPr>
        <w:t>ộ</w:t>
      </w:r>
      <w:r>
        <w:rPr>
          <w:b/>
        </w:rPr>
        <w:t>.</w:t>
      </w:r>
    </w:p>
    <w:p w14:paraId="3A48F240" w14:textId="77777777" w:rsidR="004B22DD" w:rsidRDefault="008E24E8">
      <w:pPr>
        <w:pStyle w:val="ListBullet"/>
        <w:spacing w:after="40"/>
      </w:pPr>
      <w:r>
        <w:t>H</w:t>
      </w:r>
      <w:r>
        <w:t>ỗ</w:t>
      </w:r>
      <w:r>
        <w:t xml:space="preserve"> tr</w:t>
      </w:r>
      <w:r>
        <w:t>ợ</w:t>
      </w:r>
      <w:r>
        <w:t xml:space="preserve"> qu</w:t>
      </w:r>
      <w:r>
        <w:t>ả</w:t>
      </w:r>
      <w:r>
        <w:t xml:space="preserve">n </w:t>
      </w:r>
      <w:r>
        <w:t>lý tài s</w:t>
      </w:r>
      <w:r>
        <w:t>ả</w:t>
      </w:r>
      <w:r>
        <w:t>n, văn phòng ph</w:t>
      </w:r>
      <w:r>
        <w:t>ẩ</w:t>
      </w:r>
      <w:r>
        <w:t>m và các công vi</w:t>
      </w:r>
      <w:r>
        <w:t>ệ</w:t>
      </w:r>
      <w:r>
        <w:t>c hành chính khác, góp ph</w:t>
      </w:r>
      <w:r>
        <w:t>ầ</w:t>
      </w:r>
      <w:r>
        <w:t>n t</w:t>
      </w:r>
      <w:r>
        <w:t>ố</w:t>
      </w:r>
      <w:r>
        <w:t>i ưu .....................</w:t>
      </w:r>
    </w:p>
    <w:p w14:paraId="1B825E2A" w14:textId="77777777" w:rsidR="004B22DD" w:rsidRDefault="008E24E8">
      <w:pPr>
        <w:pStyle w:val="ListBullet"/>
        <w:spacing w:after="120"/>
      </w:pPr>
      <w:r>
        <w:t>Thành th</w:t>
      </w:r>
      <w:r>
        <w:t>ạ</w:t>
      </w:r>
      <w:r>
        <w:t>o các công c</w:t>
      </w:r>
      <w:r>
        <w:t>ụ</w:t>
      </w:r>
      <w:r>
        <w:t xml:space="preserve"> và ph</w:t>
      </w:r>
      <w:r>
        <w:t>ầ</w:t>
      </w:r>
      <w:r>
        <w:t>n m</w:t>
      </w:r>
      <w:r>
        <w:t>ề</w:t>
      </w:r>
      <w:r>
        <w:t>m văn phòng như ....................................</w:t>
      </w:r>
    </w:p>
    <w:p w14:paraId="73632DB9" w14:textId="77777777" w:rsidR="004B22DD" w:rsidRDefault="008E24E8">
      <w:pPr>
        <w:spacing w:after="120"/>
        <w:jc w:val="both"/>
      </w:pPr>
      <w:r>
        <w:t>Tôi là ngư</w:t>
      </w:r>
      <w:r>
        <w:t>ờ</w:t>
      </w:r>
      <w:r>
        <w:t>i có tinh th</w:t>
      </w:r>
      <w:r>
        <w:t>ầ</w:t>
      </w:r>
      <w:r>
        <w:t>n trách nhi</w:t>
      </w:r>
      <w:r>
        <w:t>ệ</w:t>
      </w:r>
      <w:r>
        <w:t>m, kh</w:t>
      </w:r>
      <w:r>
        <w:t>ả</w:t>
      </w:r>
      <w:r>
        <w:t xml:space="preserve"> năng s</w:t>
      </w:r>
      <w:r>
        <w:t>ắ</w:t>
      </w:r>
      <w:r>
        <w:t>p x</w:t>
      </w:r>
      <w:r>
        <w:t>ế</w:t>
      </w:r>
      <w:r>
        <w:t>p công vi</w:t>
      </w:r>
      <w:r>
        <w:t>ệ</w:t>
      </w:r>
      <w:r>
        <w:t xml:space="preserve">c khoa </w:t>
      </w:r>
      <w:r>
        <w:t>h</w:t>
      </w:r>
      <w:r>
        <w:t>ọ</w:t>
      </w:r>
      <w:r>
        <w:t>c và luôn chú tr</w:t>
      </w:r>
      <w:r>
        <w:t>ọ</w:t>
      </w:r>
      <w:r>
        <w:t>ng đ</w:t>
      </w:r>
      <w:r>
        <w:t>ế</w:t>
      </w:r>
      <w:r>
        <w:t>n s</w:t>
      </w:r>
      <w:r>
        <w:t>ự</w:t>
      </w:r>
      <w:r>
        <w:t xml:space="preserve"> chính xác trong t</w:t>
      </w:r>
      <w:r>
        <w:t>ừ</w:t>
      </w:r>
      <w:r>
        <w:t>ng nhi</w:t>
      </w:r>
      <w:r>
        <w:t>ệ</w:t>
      </w:r>
      <w:r>
        <w:t>m v</w:t>
      </w:r>
      <w:r>
        <w:t>ụ</w:t>
      </w:r>
      <w:r>
        <w:t>. Tôi cũng có k</w:t>
      </w:r>
      <w:r>
        <w:t>ỹ</w:t>
      </w:r>
      <w:r>
        <w:t xml:space="preserve"> năng giao ti</w:t>
      </w:r>
      <w:r>
        <w:t>ế</w:t>
      </w:r>
      <w:r>
        <w:t>p, ph</w:t>
      </w:r>
      <w:r>
        <w:t>ố</w:t>
      </w:r>
      <w:r>
        <w:t>i h</w:t>
      </w:r>
      <w:r>
        <w:t>ợ</w:t>
      </w:r>
      <w:r>
        <w:t>p t</w:t>
      </w:r>
      <w:r>
        <w:t>ố</w:t>
      </w:r>
      <w:r>
        <w:t>t v</w:t>
      </w:r>
      <w:r>
        <w:t>ớ</w:t>
      </w:r>
      <w:r>
        <w:t>i đ</w:t>
      </w:r>
      <w:r>
        <w:t>ồ</w:t>
      </w:r>
      <w:r>
        <w:t>ng nghi</w:t>
      </w:r>
      <w:r>
        <w:t>ệ</w:t>
      </w:r>
      <w:r>
        <w:t>p và s</w:t>
      </w:r>
      <w:r>
        <w:t>ẵ</w:t>
      </w:r>
      <w:r>
        <w:t>n sàng h</w:t>
      </w:r>
      <w:r>
        <w:t>ỗ</w:t>
      </w:r>
      <w:r>
        <w:t xml:space="preserve"> tr</w:t>
      </w:r>
      <w:r>
        <w:t>ợ</w:t>
      </w:r>
      <w:r>
        <w:t xml:space="preserve"> các phòng ban đ</w:t>
      </w:r>
      <w:r>
        <w:t>ể</w:t>
      </w:r>
      <w:r>
        <w:t xml:space="preserve"> đ</w:t>
      </w:r>
      <w:r>
        <w:t>ả</w:t>
      </w:r>
      <w:r>
        <w:t>m b</w:t>
      </w:r>
      <w:r>
        <w:t>ả</w:t>
      </w:r>
      <w:r>
        <w:t>o ho</w:t>
      </w:r>
      <w:r>
        <w:t>ạ</w:t>
      </w:r>
      <w:r>
        <w:t>t đ</w:t>
      </w:r>
      <w:r>
        <w:t>ộ</w:t>
      </w:r>
      <w:r>
        <w:t>ng c</w:t>
      </w:r>
      <w:r>
        <w:t>ủ</w:t>
      </w:r>
      <w:r>
        <w:t>a doanh nghi</w:t>
      </w:r>
      <w:r>
        <w:t>ệ</w:t>
      </w:r>
      <w:r>
        <w:t>p di</w:t>
      </w:r>
      <w:r>
        <w:t>ễ</w:t>
      </w:r>
      <w:r>
        <w:t>n ra hi</w:t>
      </w:r>
      <w:r>
        <w:t>ệ</w:t>
      </w:r>
      <w:r>
        <w:t>u qu</w:t>
      </w:r>
      <w:r>
        <w:t>ả</w:t>
      </w:r>
      <w:r>
        <w:t>.</w:t>
      </w:r>
    </w:p>
    <w:p w14:paraId="3EDE0273" w14:textId="77777777" w:rsidR="004B22DD" w:rsidRDefault="008E24E8">
      <w:pPr>
        <w:spacing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kinh nghi</w:t>
      </w:r>
      <w:r>
        <w:t>ệ</w:t>
      </w:r>
      <w:r>
        <w:t>m, s</w:t>
      </w:r>
      <w:r>
        <w:t>ự</w:t>
      </w:r>
      <w:r>
        <w:t xml:space="preserve"> ch</w:t>
      </w:r>
      <w:r>
        <w:t>ủ</w:t>
      </w:r>
      <w:r>
        <w:t xml:space="preserve"> đ</w:t>
      </w:r>
      <w:r>
        <w:t>ộ</w:t>
      </w:r>
      <w:r>
        <w:t>ng và th</w:t>
      </w:r>
      <w:r>
        <w:t>ái đ</w:t>
      </w:r>
      <w:r>
        <w:t>ộ</w:t>
      </w:r>
      <w:r>
        <w:t xml:space="preserve"> làm vi</w:t>
      </w:r>
      <w:r>
        <w:t>ệ</w:t>
      </w:r>
      <w:r>
        <w:t>c chuyên nghi</w:t>
      </w:r>
      <w:r>
        <w:t>ệ</w:t>
      </w:r>
      <w:r>
        <w:t>p,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6610D383" w14:textId="77777777" w:rsidR="004B22DD" w:rsidRDefault="008E24E8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trao đ</w:t>
      </w:r>
      <w:r>
        <w:t>ổ</w:t>
      </w:r>
      <w:r>
        <w:t>i</w:t>
      </w:r>
      <w:r>
        <w:t xml:space="preserve"> tr</w:t>
      </w:r>
      <w:r>
        <w:t>ự</w:t>
      </w:r>
      <w:r>
        <w:t>c ti</w:t>
      </w:r>
      <w:r>
        <w:t>ế</w:t>
      </w:r>
      <w:r>
        <w:t>p trong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2E8F2B59" w14:textId="77777777" w:rsidR="004B22DD" w:rsidRDefault="008E24E8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B22DD" w14:paraId="23021FE1" w14:textId="77777777">
        <w:tc>
          <w:tcPr>
            <w:tcW w:w="4680" w:type="dxa"/>
          </w:tcPr>
          <w:p w14:paraId="457EB83E" w14:textId="77777777" w:rsidR="004B22DD" w:rsidRDefault="004B22DD"/>
        </w:tc>
        <w:tc>
          <w:tcPr>
            <w:tcW w:w="4680" w:type="dxa"/>
          </w:tcPr>
          <w:p w14:paraId="296F043B" w14:textId="77777777" w:rsidR="004B22DD" w:rsidRDefault="008E24E8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238DC96A" w14:textId="77777777" w:rsidR="008E24E8" w:rsidRDefault="008E24E8"/>
    <w:sectPr w:rsidR="008E24E8" w:rsidSect="00F5752D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22DD"/>
    <w:rsid w:val="008E24E8"/>
    <w:rsid w:val="00AA1D8D"/>
    <w:rsid w:val="00B47730"/>
    <w:rsid w:val="00CB0664"/>
    <w:rsid w:val="00F575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592175E"/>
  <w14:defaultImageDpi w14:val="300"/>
  <w15:docId w15:val="{CCBCCBD5-7A85-440B-8A1B-27020E23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2026-09-13T14:50:00Z</dcterms:modified>
  <cp:category/>
</cp:coreProperties>
</file>