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D49D62" w14:textId="77777777" w:rsidR="004D414E" w:rsidRDefault="006714E2">
      <w:pPr>
        <w:spacing w:after="4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48A67F1C" w14:textId="77777777" w:rsidR="004D414E" w:rsidRDefault="006714E2">
      <w:pPr>
        <w:spacing w:before="280" w:after="28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36672C17" w14:textId="77777777" w:rsidR="004D414E" w:rsidRDefault="006714E2">
      <w:pPr>
        <w:spacing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đ</w:t>
      </w:r>
      <w:r>
        <w:t>ố</w:t>
      </w:r>
      <w:r>
        <w:t>c và Phòng Nhân s</w:t>
      </w:r>
      <w:r>
        <w:t>ự</w:t>
      </w:r>
      <w:r>
        <w:t xml:space="preserve"> Công ty ........................................</w:t>
      </w:r>
    </w:p>
    <w:p w14:paraId="10108B7F" w14:textId="56B39E94" w:rsidR="004D414E" w:rsidRDefault="006714E2">
      <w:pPr>
        <w:spacing w:after="10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  <w:r>
        <w:rPr>
          <w:b/>
        </w:rPr>
        <w:t>Ngày sinh:</w:t>
      </w:r>
      <w:r w:rsidR="00DD593A">
        <w:t xml:space="preserve"> </w:t>
      </w:r>
      <w:r>
        <w:t>..</w:t>
      </w:r>
      <w:r>
        <w:t>............................................................</w:t>
      </w:r>
    </w:p>
    <w:p w14:paraId="35DB15C2" w14:textId="3BDC563D" w:rsidR="004D414E" w:rsidRDefault="006714E2">
      <w:pPr>
        <w:spacing w:after="10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</w:t>
      </w:r>
      <w:r>
        <w:t>.....</w:t>
      </w:r>
      <w:r>
        <w:t>............</w:t>
      </w:r>
      <w:r>
        <w:t>...........................................</w:t>
      </w:r>
    </w:p>
    <w:p w14:paraId="30DE7D6F" w14:textId="77777777" w:rsidR="004D414E" w:rsidRDefault="006714E2">
      <w:pPr>
        <w:spacing w:after="16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627EC983" w14:textId="77777777" w:rsidR="004D414E" w:rsidRDefault="006714E2">
      <w:pPr>
        <w:spacing w:after="120"/>
        <w:jc w:val="both"/>
      </w:pPr>
      <w:r>
        <w:t>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công ty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</w:t>
      </w:r>
      <w:r>
        <w:rPr>
          <w:b/>
        </w:rPr>
        <w:t>Nhân viên Nhân s</w:t>
      </w:r>
      <w:r>
        <w:rPr>
          <w:b/>
        </w:rPr>
        <w:t>ự</w:t>
      </w:r>
      <w:r>
        <w:rPr>
          <w:b/>
        </w:rPr>
        <w:t xml:space="preserve"> (HR)</w:t>
      </w:r>
      <w:r>
        <w:t>. V</w:t>
      </w:r>
      <w:r>
        <w:t>ớ</w:t>
      </w:r>
      <w:r>
        <w:t>i ...... nă</w:t>
      </w:r>
      <w:r>
        <w:t>m kinh nghi</w:t>
      </w:r>
      <w:r>
        <w:t>ệ</w:t>
      </w:r>
      <w:r>
        <w:t>m trong lĩnh v</w:t>
      </w:r>
      <w:r>
        <w:t>ự</w:t>
      </w:r>
      <w:r>
        <w:t>c nhân s</w:t>
      </w:r>
      <w:r>
        <w:t>ự</w:t>
      </w:r>
      <w:r>
        <w:t xml:space="preserve"> cùng mong mu</w:t>
      </w:r>
      <w:r>
        <w:t>ố</w:t>
      </w:r>
      <w:r>
        <w:t>n phát tri</w:t>
      </w:r>
      <w:r>
        <w:t>ể</w:t>
      </w:r>
      <w:r>
        <w:t>n lâu dài v</w:t>
      </w:r>
      <w:r>
        <w:t>ớ</w:t>
      </w:r>
      <w:r>
        <w:t>i ngh</w:t>
      </w:r>
      <w:r>
        <w:t>ề</w:t>
      </w:r>
      <w:r>
        <w:t>, tôi tin r</w:t>
      </w:r>
      <w:r>
        <w:t>ằ</w:t>
      </w:r>
      <w:r>
        <w:t>ng b</w:t>
      </w:r>
      <w:r>
        <w:t>ả</w:t>
      </w:r>
      <w:r>
        <w:t>n thân có đ</w:t>
      </w:r>
      <w:r>
        <w:t>ủ</w:t>
      </w:r>
      <w:r>
        <w:t xml:space="preserve"> ki</w:t>
      </w:r>
      <w:r>
        <w:t>ế</w:t>
      </w:r>
      <w:r>
        <w:t>n th</w:t>
      </w:r>
      <w:r>
        <w:t>ứ</w:t>
      </w:r>
      <w:r>
        <w:t>c chuyên môn, k</w:t>
      </w:r>
      <w:r>
        <w:t>ỹ</w:t>
      </w:r>
      <w:r>
        <w:t xml:space="preserve"> năng và tinh th</w:t>
      </w:r>
      <w:r>
        <w:t>ầ</w:t>
      </w:r>
      <w:r>
        <w:t>n trách nhi</w:t>
      </w:r>
      <w:r>
        <w:t>ệ</w:t>
      </w:r>
      <w:r>
        <w:t>m đ</w:t>
      </w:r>
      <w:r>
        <w:t>ể</w:t>
      </w:r>
      <w:r>
        <w:t xml:space="preserve"> đáp </w:t>
      </w:r>
      <w:r>
        <w:t>ứ</w:t>
      </w:r>
      <w:r>
        <w:t>ng t</w:t>
      </w:r>
      <w:r>
        <w:t>ố</w:t>
      </w:r>
      <w:r>
        <w:t>t yêu c</w:t>
      </w:r>
      <w:r>
        <w:t>ầ</w:t>
      </w:r>
      <w:r>
        <w:t>u c</w:t>
      </w:r>
      <w:r>
        <w:t>ủ</w:t>
      </w:r>
      <w:r>
        <w:t>a v</w:t>
      </w:r>
      <w:r>
        <w:t>ị</w:t>
      </w:r>
      <w:r>
        <w:t xml:space="preserve"> trí này.</w:t>
      </w:r>
    </w:p>
    <w:p w14:paraId="35059DA7" w14:textId="77777777" w:rsidR="004D414E" w:rsidRDefault="006714E2">
      <w:pPr>
        <w:spacing w:after="120"/>
        <w:jc w:val="both"/>
      </w:pPr>
      <w:r>
        <w:t>Trong th</w:t>
      </w:r>
      <w:r>
        <w:t>ờ</w:t>
      </w:r>
      <w:r>
        <w:t>i gian làm vi</w:t>
      </w:r>
      <w:r>
        <w:t>ệ</w:t>
      </w:r>
      <w:r>
        <w:t>c t</w:t>
      </w:r>
      <w:r>
        <w:t>ạ</w:t>
      </w:r>
      <w:r>
        <w:t>i ........................</w:t>
      </w:r>
      <w:r>
        <w:t>................, tôi đã tham gia th</w:t>
      </w:r>
      <w:r>
        <w:t>ự</w:t>
      </w:r>
      <w:r>
        <w:t>c hi</w:t>
      </w:r>
      <w:r>
        <w:t>ệ</w:t>
      </w:r>
      <w:r>
        <w:t>n nhi</w:t>
      </w:r>
      <w:r>
        <w:t>ề</w:t>
      </w:r>
      <w:r>
        <w:t>u nghi</w:t>
      </w:r>
      <w:r>
        <w:t>ệ</w:t>
      </w:r>
      <w:r>
        <w:t>p v</w:t>
      </w:r>
      <w:r>
        <w:t>ụ</w:t>
      </w:r>
      <w:r>
        <w:t xml:space="preserve"> nhân s</w:t>
      </w:r>
      <w:r>
        <w:t>ự</w:t>
      </w:r>
      <w:r>
        <w:t xml:space="preserve"> như h</w:t>
      </w:r>
      <w:r>
        <w:t>ỗ</w:t>
      </w:r>
      <w:r>
        <w:t xml:space="preserve"> tr</w:t>
      </w:r>
      <w:r>
        <w:t>ợ</w:t>
      </w:r>
      <w:r>
        <w:t xml:space="preserve"> tuy</w:t>
      </w:r>
      <w:r>
        <w:t>ể</w:t>
      </w:r>
      <w:r>
        <w:t>n d</w:t>
      </w:r>
      <w:r>
        <w:t>ụ</w:t>
      </w:r>
      <w:r>
        <w:t>ng, sàng l</w:t>
      </w:r>
      <w:r>
        <w:t>ọ</w:t>
      </w:r>
      <w:r>
        <w:t>c h</w:t>
      </w:r>
      <w:r>
        <w:t>ồ</w:t>
      </w:r>
      <w:r>
        <w:t xml:space="preserve"> sơ, s</w:t>
      </w:r>
      <w:r>
        <w:t>ắ</w:t>
      </w:r>
      <w:r>
        <w:t>p x</w:t>
      </w:r>
      <w:r>
        <w:t>ế</w:t>
      </w:r>
      <w:r>
        <w:t>p l</w:t>
      </w:r>
      <w:r>
        <w:t>ị</w:t>
      </w:r>
      <w:r>
        <w:t>ch ph</w:t>
      </w:r>
      <w:r>
        <w:t>ỏ</w:t>
      </w:r>
      <w:r>
        <w:t>ng v</w:t>
      </w:r>
      <w:r>
        <w:t>ấ</w:t>
      </w:r>
      <w:r>
        <w:t>n, qu</w:t>
      </w:r>
      <w:r>
        <w:t>ả</w:t>
      </w:r>
      <w:r>
        <w:t>n lý h</w:t>
      </w:r>
      <w:r>
        <w:t>ồ</w:t>
      </w:r>
      <w:r>
        <w:t xml:space="preserve"> sơ nhân viên, theo dõi ch</w:t>
      </w:r>
      <w:r>
        <w:t>ấ</w:t>
      </w:r>
      <w:r>
        <w:t>m công, ph</w:t>
      </w:r>
      <w:r>
        <w:t>ố</w:t>
      </w:r>
      <w:r>
        <w:t>i h</w:t>
      </w:r>
      <w:r>
        <w:t>ợ</w:t>
      </w:r>
      <w:r>
        <w:t>p tính lương và h</w:t>
      </w:r>
      <w:r>
        <w:t>ỗ</w:t>
      </w:r>
      <w:r>
        <w:t xml:space="preserve"> tr</w:t>
      </w:r>
      <w:r>
        <w:t>ợ</w:t>
      </w:r>
      <w:r>
        <w:t xml:space="preserve"> tri</w:t>
      </w:r>
      <w:r>
        <w:t>ể</w:t>
      </w:r>
      <w:r>
        <w:t>n khai các ho</w:t>
      </w:r>
      <w:r>
        <w:t>ạ</w:t>
      </w:r>
      <w:r>
        <w:t>t đ</w:t>
      </w:r>
      <w:r>
        <w:t>ộ</w:t>
      </w:r>
      <w:r>
        <w:t>ng đào t</w:t>
      </w:r>
      <w:r>
        <w:t>ạ</w:t>
      </w:r>
      <w:r>
        <w:t>o, g</w:t>
      </w:r>
      <w:r>
        <w:t>ắ</w:t>
      </w:r>
      <w:r>
        <w:t>n k</w:t>
      </w:r>
      <w:r>
        <w:t>ế</w:t>
      </w:r>
      <w:r>
        <w:t>t n</w:t>
      </w:r>
      <w:r>
        <w:t>ộ</w:t>
      </w:r>
      <w:r>
        <w:t>i b</w:t>
      </w:r>
      <w:r>
        <w:t>ộ</w:t>
      </w:r>
      <w:r>
        <w:t xml:space="preserve">. </w:t>
      </w:r>
      <w:r>
        <w:t>Đ</w:t>
      </w:r>
      <w:r>
        <w:t>ồ</w:t>
      </w:r>
      <w:r>
        <w:t>ng th</w:t>
      </w:r>
      <w:r>
        <w:t>ờ</w:t>
      </w:r>
      <w:r>
        <w:t>i, tôi luôn ch</w:t>
      </w:r>
      <w:r>
        <w:t>ủ</w:t>
      </w:r>
      <w:r>
        <w:t xml:space="preserve"> đ</w:t>
      </w:r>
      <w:r>
        <w:t>ộ</w:t>
      </w:r>
      <w:r>
        <w:t>ng 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các phòng ban nh</w:t>
      </w:r>
      <w:r>
        <w:t>ằ</w:t>
      </w:r>
      <w:r>
        <w:t>m đ</w:t>
      </w:r>
      <w:r>
        <w:t>ả</w:t>
      </w:r>
      <w:r>
        <w:t>m b</w:t>
      </w:r>
      <w:r>
        <w:t>ả</w:t>
      </w:r>
      <w:r>
        <w:t>o các quy trình nhân s</w:t>
      </w:r>
      <w:r>
        <w:t>ự</w:t>
      </w:r>
      <w:r>
        <w:t xml:space="preserve"> đư</w:t>
      </w:r>
      <w:r>
        <w:t>ợ</w:t>
      </w:r>
      <w:r>
        <w:t>c th</w:t>
      </w:r>
      <w:r>
        <w:t>ự</w:t>
      </w:r>
      <w:r>
        <w:t>c hi</w:t>
      </w:r>
      <w:r>
        <w:t>ệ</w:t>
      </w:r>
      <w:r>
        <w:t>n đúng ti</w:t>
      </w:r>
      <w:r>
        <w:t>ế</w:t>
      </w:r>
      <w:r>
        <w:t>n đ</w:t>
      </w:r>
      <w:r>
        <w:t>ộ</w:t>
      </w:r>
      <w:r>
        <w:t xml:space="preserve"> và quy đ</w:t>
      </w:r>
      <w:r>
        <w:t>ị</w:t>
      </w:r>
      <w:r>
        <w:t>nh c</w:t>
      </w:r>
      <w:r>
        <w:t>ủ</w:t>
      </w:r>
      <w:r>
        <w:t>a doanh nghi</w:t>
      </w:r>
      <w:r>
        <w:t>ệ</w:t>
      </w:r>
      <w:r>
        <w:t>p.</w:t>
      </w:r>
    </w:p>
    <w:p w14:paraId="337DDB32" w14:textId="77777777" w:rsidR="004D414E" w:rsidRDefault="006714E2">
      <w:pPr>
        <w:spacing w:after="60"/>
      </w:pPr>
      <w:r>
        <w:t>M</w:t>
      </w:r>
      <w:r>
        <w:t>ộ</w:t>
      </w:r>
      <w:r>
        <w:t>t s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n</w:t>
      </w:r>
      <w:r>
        <w:t>ổ</w:t>
      </w:r>
      <w:r>
        <w:t>i b</w:t>
      </w:r>
      <w:r>
        <w:t>ậ</w:t>
      </w:r>
      <w:r>
        <w:t>t tôi đã đ</w:t>
      </w:r>
      <w:r>
        <w:t>ạ</w:t>
      </w:r>
      <w:r>
        <w:t>t đư</w:t>
      </w:r>
      <w:r>
        <w:t>ợ</w:t>
      </w:r>
      <w:r>
        <w:t>c g</w:t>
      </w:r>
      <w:r>
        <w:t>ồ</w:t>
      </w:r>
      <w:r>
        <w:t>m:</w:t>
      </w:r>
    </w:p>
    <w:p w14:paraId="7E4EEA99" w14:textId="77777777" w:rsidR="004D414E" w:rsidRDefault="006714E2" w:rsidP="00DD593A">
      <w:pPr>
        <w:pStyle w:val="ListBullet"/>
        <w:spacing w:after="40"/>
        <w:jc w:val="both"/>
      </w:pPr>
      <w:r>
        <w:t>H</w:t>
      </w:r>
      <w:r>
        <w:t>ỗ</w:t>
      </w:r>
      <w:r>
        <w:t xml:space="preserve"> tr</w:t>
      </w:r>
      <w:r>
        <w:t>ợ</w:t>
      </w:r>
      <w:r>
        <w:t xml:space="preserve"> tuy</w:t>
      </w:r>
      <w:r>
        <w:t>ể</w:t>
      </w:r>
      <w:r>
        <w:t>n d</w:t>
      </w:r>
      <w:r>
        <w:t>ụ</w:t>
      </w:r>
      <w:r>
        <w:t>ng thành công ....................</w:t>
      </w:r>
      <w:r>
        <w:rPr>
          <w:b/>
        </w:rPr>
        <w:t xml:space="preserve"> v</w:t>
      </w:r>
      <w:r>
        <w:rPr>
          <w:b/>
        </w:rPr>
        <w:t>ị</w:t>
      </w:r>
      <w:r>
        <w:rPr>
          <w:b/>
        </w:rPr>
        <w:t xml:space="preserve"> trí trong </w:t>
      </w:r>
      <w:r>
        <w:t>.....................</w:t>
      </w:r>
    </w:p>
    <w:p w14:paraId="348ADCD4" w14:textId="77777777" w:rsidR="004D414E" w:rsidRDefault="006714E2" w:rsidP="00DD593A">
      <w:pPr>
        <w:pStyle w:val="ListBullet"/>
        <w:spacing w:after="40"/>
        <w:jc w:val="both"/>
      </w:pPr>
      <w:r>
        <w:t>Sàng l</w:t>
      </w:r>
      <w:r>
        <w:t>ọ</w:t>
      </w:r>
      <w:r>
        <w:t>c và x</w:t>
      </w:r>
      <w:r>
        <w:t>ử</w:t>
      </w:r>
      <w:r>
        <w:t xml:space="preserve"> lý ....................</w:t>
      </w:r>
      <w:r>
        <w:rPr>
          <w:b/>
        </w:rPr>
        <w:t xml:space="preserve"> h</w:t>
      </w:r>
      <w:r>
        <w:rPr>
          <w:b/>
        </w:rPr>
        <w:t>ồ</w:t>
      </w:r>
      <w:r>
        <w:rPr>
          <w:b/>
        </w:rPr>
        <w:t xml:space="preserve"> sơ </w:t>
      </w:r>
      <w:r>
        <w:rPr>
          <w:b/>
        </w:rPr>
        <w:t>ứ</w:t>
      </w:r>
      <w:r>
        <w:rPr>
          <w:b/>
        </w:rPr>
        <w:t>ng viên</w:t>
      </w:r>
      <w:r>
        <w:t>, góp ph</w:t>
      </w:r>
      <w:r>
        <w:t>ầ</w:t>
      </w:r>
      <w:r>
        <w:t>n rút ng</w:t>
      </w:r>
      <w:r>
        <w:t>ắ</w:t>
      </w:r>
      <w:r>
        <w:t>n th</w:t>
      </w:r>
      <w:r>
        <w:t>ờ</w:t>
      </w:r>
      <w:r>
        <w:t>i gian tuy</w:t>
      </w:r>
      <w:r>
        <w:t>ể</w:t>
      </w:r>
      <w:r>
        <w:t>n d</w:t>
      </w:r>
      <w:r>
        <w:t>ụ</w:t>
      </w:r>
      <w:r>
        <w:t>ng.</w:t>
      </w:r>
    </w:p>
    <w:p w14:paraId="4E46848F" w14:textId="45CC054C" w:rsidR="004D414E" w:rsidRDefault="006714E2" w:rsidP="00DD593A">
      <w:pPr>
        <w:pStyle w:val="ListBullet"/>
        <w:spacing w:after="40"/>
        <w:jc w:val="both"/>
      </w:pPr>
      <w:r>
        <w:t>Qu</w:t>
      </w:r>
      <w:r>
        <w:t>ả</w:t>
      </w:r>
      <w:r>
        <w:t>n lý h</w:t>
      </w:r>
      <w:r>
        <w:t>ồ</w:t>
      </w:r>
      <w:r>
        <w:t xml:space="preserve"> sơ c</w:t>
      </w:r>
      <w:r>
        <w:t>ủ</w:t>
      </w:r>
      <w:r>
        <w:t>a</w:t>
      </w:r>
      <w:r w:rsidR="00DD593A">
        <w:t xml:space="preserve"> </w:t>
      </w:r>
      <w:r>
        <w:t>....................</w:t>
      </w:r>
      <w:r>
        <w:rPr>
          <w:b/>
        </w:rPr>
        <w:t xml:space="preserve"> nhân s</w:t>
      </w:r>
      <w:r>
        <w:rPr>
          <w:b/>
        </w:rPr>
        <w:t>ự</w:t>
      </w:r>
      <w:r>
        <w:t>, đ</w:t>
      </w:r>
      <w:r>
        <w:t>ả</w:t>
      </w:r>
      <w:r>
        <w:t>m b</w:t>
      </w:r>
      <w:r>
        <w:t>ả</w:t>
      </w:r>
      <w:r>
        <w:t>o thông tin đư</w:t>
      </w:r>
      <w:r>
        <w:t>ợ</w:t>
      </w:r>
      <w:r>
        <w:t>c c</w:t>
      </w:r>
      <w:r>
        <w:t>ậ</w:t>
      </w:r>
      <w:r>
        <w:t>p nh</w:t>
      </w:r>
      <w:r>
        <w:t>ậ</w:t>
      </w:r>
      <w:r>
        <w:t>t đ</w:t>
      </w:r>
      <w:r>
        <w:t>ầ</w:t>
      </w:r>
      <w:r>
        <w:t>y đ</w:t>
      </w:r>
      <w:r>
        <w:t>ủ</w:t>
      </w:r>
      <w:r>
        <w:t xml:space="preserve"> và chính xác.</w:t>
      </w:r>
    </w:p>
    <w:p w14:paraId="02585019" w14:textId="77777777" w:rsidR="004D414E" w:rsidRDefault="006714E2" w:rsidP="00DD593A">
      <w:pPr>
        <w:pStyle w:val="ListBullet"/>
        <w:spacing w:after="40"/>
        <w:jc w:val="both"/>
      </w:pPr>
      <w:r>
        <w:t>Ph</w:t>
      </w:r>
      <w:r>
        <w:t>ố</w:t>
      </w:r>
      <w:r>
        <w:t>i h</w:t>
      </w:r>
      <w:r>
        <w:t>ợ</w:t>
      </w:r>
      <w:r>
        <w:t>p t</w:t>
      </w:r>
      <w:r>
        <w:t>ổ</w:t>
      </w:r>
      <w:r>
        <w:t xml:space="preserve"> ch</w:t>
      </w:r>
      <w:r>
        <w:t>ứ</w:t>
      </w:r>
      <w:r>
        <w:t>c ..............</w:t>
      </w:r>
      <w:r>
        <w:t>......</w:t>
      </w:r>
      <w:r>
        <w:rPr>
          <w:b/>
        </w:rPr>
        <w:t xml:space="preserve"> chương trình đào t</w:t>
      </w:r>
      <w:r>
        <w:rPr>
          <w:b/>
        </w:rPr>
        <w:t>ạ</w:t>
      </w:r>
      <w:r>
        <w:rPr>
          <w:b/>
        </w:rPr>
        <w:t>o ho</w:t>
      </w:r>
      <w:r>
        <w:rPr>
          <w:b/>
        </w:rPr>
        <w:t>ặ</w:t>
      </w:r>
      <w:r>
        <w:rPr>
          <w:b/>
        </w:rPr>
        <w:t>c ho</w:t>
      </w:r>
      <w:r>
        <w:rPr>
          <w:b/>
        </w:rPr>
        <w:t>ạ</w:t>
      </w:r>
      <w:r>
        <w:rPr>
          <w:b/>
        </w:rPr>
        <w:t>t đ</w:t>
      </w:r>
      <w:r>
        <w:rPr>
          <w:b/>
        </w:rPr>
        <w:t>ộ</w:t>
      </w:r>
      <w:r>
        <w:rPr>
          <w:b/>
        </w:rPr>
        <w:t>ng n</w:t>
      </w:r>
      <w:r>
        <w:rPr>
          <w:b/>
        </w:rPr>
        <w:t>ộ</w:t>
      </w:r>
      <w:r>
        <w:rPr>
          <w:b/>
        </w:rPr>
        <w:t>i b</w:t>
      </w:r>
      <w:r>
        <w:rPr>
          <w:b/>
        </w:rPr>
        <w:t>ộ</w:t>
      </w:r>
      <w:r>
        <w:t>, góp ph</w:t>
      </w:r>
      <w:r>
        <w:t>ầ</w:t>
      </w:r>
      <w:r>
        <w:t>n nâng cao s</w:t>
      </w:r>
      <w:r>
        <w:t>ự</w:t>
      </w:r>
      <w:r>
        <w:t xml:space="preserve"> g</w:t>
      </w:r>
      <w:r>
        <w:t>ắ</w:t>
      </w:r>
      <w:r>
        <w:t>n k</w:t>
      </w:r>
      <w:r>
        <w:t>ế</w:t>
      </w:r>
      <w:r>
        <w:t>t c</w:t>
      </w:r>
      <w:r>
        <w:t>ủ</w:t>
      </w:r>
      <w:r>
        <w:t>a nhân viên.</w:t>
      </w:r>
    </w:p>
    <w:p w14:paraId="11058303" w14:textId="39DF3E33" w:rsidR="004D414E" w:rsidRDefault="006714E2" w:rsidP="00DD593A">
      <w:pPr>
        <w:pStyle w:val="ListBullet"/>
        <w:spacing w:after="120"/>
        <w:jc w:val="both"/>
      </w:pPr>
      <w:r>
        <w:t>Thành th</w:t>
      </w:r>
      <w:r>
        <w:t>ạ</w:t>
      </w:r>
      <w:r>
        <w:t>o các công c</w:t>
      </w:r>
      <w:r>
        <w:t>ụ</w:t>
      </w:r>
      <w:r>
        <w:t xml:space="preserve"> ho</w:t>
      </w:r>
      <w:r>
        <w:t>ặ</w:t>
      </w:r>
      <w:r>
        <w:t>c ph</w:t>
      </w:r>
      <w:r>
        <w:t>ầ</w:t>
      </w:r>
      <w:r>
        <w:t>n m</w:t>
      </w:r>
      <w:r>
        <w:t>ề</w:t>
      </w:r>
      <w:r>
        <w:t>m như .......................</w:t>
      </w:r>
      <w:r>
        <w:t>......... ph</w:t>
      </w:r>
      <w:r>
        <w:t>ụ</w:t>
      </w:r>
      <w:r>
        <w:t>c v</w:t>
      </w:r>
      <w:r>
        <w:t>ụ</w:t>
      </w:r>
      <w:r>
        <w:t xml:space="preserve"> công tác qu</w:t>
      </w:r>
      <w:r>
        <w:t>ả</w:t>
      </w:r>
      <w:r>
        <w:t>n lý nhân s</w:t>
      </w:r>
      <w:r>
        <w:t>ự</w:t>
      </w:r>
      <w:r>
        <w:t>.</w:t>
      </w:r>
    </w:p>
    <w:p w14:paraId="1B7FB8DA" w14:textId="4461FF7F" w:rsidR="004D414E" w:rsidRDefault="006714E2">
      <w:pPr>
        <w:spacing w:after="120"/>
        <w:jc w:val="both"/>
      </w:pPr>
      <w:r>
        <w:t>Tôi là ngư</w:t>
      </w:r>
      <w:r>
        <w:t>ờ</w:t>
      </w:r>
      <w:r>
        <w:t>i c</w:t>
      </w:r>
      <w:r>
        <w:t>ẩ</w:t>
      </w:r>
      <w:r>
        <w:t>n th</w:t>
      </w:r>
      <w:r>
        <w:t>ậ</w:t>
      </w:r>
      <w:r>
        <w:t>n, có tinh th</w:t>
      </w:r>
      <w:r>
        <w:t>ầ</w:t>
      </w:r>
      <w:r>
        <w:t>n trách nhi</w:t>
      </w:r>
      <w:r>
        <w:t>ệ</w:t>
      </w:r>
      <w:r>
        <w:t>m và</w:t>
      </w:r>
      <w:r>
        <w:t xml:space="preserve"> luôn đ</w:t>
      </w:r>
      <w:r>
        <w:t>ề</w:t>
      </w:r>
      <w:r>
        <w:t xml:space="preserve"> cao tính b</w:t>
      </w:r>
      <w:r>
        <w:t>ả</w:t>
      </w:r>
      <w:r>
        <w:t>o m</w:t>
      </w:r>
      <w:r>
        <w:t>ậ</w:t>
      </w:r>
      <w:r>
        <w:t>t trong công vi</w:t>
      </w:r>
      <w:r>
        <w:t>ệ</w:t>
      </w:r>
      <w:r>
        <w:t>c. Bên c</w:t>
      </w:r>
      <w:r>
        <w:t>ạ</w:t>
      </w:r>
      <w:r>
        <w:t>nh đó, tôi không ng</w:t>
      </w:r>
      <w:r>
        <w:t>ừ</w:t>
      </w:r>
      <w:r>
        <w:t>ng h</w:t>
      </w:r>
      <w:r>
        <w:t>ọ</w:t>
      </w:r>
      <w:r>
        <w:t>c h</w:t>
      </w:r>
      <w:r>
        <w:t>ỏ</w:t>
      </w:r>
      <w:r>
        <w:t>i, c</w:t>
      </w:r>
      <w:r>
        <w:t>ậ</w:t>
      </w:r>
      <w:r>
        <w:t>p nh</w:t>
      </w:r>
      <w:r>
        <w:t>ậ</w:t>
      </w:r>
      <w:r>
        <w:t>t ki</w:t>
      </w:r>
      <w:r>
        <w:t>ế</w:t>
      </w:r>
      <w:r>
        <w:t>n th</w:t>
      </w:r>
      <w:r>
        <w:t>ứ</w:t>
      </w:r>
      <w:r>
        <w:t>c v</w:t>
      </w:r>
      <w:r>
        <w:t>ề</w:t>
      </w:r>
      <w:r>
        <w:t xml:space="preserve"> qu</w:t>
      </w:r>
      <w:r>
        <w:t>ả</w:t>
      </w:r>
      <w:r>
        <w:t>n tr</w:t>
      </w:r>
      <w:r>
        <w:t>ị</w:t>
      </w:r>
      <w:r>
        <w:t xml:space="preserve"> nhân s</w:t>
      </w:r>
      <w:r>
        <w:t>ự</w:t>
      </w:r>
      <w:r>
        <w:t xml:space="preserve"> và pháp lu</w:t>
      </w:r>
      <w:r>
        <w:t>ậ</w:t>
      </w:r>
      <w:r>
        <w:t>t lao đ</w:t>
      </w:r>
      <w:r>
        <w:t>ộ</w:t>
      </w:r>
      <w:r>
        <w:t>ng nh</w:t>
      </w:r>
      <w:r>
        <w:t>ằ</w:t>
      </w:r>
      <w:r>
        <w:t>m nâng cao chuyên môn, đ</w:t>
      </w:r>
      <w:r>
        <w:t>ồ</w:t>
      </w:r>
      <w:r>
        <w:t>ng th</w:t>
      </w:r>
      <w:r>
        <w:t>ờ</w:t>
      </w:r>
      <w:r>
        <w:t>i mang đ</w:t>
      </w:r>
      <w:r>
        <w:t>ế</w:t>
      </w:r>
      <w:r>
        <w:t xml:space="preserve">n </w:t>
      </w:r>
      <w:r>
        <w:t>gi</w:t>
      </w:r>
      <w:r>
        <w:t>ả</w:t>
      </w:r>
      <w:r>
        <w:t>i pháp phù h</w:t>
      </w:r>
      <w:r>
        <w:t>ợ</w:t>
      </w:r>
      <w:r>
        <w:t>p v</w:t>
      </w:r>
      <w:r>
        <w:t>ớ</w:t>
      </w:r>
      <w:r>
        <w:t>i nhu c</w:t>
      </w:r>
      <w:r>
        <w:t>ầ</w:t>
      </w:r>
      <w:r>
        <w:t>u phát tri</w:t>
      </w:r>
      <w:r>
        <w:t>ể</w:t>
      </w:r>
      <w:r>
        <w:t>n c</w:t>
      </w:r>
      <w:r>
        <w:t>ủ</w:t>
      </w:r>
      <w:r>
        <w:t>a doanh nghi</w:t>
      </w:r>
      <w:r>
        <w:t>ệ</w:t>
      </w:r>
      <w:r>
        <w:t>p.</w:t>
      </w:r>
    </w:p>
    <w:p w14:paraId="0DE33480" w14:textId="77777777" w:rsidR="004D414E" w:rsidRDefault="006714E2">
      <w:pPr>
        <w:spacing w:after="120"/>
        <w:jc w:val="both"/>
      </w:pPr>
      <w:r>
        <w:t xml:space="preserve">Tôi </w:t>
      </w:r>
      <w:r>
        <w:t>tin r</w:t>
      </w:r>
      <w:r>
        <w:t>ằ</w:t>
      </w:r>
      <w:r>
        <w:t>ng v</w:t>
      </w:r>
      <w:r>
        <w:t>ớ</w:t>
      </w:r>
      <w:r>
        <w:t>i kinh nghi</w:t>
      </w:r>
      <w:r>
        <w:t>ệ</w:t>
      </w:r>
      <w:r>
        <w:t>m th</w:t>
      </w:r>
      <w:r>
        <w:t>ự</w:t>
      </w:r>
      <w:r>
        <w:t>c t</w:t>
      </w:r>
      <w:r>
        <w:t>ế</w:t>
      </w:r>
      <w:r>
        <w:t>, k</w:t>
      </w:r>
      <w:r>
        <w:t>ỹ</w:t>
      </w:r>
      <w:r>
        <w:t xml:space="preserve"> năng giao ti</w:t>
      </w:r>
      <w:r>
        <w:t>ế</w:t>
      </w:r>
      <w:r>
        <w:t>p và kh</w:t>
      </w:r>
      <w:r>
        <w:t>ả</w:t>
      </w:r>
      <w:r>
        <w:t xml:space="preserve"> năng ph</w:t>
      </w:r>
      <w:r>
        <w:t>ố</w:t>
      </w:r>
      <w:r>
        <w:t>i h</w:t>
      </w:r>
      <w:r>
        <w:t>ợ</w:t>
      </w:r>
      <w:r>
        <w:t>p t</w:t>
      </w:r>
      <w:r>
        <w:t>ố</w:t>
      </w:r>
      <w:r>
        <w:t>t v</w:t>
      </w:r>
      <w:r>
        <w:t>ớ</w:t>
      </w:r>
      <w:r>
        <w:t>i các phòng ban, tôi s</w:t>
      </w:r>
      <w:r>
        <w:t>ẽ</w:t>
      </w:r>
      <w:r>
        <w:t xml:space="preserve"> nhanh chóng hòa nh</w:t>
      </w:r>
      <w:r>
        <w:t>ậ</w:t>
      </w:r>
      <w:r>
        <w:t>p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>c t</w:t>
      </w:r>
      <w:r>
        <w:t>ạ</w:t>
      </w:r>
      <w:r>
        <w:t>i Quý công ty và đóng góp tích c</w:t>
      </w:r>
      <w:r>
        <w:t>ự</w:t>
      </w:r>
      <w:r>
        <w:t>c vào công tác qu</w:t>
      </w:r>
      <w:r>
        <w:t>ả</w:t>
      </w:r>
      <w:r>
        <w:t>n tr</w:t>
      </w:r>
      <w:r>
        <w:t>ị</w:t>
      </w:r>
      <w:r>
        <w:t xml:space="preserve"> ngu</w:t>
      </w:r>
      <w:r>
        <w:t>ồ</w:t>
      </w:r>
      <w:r>
        <w:t>n nhân l</w:t>
      </w:r>
      <w:r>
        <w:t>ự</w:t>
      </w:r>
      <w:r>
        <w:t>c.</w:t>
      </w:r>
    </w:p>
    <w:p w14:paraId="6061D9E8" w14:textId="77777777" w:rsidR="004D414E" w:rsidRDefault="006714E2">
      <w:pPr>
        <w:spacing w:after="120"/>
        <w:jc w:val="both"/>
      </w:pPr>
      <w:r>
        <w:t>Tôi xin g</w:t>
      </w:r>
      <w:r>
        <w:t>ử</w:t>
      </w:r>
      <w:r>
        <w:t xml:space="preserve">i kèm </w:t>
      </w:r>
      <w:r>
        <w:rPr>
          <w:b/>
        </w:rPr>
        <w:t>CV cùng các tài l</w:t>
      </w:r>
      <w:r>
        <w:rPr>
          <w:b/>
        </w:rPr>
        <w:t>i</w:t>
      </w:r>
      <w:r>
        <w:rPr>
          <w:b/>
        </w:rPr>
        <w:t>ệ</w:t>
      </w:r>
      <w:r>
        <w:rPr>
          <w:b/>
        </w:rPr>
        <w:t>u liên quan</w:t>
      </w:r>
      <w:r>
        <w:t xml:space="preserve"> đ</w:t>
      </w:r>
      <w:r>
        <w:t>ể</w:t>
      </w:r>
      <w:r>
        <w:t xml:space="preserve"> Quý công ty thu</w:t>
      </w:r>
      <w:r>
        <w:t>ậ</w:t>
      </w:r>
      <w:r>
        <w:t>n ti</w:t>
      </w:r>
      <w:r>
        <w:t>ệ</w:t>
      </w:r>
      <w:r>
        <w:t>n tham kh</w:t>
      </w:r>
      <w:r>
        <w:t>ả</w:t>
      </w:r>
      <w:r>
        <w:t>o.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trao đ</w:t>
      </w:r>
      <w:r>
        <w:t>ổ</w:t>
      </w:r>
      <w:r>
        <w:t>i tr</w:t>
      </w:r>
      <w:r>
        <w:t>ự</w:t>
      </w:r>
      <w:r>
        <w:t>c ti</w:t>
      </w:r>
      <w:r>
        <w:t>ế</w:t>
      </w:r>
      <w:r>
        <w:t>p trong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đ</w:t>
      </w:r>
      <w:r>
        <w:t>ể</w:t>
      </w:r>
      <w:r>
        <w:t xml:space="preserve"> trình bày rõ hơn v</w:t>
      </w:r>
      <w:r>
        <w:t>ề</w:t>
      </w:r>
      <w:r>
        <w:t xml:space="preserve"> kinh nghi</w:t>
      </w:r>
      <w:r>
        <w:t>ệ</w:t>
      </w:r>
      <w:r>
        <w:t>m, k</w:t>
      </w:r>
      <w:r>
        <w:t>ỹ</w:t>
      </w:r>
      <w:r>
        <w:t xml:space="preserve"> năng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thân.</w:t>
      </w:r>
    </w:p>
    <w:p w14:paraId="24F17718" w14:textId="77777777" w:rsidR="004D414E" w:rsidRDefault="006714E2">
      <w:pPr>
        <w:spacing w:after="280"/>
        <w:jc w:val="both"/>
      </w:pPr>
      <w:r>
        <w:t>Xin chân thành c</w:t>
      </w:r>
      <w:r>
        <w:t>ả</w:t>
      </w:r>
      <w:r>
        <w:t>m ơn Quý công ty!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4D414E" w14:paraId="362E4DF4" w14:textId="77777777">
        <w:tc>
          <w:tcPr>
            <w:tcW w:w="4680" w:type="dxa"/>
          </w:tcPr>
          <w:p w14:paraId="5E729714" w14:textId="77777777" w:rsidR="004D414E" w:rsidRDefault="004D414E"/>
        </w:tc>
        <w:tc>
          <w:tcPr>
            <w:tcW w:w="4680" w:type="dxa"/>
          </w:tcPr>
          <w:p w14:paraId="6D1ABF6B" w14:textId="77777777" w:rsidR="004D414E" w:rsidRDefault="006714E2">
            <w:pPr>
              <w:spacing w:after="80"/>
              <w:jc w:val="center"/>
            </w:pPr>
            <w:r>
              <w:rPr>
                <w:i/>
              </w:rPr>
              <w:t>............., ngày ...... 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29715AA4" w14:textId="77777777" w:rsidR="006714E2" w:rsidRDefault="006714E2"/>
    <w:sectPr w:rsidR="006714E2" w:rsidSect="00DD593A">
      <w:pgSz w:w="11907" w:h="16840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414E"/>
    <w:rsid w:val="006714E2"/>
    <w:rsid w:val="00AA1D8D"/>
    <w:rsid w:val="00B47730"/>
    <w:rsid w:val="00CB0664"/>
    <w:rsid w:val="00DD59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19DA859"/>
  <w14:defaultImageDpi w14:val="300"/>
  <w15:docId w15:val="{0872FDE5-2B82-4FE2-8877-FBC4E3B5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2026-09-13T14:46:00Z</dcterms:modified>
  <cp:category/>
</cp:coreProperties>
</file>