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97D72B" w14:textId="77777777" w:rsidR="006D6812" w:rsidRDefault="00A568B9">
      <w:pPr>
        <w:spacing w:after="40"/>
        <w:jc w:val="center"/>
      </w:pPr>
      <w:r>
        <w:rPr>
          <w:b/>
          <w:sz w:val="26"/>
        </w:rPr>
        <w:t>C</w:t>
      </w:r>
      <w:r>
        <w:rPr>
          <w:b/>
          <w:sz w:val="26"/>
        </w:rPr>
        <w:t>Ộ</w:t>
      </w:r>
      <w:r>
        <w:rPr>
          <w:b/>
          <w:sz w:val="26"/>
        </w:rPr>
        <w:t>NG HÒA XÃ H</w:t>
      </w:r>
      <w:r>
        <w:rPr>
          <w:b/>
          <w:sz w:val="26"/>
        </w:rPr>
        <w:t>Ộ</w:t>
      </w:r>
      <w:r>
        <w:rPr>
          <w:b/>
          <w:sz w:val="26"/>
        </w:rPr>
        <w:t>I CH</w:t>
      </w:r>
      <w:r>
        <w:rPr>
          <w:b/>
          <w:sz w:val="26"/>
        </w:rPr>
        <w:t>Ủ</w:t>
      </w:r>
      <w:r>
        <w:rPr>
          <w:b/>
          <w:sz w:val="26"/>
        </w:rPr>
        <w:t xml:space="preserve"> NGHĨA VI</w:t>
      </w:r>
      <w:r>
        <w:rPr>
          <w:b/>
          <w:sz w:val="26"/>
        </w:rPr>
        <w:t>Ệ</w:t>
      </w:r>
      <w:r>
        <w:rPr>
          <w:b/>
          <w:sz w:val="26"/>
        </w:rPr>
        <w:t>T NAM</w:t>
      </w:r>
      <w:r>
        <w:rPr>
          <w:b/>
          <w:sz w:val="26"/>
        </w:rPr>
        <w:br/>
        <w:t>Đ</w:t>
      </w:r>
      <w:r>
        <w:rPr>
          <w:b/>
          <w:sz w:val="26"/>
        </w:rPr>
        <w:t>ộ</w:t>
      </w:r>
      <w:r>
        <w:rPr>
          <w:b/>
          <w:sz w:val="26"/>
        </w:rPr>
        <w:t>c l</w:t>
      </w:r>
      <w:r>
        <w:rPr>
          <w:b/>
          <w:sz w:val="26"/>
        </w:rPr>
        <w:t>ậ</w:t>
      </w:r>
      <w:r>
        <w:rPr>
          <w:b/>
          <w:sz w:val="26"/>
        </w:rPr>
        <w:t>p - T</w:t>
      </w:r>
      <w:r>
        <w:rPr>
          <w:b/>
          <w:sz w:val="26"/>
        </w:rPr>
        <w:t>ự</w:t>
      </w:r>
      <w:r>
        <w:rPr>
          <w:b/>
          <w:sz w:val="26"/>
        </w:rPr>
        <w:t xml:space="preserve"> do - H</w:t>
      </w:r>
      <w:r>
        <w:rPr>
          <w:b/>
          <w:sz w:val="26"/>
        </w:rPr>
        <w:t>ạ</w:t>
      </w:r>
      <w:r>
        <w:rPr>
          <w:b/>
          <w:sz w:val="26"/>
        </w:rPr>
        <w:t>nh phúc</w:t>
      </w:r>
    </w:p>
    <w:p w14:paraId="35266B2E" w14:textId="77777777" w:rsidR="006D6812" w:rsidRDefault="00A568B9">
      <w:pPr>
        <w:spacing w:before="280" w:after="280"/>
        <w:jc w:val="center"/>
      </w:pPr>
      <w:r>
        <w:rPr>
          <w:b/>
          <w:sz w:val="32"/>
        </w:rPr>
        <w:t>ĐƠN XIN VI</w:t>
      </w:r>
      <w:r>
        <w:rPr>
          <w:b/>
          <w:sz w:val="32"/>
        </w:rPr>
        <w:t>Ệ</w:t>
      </w:r>
      <w:r>
        <w:rPr>
          <w:b/>
          <w:sz w:val="32"/>
        </w:rPr>
        <w:t>C</w:t>
      </w:r>
    </w:p>
    <w:p w14:paraId="1DEAA665" w14:textId="77777777" w:rsidR="006D6812" w:rsidRDefault="00A568B9">
      <w:pPr>
        <w:spacing w:after="120"/>
      </w:pPr>
      <w:r>
        <w:rPr>
          <w:b/>
        </w:rPr>
        <w:t>Kính g</w:t>
      </w:r>
      <w:r>
        <w:rPr>
          <w:b/>
        </w:rPr>
        <w:t>ử</w:t>
      </w:r>
      <w:r>
        <w:rPr>
          <w:b/>
        </w:rPr>
        <w:t xml:space="preserve">i: </w:t>
      </w:r>
      <w:r>
        <w:t>Ban Giám đ</w:t>
      </w:r>
      <w:r>
        <w:t>ố</w:t>
      </w:r>
      <w:r>
        <w:t>c và Phòng Nhân s</w:t>
      </w:r>
      <w:r>
        <w:t>ự</w:t>
      </w:r>
      <w:r>
        <w:t xml:space="preserve"> Công ty ........................................</w:t>
      </w:r>
    </w:p>
    <w:p w14:paraId="2B0328AE" w14:textId="3FB8771E" w:rsidR="006D6812" w:rsidRDefault="00A568B9">
      <w:pPr>
        <w:spacing w:after="100"/>
      </w:pPr>
      <w:r>
        <w:rPr>
          <w:b/>
        </w:rPr>
        <w:t>H</w:t>
      </w:r>
      <w:r>
        <w:rPr>
          <w:b/>
        </w:rPr>
        <w:t>ọ</w:t>
      </w:r>
      <w:r>
        <w:rPr>
          <w:b/>
        </w:rPr>
        <w:t xml:space="preserve"> và tên:</w:t>
      </w:r>
      <w:r>
        <w:t xml:space="preserve"> ..................................................................</w:t>
      </w:r>
      <w:r>
        <w:rPr>
          <w:b/>
        </w:rPr>
        <w:t>Ngày sinh:</w:t>
      </w:r>
      <w:r>
        <w:t xml:space="preserve"> ........................</w:t>
      </w:r>
      <w:r>
        <w:t>....................................</w:t>
      </w:r>
    </w:p>
    <w:p w14:paraId="3085EF5B" w14:textId="456B5A89" w:rsidR="006D6812" w:rsidRDefault="00A568B9">
      <w:pPr>
        <w:spacing w:after="100"/>
      </w:pPr>
      <w:r>
        <w:rPr>
          <w:b/>
        </w:rPr>
        <w:t>Đ</w:t>
      </w:r>
      <w:r>
        <w:rPr>
          <w:b/>
        </w:rPr>
        <w:t>ị</w:t>
      </w:r>
      <w:r>
        <w:rPr>
          <w:b/>
        </w:rPr>
        <w:t>a ch</w:t>
      </w:r>
      <w:r>
        <w:rPr>
          <w:b/>
        </w:rPr>
        <w:t>ỉ</w:t>
      </w:r>
      <w:r>
        <w:rPr>
          <w:b/>
        </w:rPr>
        <w:t>:</w:t>
      </w:r>
      <w:r>
        <w:t xml:space="preserve"> ...................................................................</w:t>
      </w:r>
      <w:r>
        <w:rPr>
          <w:b/>
        </w:rPr>
        <w:t>S</w:t>
      </w:r>
      <w:r>
        <w:rPr>
          <w:b/>
        </w:rPr>
        <w:t>ố</w:t>
      </w:r>
      <w:r>
        <w:rPr>
          <w:b/>
        </w:rPr>
        <w:t xml:space="preserve"> đi</w:t>
      </w:r>
      <w:r>
        <w:rPr>
          <w:b/>
        </w:rPr>
        <w:t>ệ</w:t>
      </w:r>
      <w:r>
        <w:rPr>
          <w:b/>
        </w:rPr>
        <w:t>n tho</w:t>
      </w:r>
      <w:r>
        <w:rPr>
          <w:b/>
        </w:rPr>
        <w:t>ạ</w:t>
      </w:r>
      <w:r>
        <w:rPr>
          <w:b/>
        </w:rPr>
        <w:t>i:</w:t>
      </w:r>
      <w:r>
        <w:t xml:space="preserve"> ...................</w:t>
      </w:r>
      <w:r>
        <w:t>....</w:t>
      </w:r>
      <w:r>
        <w:t>...................................</w:t>
      </w:r>
    </w:p>
    <w:p w14:paraId="1D3C3381" w14:textId="77777777" w:rsidR="006D6812" w:rsidRDefault="00A568B9">
      <w:pPr>
        <w:spacing w:after="160"/>
      </w:pPr>
      <w:r>
        <w:rPr>
          <w:b/>
        </w:rPr>
        <w:t>Email:</w:t>
      </w:r>
      <w:r>
        <w:t xml:space="preserve"> ....................................................................</w:t>
      </w:r>
    </w:p>
    <w:p w14:paraId="29908D3E" w14:textId="77777777" w:rsidR="006D6812" w:rsidRDefault="00A568B9">
      <w:pPr>
        <w:spacing w:after="120"/>
        <w:jc w:val="both"/>
      </w:pPr>
      <w:r>
        <w:t>Qua thông tin tuy</w:t>
      </w:r>
      <w:r>
        <w:t>ể</w:t>
      </w:r>
      <w:r>
        <w:t>n d</w:t>
      </w:r>
      <w:r>
        <w:t>ụ</w:t>
      </w:r>
      <w:r>
        <w:t>ng đư</w:t>
      </w:r>
      <w:r>
        <w:t>ợ</w:t>
      </w:r>
      <w:r>
        <w:t>c đăng t</w:t>
      </w:r>
      <w:r>
        <w:t>ả</w:t>
      </w:r>
      <w:r>
        <w:t xml:space="preserve">i trên </w:t>
      </w:r>
      <w:r>
        <w:rPr>
          <w:b/>
        </w:rPr>
        <w:t>HRCV</w:t>
      </w:r>
      <w:r>
        <w:t>, tôi đư</w:t>
      </w:r>
      <w:r>
        <w:t>ợ</w:t>
      </w:r>
      <w:r>
        <w:t>c bi</w:t>
      </w:r>
      <w:r>
        <w:t>ế</w:t>
      </w:r>
      <w:r>
        <w:t>t Quý công ty đang tuy</w:t>
      </w:r>
      <w:r>
        <w:t>ể</w:t>
      </w:r>
      <w:r>
        <w:t>n d</w:t>
      </w:r>
      <w:r>
        <w:t>ụ</w:t>
      </w:r>
      <w:r>
        <w:t>ng v</w:t>
      </w:r>
      <w:r>
        <w:t>ị</w:t>
      </w:r>
      <w:r>
        <w:t xml:space="preserve"> trí .....................................</w:t>
      </w:r>
      <w:r>
        <w:t>.... M</w:t>
      </w:r>
      <w:r>
        <w:t>ặ</w:t>
      </w:r>
      <w:r>
        <w:t>c dù trư</w:t>
      </w:r>
      <w:r>
        <w:t>ớ</w:t>
      </w:r>
      <w:r>
        <w:t>c đây tôi ch</w:t>
      </w:r>
      <w:r>
        <w:t>ủ</w:t>
      </w:r>
      <w:r>
        <w:t xml:space="preserve"> y</w:t>
      </w:r>
      <w:r>
        <w:t>ế</w:t>
      </w:r>
      <w:r>
        <w:t>u làm vi</w:t>
      </w:r>
      <w:r>
        <w:t>ệ</w:t>
      </w:r>
      <w:r>
        <w:t>c trong lĩnh v</w:t>
      </w:r>
      <w:r>
        <w:t>ự</w:t>
      </w:r>
      <w:r>
        <w:t>c ..................................., nhưng sau quá trình tìm hi</w:t>
      </w:r>
      <w:r>
        <w:t>ể</w:t>
      </w:r>
      <w:r>
        <w:t>u và đ</w:t>
      </w:r>
      <w:r>
        <w:t>ị</w:t>
      </w:r>
      <w:r>
        <w:t>nh hư</w:t>
      </w:r>
      <w:r>
        <w:t>ớ</w:t>
      </w:r>
      <w:r>
        <w:t>ng l</w:t>
      </w:r>
      <w:r>
        <w:t>ạ</w:t>
      </w:r>
      <w:r>
        <w:t>i s</w:t>
      </w:r>
      <w:r>
        <w:t>ự</w:t>
      </w:r>
      <w:r>
        <w:t xml:space="preserve"> nghi</w:t>
      </w:r>
      <w:r>
        <w:t>ệ</w:t>
      </w:r>
      <w:r>
        <w:t>p, tôi nh</w:t>
      </w:r>
      <w:r>
        <w:t>ậ</w:t>
      </w:r>
      <w:r>
        <w:t>n th</w:t>
      </w:r>
      <w:r>
        <w:t>ấ</w:t>
      </w:r>
      <w:r>
        <w:t>y b</w:t>
      </w:r>
      <w:r>
        <w:t>ả</w:t>
      </w:r>
      <w:r>
        <w:t>n thân có ni</w:t>
      </w:r>
      <w:r>
        <w:t>ề</w:t>
      </w:r>
      <w:r>
        <w:t>m yêu thích và mong mu</w:t>
      </w:r>
      <w:r>
        <w:t>ố</w:t>
      </w:r>
      <w:r>
        <w:t>n phát tri</w:t>
      </w:r>
      <w:r>
        <w:t>ể</w:t>
      </w:r>
      <w:r>
        <w:t>n lâu dài v</w:t>
      </w:r>
      <w:r>
        <w:t>ớ</w:t>
      </w:r>
      <w:r>
        <w:t>i lĩnh v</w:t>
      </w:r>
      <w:r>
        <w:t>ự</w:t>
      </w:r>
      <w:r>
        <w:t>c .................</w:t>
      </w:r>
      <w:r>
        <w:t>................... Vì v</w:t>
      </w:r>
      <w:r>
        <w:t>ậ</w:t>
      </w:r>
      <w:r>
        <w:t>y, tôi m</w:t>
      </w:r>
      <w:r>
        <w:t>ạ</w:t>
      </w:r>
      <w:r>
        <w:t>nh d</w:t>
      </w:r>
      <w:r>
        <w:t>ạ</w:t>
      </w:r>
      <w:r>
        <w:t>n g</w:t>
      </w:r>
      <w:r>
        <w:t>ử</w:t>
      </w:r>
      <w:r>
        <w:t>i đơn này đ</w:t>
      </w:r>
      <w:r>
        <w:t>ể</w:t>
      </w:r>
      <w:r>
        <w:t xml:space="preserve"> </w:t>
      </w:r>
      <w:r>
        <w:t>ứ</w:t>
      </w:r>
      <w:r>
        <w:t>ng tuy</w:t>
      </w:r>
      <w:r>
        <w:t>ể</w:t>
      </w:r>
      <w:r>
        <w:t>n vào v</w:t>
      </w:r>
      <w:r>
        <w:t>ị</w:t>
      </w:r>
      <w:r>
        <w:t xml:space="preserve"> trí trên.</w:t>
      </w:r>
    </w:p>
    <w:p w14:paraId="298751E6" w14:textId="77777777" w:rsidR="006D6812" w:rsidRDefault="00A568B9">
      <w:pPr>
        <w:spacing w:after="120"/>
        <w:jc w:val="both"/>
      </w:pPr>
      <w:r>
        <w:t>Trong quá trình làm vi</w:t>
      </w:r>
      <w:r>
        <w:t>ệ</w:t>
      </w:r>
      <w:r>
        <w:t>c trư</w:t>
      </w:r>
      <w:r>
        <w:t>ớ</w:t>
      </w:r>
      <w:r>
        <w:t>c đây, tôi đã tích lũy đư</w:t>
      </w:r>
      <w:r>
        <w:t>ợ</w:t>
      </w:r>
      <w:r>
        <w:t>c nhi</w:t>
      </w:r>
      <w:r>
        <w:t>ề</w:t>
      </w:r>
      <w:r>
        <w:t>u k</w:t>
      </w:r>
      <w:r>
        <w:t>ỹ</w:t>
      </w:r>
      <w:r>
        <w:t xml:space="preserve"> năng có th</w:t>
      </w:r>
      <w:r>
        <w:t>ể</w:t>
      </w:r>
      <w:r>
        <w:t xml:space="preserve"> áp d</w:t>
      </w:r>
      <w:r>
        <w:t>ụ</w:t>
      </w:r>
      <w:r>
        <w:t>ng vào công vi</w:t>
      </w:r>
      <w:r>
        <w:t>ệ</w:t>
      </w:r>
      <w:r>
        <w:t>c m</w:t>
      </w:r>
      <w:r>
        <w:t>ớ</w:t>
      </w:r>
      <w:r>
        <w:t>i như giao ti</w:t>
      </w:r>
      <w:r>
        <w:t>ế</w:t>
      </w:r>
      <w:r>
        <w:t>p, qu</w:t>
      </w:r>
      <w:r>
        <w:t>ả</w:t>
      </w:r>
      <w:r>
        <w:t>n lý th</w:t>
      </w:r>
      <w:r>
        <w:t>ờ</w:t>
      </w:r>
      <w:r>
        <w:t>i gian, làm vi</w:t>
      </w:r>
      <w:r>
        <w:t>ệ</w:t>
      </w:r>
      <w:r>
        <w:t>c nhóm, gi</w:t>
      </w:r>
      <w:r>
        <w:t>ả</w:t>
      </w:r>
      <w:r>
        <w:t>i quy</w:t>
      </w:r>
      <w:r>
        <w:t>ế</w:t>
      </w:r>
      <w:r>
        <w:t>t v</w:t>
      </w:r>
      <w:r>
        <w:t>ấ</w:t>
      </w:r>
      <w:r>
        <w:t>n đ</w:t>
      </w:r>
      <w:r>
        <w:t>ề</w:t>
      </w:r>
      <w:r>
        <w:t xml:space="preserve"> và</w:t>
      </w:r>
      <w:r>
        <w:t xml:space="preserve"> ph</w:t>
      </w:r>
      <w:r>
        <w:t>ố</w:t>
      </w:r>
      <w:r>
        <w:t>i h</w:t>
      </w:r>
      <w:r>
        <w:t>ợ</w:t>
      </w:r>
      <w:r>
        <w:t>p v</w:t>
      </w:r>
      <w:r>
        <w:t>ớ</w:t>
      </w:r>
      <w:r>
        <w:t>i nhi</w:t>
      </w:r>
      <w:r>
        <w:t>ề</w:t>
      </w:r>
      <w:r>
        <w:t>u phòng ban đ</w:t>
      </w:r>
      <w:r>
        <w:t>ể</w:t>
      </w:r>
      <w:r>
        <w:t xml:space="preserve"> hoàn thành m</w:t>
      </w:r>
      <w:r>
        <w:t>ụ</w:t>
      </w:r>
      <w:r>
        <w:t>c tiêu chung. Bên c</w:t>
      </w:r>
      <w:r>
        <w:t>ạ</w:t>
      </w:r>
      <w:r>
        <w:t>nh đó, tôi cũng đã ch</w:t>
      </w:r>
      <w:r>
        <w:t>ủ</w:t>
      </w:r>
      <w:r>
        <w:t xml:space="preserve"> đ</w:t>
      </w:r>
      <w:r>
        <w:t>ộ</w:t>
      </w:r>
      <w:r>
        <w:t>ng tham gia các khóa h</w:t>
      </w:r>
      <w:r>
        <w:t>ọ</w:t>
      </w:r>
      <w:r>
        <w:t>c, chương trình đào t</w:t>
      </w:r>
      <w:r>
        <w:t>ạ</w:t>
      </w:r>
      <w:r>
        <w:t>o ho</w:t>
      </w:r>
      <w:r>
        <w:t>ặ</w:t>
      </w:r>
      <w:r>
        <w:t>c t</w:t>
      </w:r>
      <w:r>
        <w:t>ự</w:t>
      </w:r>
      <w:r>
        <w:t xml:space="preserve"> h</w:t>
      </w:r>
      <w:r>
        <w:t>ọ</w:t>
      </w:r>
      <w:r>
        <w:t>c v</w:t>
      </w:r>
      <w:r>
        <w:t>ề</w:t>
      </w:r>
      <w:r>
        <w:t xml:space="preserve"> ........................................ nh</w:t>
      </w:r>
      <w:r>
        <w:t>ằ</w:t>
      </w:r>
      <w:r>
        <w:t>m trang b</w:t>
      </w:r>
      <w:r>
        <w:t>ị</w:t>
      </w:r>
      <w:r>
        <w:t xml:space="preserve"> thêm ki</w:t>
      </w:r>
      <w:r>
        <w:t>ế</w:t>
      </w:r>
      <w:r>
        <w:t>n th</w:t>
      </w:r>
      <w:r>
        <w:t>ứ</w:t>
      </w:r>
      <w:r>
        <w:t>c và k</w:t>
      </w:r>
      <w:r>
        <w:t>ỹ</w:t>
      </w:r>
      <w:r>
        <w:t xml:space="preserve"> năng c</w:t>
      </w:r>
      <w:r>
        <w:t>ầ</w:t>
      </w:r>
      <w:r>
        <w:t>n thi</w:t>
      </w:r>
      <w:r>
        <w:t>ế</w:t>
      </w:r>
      <w:r>
        <w:t>t cho công vi</w:t>
      </w:r>
      <w:r>
        <w:t>ệ</w:t>
      </w:r>
      <w:r>
        <w:t>c.</w:t>
      </w:r>
    </w:p>
    <w:p w14:paraId="475DBE3E" w14:textId="77777777" w:rsidR="006D6812" w:rsidRDefault="00A568B9">
      <w:pPr>
        <w:spacing w:after="60"/>
      </w:pPr>
      <w:r>
        <w:t>M</w:t>
      </w:r>
      <w:r>
        <w:t>ộ</w:t>
      </w:r>
      <w:r>
        <w:t>t s</w:t>
      </w:r>
      <w:r>
        <w:t>ố</w:t>
      </w:r>
      <w:r>
        <w:t xml:space="preserve"> kinh nghi</w:t>
      </w:r>
      <w:r>
        <w:t>ệ</w:t>
      </w:r>
      <w:r>
        <w:t>m và thành qu</w:t>
      </w:r>
      <w:r>
        <w:t>ả</w:t>
      </w:r>
      <w:r>
        <w:t xml:space="preserve"> có th</w:t>
      </w:r>
      <w:r>
        <w:t>ể</w:t>
      </w:r>
      <w:r>
        <w:t xml:space="preserve"> h</w:t>
      </w:r>
      <w:r>
        <w:t>ỗ</w:t>
      </w:r>
      <w:r>
        <w:t xml:space="preserve"> tr</w:t>
      </w:r>
      <w:r>
        <w:t>ợ</w:t>
      </w:r>
      <w:r>
        <w:t xml:space="preserve"> cho v</w:t>
      </w:r>
      <w:r>
        <w:t>ị</w:t>
      </w:r>
      <w:r>
        <w:t xml:space="preserve"> trí </w:t>
      </w:r>
      <w:r>
        <w:t>ứ</w:t>
      </w:r>
      <w:r>
        <w:t>ng tuy</w:t>
      </w:r>
      <w:r>
        <w:t>ể</w:t>
      </w:r>
      <w:r>
        <w:t>n g</w:t>
      </w:r>
      <w:r>
        <w:t>ồ</w:t>
      </w:r>
      <w:r>
        <w:t>m:</w:t>
      </w:r>
    </w:p>
    <w:p w14:paraId="72583A9F" w14:textId="77777777" w:rsidR="006D6812" w:rsidRDefault="00A568B9">
      <w:pPr>
        <w:pStyle w:val="ListBullet"/>
        <w:spacing w:after="40"/>
      </w:pPr>
      <w:r>
        <w:t>Tham gia ....................</w:t>
      </w:r>
      <w:r>
        <w:rPr>
          <w:b/>
        </w:rPr>
        <w:t xml:space="preserve"> d</w:t>
      </w:r>
      <w:r>
        <w:rPr>
          <w:b/>
        </w:rPr>
        <w:t>ự</w:t>
      </w:r>
      <w:r>
        <w:rPr>
          <w:b/>
        </w:rPr>
        <w:t xml:space="preserve"> án ho</w:t>
      </w:r>
      <w:r>
        <w:rPr>
          <w:b/>
        </w:rPr>
        <w:t>ặ</w:t>
      </w:r>
      <w:r>
        <w:rPr>
          <w:b/>
        </w:rPr>
        <w:t>c công vi</w:t>
      </w:r>
      <w:r>
        <w:rPr>
          <w:b/>
        </w:rPr>
        <w:t>ệ</w:t>
      </w:r>
      <w:r>
        <w:rPr>
          <w:b/>
        </w:rPr>
        <w:t>c, giúp phát tri</w:t>
      </w:r>
      <w:r>
        <w:rPr>
          <w:b/>
        </w:rPr>
        <w:t>ể</w:t>
      </w:r>
      <w:r>
        <w:rPr>
          <w:b/>
        </w:rPr>
        <w:t>n k</w:t>
      </w:r>
      <w:r>
        <w:rPr>
          <w:b/>
        </w:rPr>
        <w:t>ỹ</w:t>
      </w:r>
      <w:r>
        <w:rPr>
          <w:b/>
        </w:rPr>
        <w:t xml:space="preserve"> năng </w:t>
      </w:r>
      <w:r>
        <w:t>...............................</w:t>
      </w:r>
    </w:p>
    <w:p w14:paraId="3DCDC765" w14:textId="77777777" w:rsidR="006D6812" w:rsidRDefault="00A568B9">
      <w:pPr>
        <w:pStyle w:val="ListBullet"/>
        <w:spacing w:after="40"/>
      </w:pPr>
      <w:r>
        <w:t>Hoàn thành ....................</w:t>
      </w:r>
      <w:r>
        <w:rPr>
          <w:b/>
        </w:rPr>
        <w:t xml:space="preserve"> khóa h</w:t>
      </w:r>
      <w:r>
        <w:rPr>
          <w:b/>
        </w:rPr>
        <w:t>ọ</w:t>
      </w:r>
      <w:r>
        <w:rPr>
          <w:b/>
        </w:rPr>
        <w:t>c/ch</w:t>
      </w:r>
      <w:r>
        <w:rPr>
          <w:b/>
        </w:rPr>
        <w:t>ứ</w:t>
      </w:r>
      <w:r>
        <w:rPr>
          <w:b/>
        </w:rPr>
        <w:t>ng ch</w:t>
      </w:r>
      <w:r>
        <w:rPr>
          <w:b/>
        </w:rPr>
        <w:t>ỉ</w:t>
      </w:r>
      <w:r>
        <w:rPr>
          <w:b/>
        </w:rPr>
        <w:t xml:space="preserve"> liên quan đ</w:t>
      </w:r>
      <w:r>
        <w:rPr>
          <w:b/>
        </w:rPr>
        <w:t>ế</w:t>
      </w:r>
      <w:r>
        <w:rPr>
          <w:b/>
        </w:rPr>
        <w:t>n lĩnh v</w:t>
      </w:r>
      <w:r>
        <w:rPr>
          <w:b/>
        </w:rPr>
        <w:t>ự</w:t>
      </w:r>
      <w:r>
        <w:rPr>
          <w:b/>
        </w:rPr>
        <w:t>c</w:t>
      </w:r>
      <w:r>
        <w:rPr>
          <w:b/>
        </w:rPr>
        <w:t xml:space="preserve"> </w:t>
      </w:r>
      <w:r>
        <w:t>...............................</w:t>
      </w:r>
    </w:p>
    <w:p w14:paraId="1A673B3F" w14:textId="77777777" w:rsidR="006D6812" w:rsidRDefault="00A568B9">
      <w:pPr>
        <w:pStyle w:val="ListBullet"/>
        <w:spacing w:after="40"/>
      </w:pPr>
      <w:r>
        <w:t>Đ</w:t>
      </w:r>
      <w:r>
        <w:t>ạ</w:t>
      </w:r>
      <w:r>
        <w:t>t ....................</w:t>
      </w:r>
      <w:r>
        <w:rPr>
          <w:b/>
        </w:rPr>
        <w:t xml:space="preserve"> trong quá trình làm vi</w:t>
      </w:r>
      <w:r>
        <w:rPr>
          <w:b/>
        </w:rPr>
        <w:t>ệ</w:t>
      </w:r>
      <w:r>
        <w:rPr>
          <w:b/>
        </w:rPr>
        <w:t>c ho</w:t>
      </w:r>
      <w:r>
        <w:rPr>
          <w:b/>
        </w:rPr>
        <w:t>ặ</w:t>
      </w:r>
      <w:r>
        <w:rPr>
          <w:b/>
        </w:rPr>
        <w:t>c h</w:t>
      </w:r>
      <w:r>
        <w:rPr>
          <w:b/>
        </w:rPr>
        <w:t>ọ</w:t>
      </w:r>
      <w:r>
        <w:rPr>
          <w:b/>
        </w:rPr>
        <w:t>c t</w:t>
      </w:r>
      <w:r>
        <w:rPr>
          <w:b/>
        </w:rPr>
        <w:t>ậ</w:t>
      </w:r>
      <w:r>
        <w:rPr>
          <w:b/>
        </w:rPr>
        <w:t>p, th</w:t>
      </w:r>
      <w:r>
        <w:rPr>
          <w:b/>
        </w:rPr>
        <w:t>ể</w:t>
      </w:r>
      <w:r>
        <w:rPr>
          <w:b/>
        </w:rPr>
        <w:t xml:space="preserve"> hi</w:t>
      </w:r>
      <w:r>
        <w:rPr>
          <w:b/>
        </w:rPr>
        <w:t>ệ</w:t>
      </w:r>
      <w:r>
        <w:rPr>
          <w:b/>
        </w:rPr>
        <w:t>n kh</w:t>
      </w:r>
      <w:r>
        <w:rPr>
          <w:b/>
        </w:rPr>
        <w:t>ả</w:t>
      </w:r>
      <w:r>
        <w:rPr>
          <w:b/>
        </w:rPr>
        <w:t xml:space="preserve"> năng ti</w:t>
      </w:r>
      <w:r>
        <w:rPr>
          <w:b/>
        </w:rPr>
        <w:t>ế</w:t>
      </w:r>
      <w:r>
        <w:rPr>
          <w:b/>
        </w:rPr>
        <w:t>p thu và thích nghi.</w:t>
      </w:r>
    </w:p>
    <w:p w14:paraId="0558934B" w14:textId="77777777" w:rsidR="006D6812" w:rsidRDefault="00A568B9">
      <w:pPr>
        <w:pStyle w:val="ListBullet"/>
        <w:spacing w:after="120"/>
      </w:pPr>
      <w:r>
        <w:t>Thành th</w:t>
      </w:r>
      <w:r>
        <w:t>ạ</w:t>
      </w:r>
      <w:r>
        <w:t>o các công c</w:t>
      </w:r>
      <w:r>
        <w:t>ụ</w:t>
      </w:r>
      <w:r>
        <w:t xml:space="preserve"> ho</w:t>
      </w:r>
      <w:r>
        <w:t>ặ</w:t>
      </w:r>
      <w:r>
        <w:t>c ph</w:t>
      </w:r>
      <w:r>
        <w:t>ầ</w:t>
      </w:r>
      <w:r>
        <w:t>n m</w:t>
      </w:r>
      <w:r>
        <w:t>ề</w:t>
      </w:r>
      <w:r>
        <w:t>m như ..................................., h</w:t>
      </w:r>
      <w:r>
        <w:t>ỗ</w:t>
      </w:r>
      <w:r>
        <w:t xml:space="preserve"> tr</w:t>
      </w:r>
      <w:r>
        <w:t>ợ</w:t>
      </w:r>
      <w:r>
        <w:t xml:space="preserve"> hi</w:t>
      </w:r>
      <w:r>
        <w:t>ệ</w:t>
      </w:r>
      <w:r>
        <w:t>u qu</w:t>
      </w:r>
      <w:r>
        <w:t>ả</w:t>
      </w:r>
      <w:r>
        <w:t xml:space="preserve"> cho công vi</w:t>
      </w:r>
      <w:r>
        <w:t>ệ</w:t>
      </w:r>
      <w:r>
        <w:t>c.</w:t>
      </w:r>
    </w:p>
    <w:p w14:paraId="32174896" w14:textId="77777777" w:rsidR="006D6812" w:rsidRDefault="00A568B9">
      <w:pPr>
        <w:spacing w:after="120"/>
        <w:jc w:val="both"/>
      </w:pPr>
      <w:r>
        <w:t>Tôi hi</w:t>
      </w:r>
      <w:r>
        <w:t>ể</w:t>
      </w:r>
      <w:r>
        <w:t>u</w:t>
      </w:r>
      <w:r>
        <w:t xml:space="preserve"> r</w:t>
      </w:r>
      <w:r>
        <w:t>ằ</w:t>
      </w:r>
      <w:r>
        <w:t>ng vi</w:t>
      </w:r>
      <w:r>
        <w:t>ệ</w:t>
      </w:r>
      <w:r>
        <w:t>c chuy</w:t>
      </w:r>
      <w:r>
        <w:t>ể</w:t>
      </w:r>
      <w:r>
        <w:t>n sang m</w:t>
      </w:r>
      <w:r>
        <w:t>ộ</w:t>
      </w:r>
      <w:r>
        <w:t>t lĩnh v</w:t>
      </w:r>
      <w:r>
        <w:t>ự</w:t>
      </w:r>
      <w:r>
        <w:t>c m</w:t>
      </w:r>
      <w:r>
        <w:t>ớ</w:t>
      </w:r>
      <w:r>
        <w:t>i s</w:t>
      </w:r>
      <w:r>
        <w:t>ẽ</w:t>
      </w:r>
      <w:r>
        <w:t xml:space="preserve"> đòi h</w:t>
      </w:r>
      <w:r>
        <w:t>ỏ</w:t>
      </w:r>
      <w:r>
        <w:t>i nhi</w:t>
      </w:r>
      <w:r>
        <w:t>ề</w:t>
      </w:r>
      <w:r>
        <w:t>u n</w:t>
      </w:r>
      <w:r>
        <w:t>ỗ</w:t>
      </w:r>
      <w:r>
        <w:t xml:space="preserve"> l</w:t>
      </w:r>
      <w:r>
        <w:t>ự</w:t>
      </w:r>
      <w:r>
        <w:t>c hơn. Tuy nhiên, v</w:t>
      </w:r>
      <w:r>
        <w:t>ớ</w:t>
      </w:r>
      <w:r>
        <w:t>i tinh th</w:t>
      </w:r>
      <w:r>
        <w:t>ầ</w:t>
      </w:r>
      <w:r>
        <w:t>n c</w:t>
      </w:r>
      <w:r>
        <w:t>ầ</w:t>
      </w:r>
      <w:r>
        <w:t>u ti</w:t>
      </w:r>
      <w:r>
        <w:t>ế</w:t>
      </w:r>
      <w:r>
        <w:t>n, kh</w:t>
      </w:r>
      <w:r>
        <w:t>ả</w:t>
      </w:r>
      <w:r>
        <w:t xml:space="preserve"> năng h</w:t>
      </w:r>
      <w:r>
        <w:t>ọ</w:t>
      </w:r>
      <w:r>
        <w:t>c h</w:t>
      </w:r>
      <w:r>
        <w:t>ỏ</w:t>
      </w:r>
      <w:r>
        <w:t>i nhanh và s</w:t>
      </w:r>
      <w:r>
        <w:t>ự</w:t>
      </w:r>
      <w:r>
        <w:t xml:space="preserve"> nghiêm túc trong công vi</w:t>
      </w:r>
      <w:r>
        <w:t>ệ</w:t>
      </w:r>
      <w:r>
        <w:t>c, tôi tin mình có th</w:t>
      </w:r>
      <w:r>
        <w:t>ể</w:t>
      </w:r>
      <w:r>
        <w:t xml:space="preserve"> nhanh chóng thích nghi v</w:t>
      </w:r>
      <w:r>
        <w:t>ớ</w:t>
      </w:r>
      <w:r>
        <w:t>i môi trư</w:t>
      </w:r>
      <w:r>
        <w:t>ờ</w:t>
      </w:r>
      <w:r>
        <w:t>ng làm vi</w:t>
      </w:r>
      <w:r>
        <w:t>ệ</w:t>
      </w:r>
      <w:r>
        <w:t>c m</w:t>
      </w:r>
      <w:r>
        <w:t>ớ</w:t>
      </w:r>
      <w:r>
        <w:t>i, ti</w:t>
      </w:r>
      <w:r>
        <w:t>ế</w:t>
      </w:r>
      <w:r>
        <w:t>p thu ki</w:t>
      </w:r>
      <w:r>
        <w:t>ế</w:t>
      </w:r>
      <w:r>
        <w:t>n th</w:t>
      </w:r>
      <w:r>
        <w:t>ứ</w:t>
      </w:r>
      <w:r>
        <w:t>c chuy</w:t>
      </w:r>
      <w:r>
        <w:t>ên môn và hoàn thành t</w:t>
      </w:r>
      <w:r>
        <w:t>ố</w:t>
      </w:r>
      <w:r>
        <w:t>t các nhi</w:t>
      </w:r>
      <w:r>
        <w:t>ệ</w:t>
      </w:r>
      <w:r>
        <w:t>m v</w:t>
      </w:r>
      <w:r>
        <w:t>ụ</w:t>
      </w:r>
      <w:r>
        <w:t xml:space="preserve"> đư</w:t>
      </w:r>
      <w:r>
        <w:t>ợ</w:t>
      </w:r>
      <w:r>
        <w:t>c giao.</w:t>
      </w:r>
    </w:p>
    <w:p w14:paraId="42488001" w14:textId="77777777" w:rsidR="006D6812" w:rsidRDefault="00A568B9">
      <w:pPr>
        <w:spacing w:after="120"/>
        <w:jc w:val="both"/>
      </w:pPr>
      <w:r>
        <w:t>Tôi r</w:t>
      </w:r>
      <w:r>
        <w:t>ấ</w:t>
      </w:r>
      <w:r>
        <w:t>t mong có cơ h</w:t>
      </w:r>
      <w:r>
        <w:t>ộ</w:t>
      </w:r>
      <w:r>
        <w:t>i đư</w:t>
      </w:r>
      <w:r>
        <w:t>ợ</w:t>
      </w:r>
      <w:r>
        <w:t>c trao đ</w:t>
      </w:r>
      <w:r>
        <w:t>ổ</w:t>
      </w:r>
      <w:r>
        <w:t>i tr</w:t>
      </w:r>
      <w:r>
        <w:t>ự</w:t>
      </w:r>
      <w:r>
        <w:t>c ti</w:t>
      </w:r>
      <w:r>
        <w:t>ế</w:t>
      </w:r>
      <w:r>
        <w:t>p v</w:t>
      </w:r>
      <w:r>
        <w:t>ớ</w:t>
      </w:r>
      <w:r>
        <w:t>i Quý công ty đ</w:t>
      </w:r>
      <w:r>
        <w:t>ể</w:t>
      </w:r>
      <w:r>
        <w:t xml:space="preserve"> chia s</w:t>
      </w:r>
      <w:r>
        <w:t>ẻ</w:t>
      </w:r>
      <w:r>
        <w:t xml:space="preserve"> rõ hơn v</w:t>
      </w:r>
      <w:r>
        <w:t>ề</w:t>
      </w:r>
      <w:r>
        <w:t xml:space="preserve"> đ</w:t>
      </w:r>
      <w:r>
        <w:t>ị</w:t>
      </w:r>
      <w:r>
        <w:t>nh hư</w:t>
      </w:r>
      <w:r>
        <w:t>ớ</w:t>
      </w:r>
      <w:r>
        <w:t>ng ngh</w:t>
      </w:r>
      <w:r>
        <w:t>ề</w:t>
      </w:r>
      <w:r>
        <w:t xml:space="preserve"> nghi</w:t>
      </w:r>
      <w:r>
        <w:t>ệ</w:t>
      </w:r>
      <w:r>
        <w:t>p cũng như nh</w:t>
      </w:r>
      <w:r>
        <w:t>ữ</w:t>
      </w:r>
      <w:r>
        <w:t>ng giá tr</w:t>
      </w:r>
      <w:r>
        <w:t>ị</w:t>
      </w:r>
      <w:r>
        <w:t xml:space="preserve"> mà tôi có th</w:t>
      </w:r>
      <w:r>
        <w:t>ể</w:t>
      </w:r>
      <w:r>
        <w:t xml:space="preserve"> mang l</w:t>
      </w:r>
      <w:r>
        <w:t>ạ</w:t>
      </w:r>
      <w:r>
        <w:t>i. Tôi xin g</w:t>
      </w:r>
      <w:r>
        <w:t>ử</w:t>
      </w:r>
      <w:r>
        <w:t xml:space="preserve">i kèm </w:t>
      </w:r>
      <w:r>
        <w:rPr>
          <w:b/>
        </w:rPr>
        <w:t>CV cùng các tài li</w:t>
      </w:r>
      <w:r>
        <w:rPr>
          <w:b/>
        </w:rPr>
        <w:t>ệ</w:t>
      </w:r>
      <w:r>
        <w:rPr>
          <w:b/>
        </w:rPr>
        <w:t>u liên quan</w:t>
      </w:r>
      <w:r>
        <w:t xml:space="preserve"> đ</w:t>
      </w:r>
      <w:r>
        <w:t>ể</w:t>
      </w:r>
      <w:r>
        <w:t xml:space="preserve"> Quý</w:t>
      </w:r>
      <w:r>
        <w:t xml:space="preserve"> công ty thu</w:t>
      </w:r>
      <w:r>
        <w:t>ậ</w:t>
      </w:r>
      <w:r>
        <w:t>n ti</w:t>
      </w:r>
      <w:r>
        <w:t>ệ</w:t>
      </w:r>
      <w:r>
        <w:t>n xem xét.</w:t>
      </w:r>
    </w:p>
    <w:p w14:paraId="72637436" w14:textId="77777777" w:rsidR="006D6812" w:rsidRDefault="00A568B9">
      <w:pPr>
        <w:spacing w:after="280"/>
        <w:jc w:val="both"/>
      </w:pPr>
      <w:r>
        <w:t>Xin chân thành c</w:t>
      </w:r>
      <w:r>
        <w:t>ả</w:t>
      </w:r>
      <w:r>
        <w:t>m ơn Quý công ty!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6D6812" w14:paraId="5976FBFD" w14:textId="77777777">
        <w:tc>
          <w:tcPr>
            <w:tcW w:w="4680" w:type="dxa"/>
          </w:tcPr>
          <w:p w14:paraId="6C6E3141" w14:textId="77777777" w:rsidR="006D6812" w:rsidRDefault="006D6812"/>
        </w:tc>
        <w:tc>
          <w:tcPr>
            <w:tcW w:w="4680" w:type="dxa"/>
          </w:tcPr>
          <w:p w14:paraId="5A646B58" w14:textId="77777777" w:rsidR="006D6812" w:rsidRDefault="00A568B9">
            <w:pPr>
              <w:spacing w:after="80"/>
              <w:jc w:val="center"/>
            </w:pPr>
            <w:r>
              <w:rPr>
                <w:i/>
              </w:rPr>
              <w:t>............., ngày ...... tháng ...... năm ......</w:t>
            </w:r>
            <w:r>
              <w:rPr>
                <w:i/>
              </w:rPr>
              <w:br/>
            </w:r>
            <w:r>
              <w:rPr>
                <w:b/>
              </w:rPr>
              <w:t>Ngư</w:t>
            </w:r>
            <w:r>
              <w:rPr>
                <w:b/>
              </w:rPr>
              <w:t>ờ</w:t>
            </w:r>
            <w:r>
              <w:rPr>
                <w:b/>
              </w:rPr>
              <w:t>i làm đơn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i/>
              </w:rPr>
              <w:t>(Ký và ghi rõ h</w:t>
            </w:r>
            <w:r>
              <w:rPr>
                <w:i/>
              </w:rPr>
              <w:t>ọ</w:t>
            </w:r>
            <w:r>
              <w:rPr>
                <w:i/>
              </w:rPr>
              <w:t xml:space="preserve"> tên)</w:t>
            </w:r>
          </w:p>
        </w:tc>
      </w:tr>
    </w:tbl>
    <w:p w14:paraId="44ADFDC4" w14:textId="77777777" w:rsidR="00A568B9" w:rsidRDefault="00A568B9"/>
    <w:sectPr w:rsidR="00A568B9" w:rsidSect="00B569E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D6812"/>
    <w:rsid w:val="00A568B9"/>
    <w:rsid w:val="00AA1D8D"/>
    <w:rsid w:val="00B47730"/>
    <w:rsid w:val="00B569E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E4EB38D"/>
  <w14:defaultImageDpi w14:val="300"/>
  <w15:docId w15:val="{12CFD1B1-151D-4721-A04A-F05DB6D7F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Forina Tran</cp:lastModifiedBy>
  <cp:revision>2</cp:revision>
  <dcterms:created xsi:type="dcterms:W3CDTF">2013-12-23T23:15:00Z</dcterms:created>
  <dcterms:modified xsi:type="dcterms:W3CDTF">2026-09-13T15:06:00Z</dcterms:modified>
  <cp:category/>
</cp:coreProperties>
</file>