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26EEA" w14:textId="77777777" w:rsidR="00F403A1" w:rsidRDefault="00D4212C">
      <w:pPr>
        <w:spacing w:after="40"/>
        <w:jc w:val="center"/>
      </w:pPr>
      <w:r>
        <w:rPr>
          <w:b/>
          <w:sz w:val="26"/>
        </w:rPr>
        <w:t>C</w:t>
      </w:r>
      <w:r>
        <w:rPr>
          <w:b/>
          <w:sz w:val="26"/>
        </w:rPr>
        <w:t>Ộ</w:t>
      </w:r>
      <w:r>
        <w:rPr>
          <w:b/>
          <w:sz w:val="26"/>
        </w:rPr>
        <w:t>NG HÒA XÃ H</w:t>
      </w:r>
      <w:r>
        <w:rPr>
          <w:b/>
          <w:sz w:val="26"/>
        </w:rPr>
        <w:t>Ộ</w:t>
      </w:r>
      <w:r>
        <w:rPr>
          <w:b/>
          <w:sz w:val="26"/>
        </w:rPr>
        <w:t>I CH</w:t>
      </w:r>
      <w:r>
        <w:rPr>
          <w:b/>
          <w:sz w:val="26"/>
        </w:rPr>
        <w:t>Ủ</w:t>
      </w:r>
      <w:r>
        <w:rPr>
          <w:b/>
          <w:sz w:val="26"/>
        </w:rPr>
        <w:t xml:space="preserve"> NGHĨA VI</w:t>
      </w:r>
      <w:r>
        <w:rPr>
          <w:b/>
          <w:sz w:val="26"/>
        </w:rPr>
        <w:t>Ệ</w:t>
      </w:r>
      <w:r>
        <w:rPr>
          <w:b/>
          <w:sz w:val="26"/>
        </w:rPr>
        <w:t>T NAM</w:t>
      </w:r>
      <w:r>
        <w:rPr>
          <w:b/>
          <w:sz w:val="26"/>
        </w:rPr>
        <w:br/>
        <w:t>Đ</w:t>
      </w:r>
      <w:r>
        <w:rPr>
          <w:b/>
          <w:sz w:val="26"/>
        </w:rPr>
        <w:t>ộ</w:t>
      </w:r>
      <w:r>
        <w:rPr>
          <w:b/>
          <w:sz w:val="26"/>
        </w:rPr>
        <w:t>c l</w:t>
      </w:r>
      <w:r>
        <w:rPr>
          <w:b/>
          <w:sz w:val="26"/>
        </w:rPr>
        <w:t>ậ</w:t>
      </w:r>
      <w:r>
        <w:rPr>
          <w:b/>
          <w:sz w:val="26"/>
        </w:rPr>
        <w:t>p - T</w:t>
      </w:r>
      <w:r>
        <w:rPr>
          <w:b/>
          <w:sz w:val="26"/>
        </w:rPr>
        <w:t>ự</w:t>
      </w:r>
      <w:r>
        <w:rPr>
          <w:b/>
          <w:sz w:val="26"/>
        </w:rPr>
        <w:t xml:space="preserve"> do - H</w:t>
      </w:r>
      <w:r>
        <w:rPr>
          <w:b/>
          <w:sz w:val="26"/>
        </w:rPr>
        <w:t>ạ</w:t>
      </w:r>
      <w:r>
        <w:rPr>
          <w:b/>
          <w:sz w:val="26"/>
        </w:rPr>
        <w:t>nh phúc</w:t>
      </w:r>
    </w:p>
    <w:p w14:paraId="59160E2D" w14:textId="77777777" w:rsidR="00F403A1" w:rsidRDefault="00D4212C">
      <w:pPr>
        <w:spacing w:before="280" w:after="280"/>
        <w:jc w:val="center"/>
      </w:pPr>
      <w:r>
        <w:rPr>
          <w:b/>
          <w:sz w:val="32"/>
        </w:rPr>
        <w:t>ĐƠN XIN VI</w:t>
      </w:r>
      <w:r>
        <w:rPr>
          <w:b/>
          <w:sz w:val="32"/>
        </w:rPr>
        <w:t>Ệ</w:t>
      </w:r>
      <w:r>
        <w:rPr>
          <w:b/>
          <w:sz w:val="32"/>
        </w:rPr>
        <w:t>C</w:t>
      </w:r>
    </w:p>
    <w:p w14:paraId="3E2AC843" w14:textId="77777777" w:rsidR="00F403A1" w:rsidRDefault="00D4212C">
      <w:pPr>
        <w:spacing w:after="120"/>
      </w:pPr>
      <w:r>
        <w:rPr>
          <w:b/>
        </w:rPr>
        <w:t>Kính g</w:t>
      </w:r>
      <w:r>
        <w:rPr>
          <w:b/>
        </w:rPr>
        <w:t>ử</w:t>
      </w:r>
      <w:r>
        <w:rPr>
          <w:b/>
        </w:rPr>
        <w:t xml:space="preserve">i: </w:t>
      </w:r>
      <w:r>
        <w:t>Ban Giám đ</w:t>
      </w:r>
      <w:r>
        <w:t>ố</w:t>
      </w:r>
      <w:r>
        <w:t>c và Phòng Nhân s</w:t>
      </w:r>
      <w:r>
        <w:t>ự</w:t>
      </w:r>
      <w:r>
        <w:t xml:space="preserve"> Công ty ........................................</w:t>
      </w:r>
    </w:p>
    <w:p w14:paraId="7578B282" w14:textId="44F7D629" w:rsidR="00F403A1" w:rsidRDefault="00D4212C">
      <w:pPr>
        <w:spacing w:after="100"/>
      </w:pPr>
      <w:r>
        <w:rPr>
          <w:b/>
        </w:rPr>
        <w:t>H</w:t>
      </w:r>
      <w:r>
        <w:rPr>
          <w:b/>
        </w:rPr>
        <w:t>ọ</w:t>
      </w:r>
      <w:r>
        <w:rPr>
          <w:b/>
        </w:rPr>
        <w:t xml:space="preserve"> và tên:</w:t>
      </w:r>
      <w:r>
        <w:t xml:space="preserve"> ..................................................................</w:t>
      </w:r>
      <w:r>
        <w:rPr>
          <w:b/>
        </w:rPr>
        <w:t>Ngày sinh:</w:t>
      </w:r>
      <w:r>
        <w:t xml:space="preserve"> ......</w:t>
      </w:r>
      <w:r>
        <w:t>........................................................</w:t>
      </w:r>
    </w:p>
    <w:p w14:paraId="6DE6984B" w14:textId="0A24E352" w:rsidR="00F403A1" w:rsidRDefault="00D4212C">
      <w:pPr>
        <w:spacing w:after="100"/>
      </w:pPr>
      <w:r>
        <w:rPr>
          <w:b/>
        </w:rPr>
        <w:t>Đ</w:t>
      </w:r>
      <w:r>
        <w:rPr>
          <w:b/>
        </w:rPr>
        <w:t>ị</w:t>
      </w:r>
      <w:r>
        <w:rPr>
          <w:b/>
        </w:rPr>
        <w:t>a ch</w:t>
      </w:r>
      <w:r>
        <w:rPr>
          <w:b/>
        </w:rPr>
        <w:t>ỉ</w:t>
      </w:r>
      <w:r>
        <w:rPr>
          <w:b/>
        </w:rPr>
        <w:t>:</w:t>
      </w:r>
      <w:r>
        <w:t xml:space="preserve"> ...................................................................</w:t>
      </w:r>
      <w:r>
        <w:rPr>
          <w:b/>
        </w:rPr>
        <w:t>S</w:t>
      </w:r>
      <w:r>
        <w:rPr>
          <w:b/>
        </w:rPr>
        <w:t>ố</w:t>
      </w:r>
      <w:r>
        <w:rPr>
          <w:b/>
        </w:rPr>
        <w:t xml:space="preserve"> đi</w:t>
      </w:r>
      <w:r>
        <w:rPr>
          <w:b/>
        </w:rPr>
        <w:t>ệ</w:t>
      </w:r>
      <w:r>
        <w:rPr>
          <w:b/>
        </w:rPr>
        <w:t>n tho</w:t>
      </w:r>
      <w:r>
        <w:rPr>
          <w:b/>
        </w:rPr>
        <w:t>ạ</w:t>
      </w:r>
      <w:r>
        <w:rPr>
          <w:b/>
        </w:rPr>
        <w:t>i:</w:t>
      </w:r>
      <w:r>
        <w:t xml:space="preserve"> ...................</w:t>
      </w:r>
      <w:r>
        <w:t>......</w:t>
      </w:r>
      <w:r>
        <w:t>...................................</w:t>
      </w:r>
    </w:p>
    <w:p w14:paraId="426D6AE2" w14:textId="77777777" w:rsidR="00F403A1" w:rsidRDefault="00D4212C">
      <w:pPr>
        <w:spacing w:after="160"/>
      </w:pPr>
      <w:r>
        <w:rPr>
          <w:b/>
        </w:rPr>
        <w:t>Email:</w:t>
      </w:r>
      <w:r>
        <w:t xml:space="preserve"> ....................................................................</w:t>
      </w:r>
    </w:p>
    <w:p w14:paraId="7AAA40D5" w14:textId="77777777" w:rsidR="00F403A1" w:rsidRDefault="00D4212C">
      <w:pPr>
        <w:spacing w:after="120"/>
        <w:jc w:val="both"/>
      </w:pPr>
      <w:r>
        <w:t>Qua thông tin tuy</w:t>
      </w:r>
      <w:r>
        <w:t>ể</w:t>
      </w:r>
      <w:r>
        <w:t>n d</w:t>
      </w:r>
      <w:r>
        <w:t>ụ</w:t>
      </w:r>
      <w:r>
        <w:t>ng đư</w:t>
      </w:r>
      <w:r>
        <w:t>ợ</w:t>
      </w:r>
      <w:r>
        <w:t>c đăng t</w:t>
      </w:r>
      <w:r>
        <w:t>ả</w:t>
      </w:r>
      <w:r>
        <w:t xml:space="preserve">i trên </w:t>
      </w:r>
      <w:r>
        <w:rPr>
          <w:b/>
        </w:rPr>
        <w:t>HRCV</w:t>
      </w:r>
      <w:r>
        <w:t>, tôi đư</w:t>
      </w:r>
      <w:r>
        <w:t>ợ</w:t>
      </w:r>
      <w:r>
        <w:t>c bi</w:t>
      </w:r>
      <w:r>
        <w:t>ế</w:t>
      </w:r>
      <w:r>
        <w:t>t Quý công ty đang tuy</w:t>
      </w:r>
      <w:r>
        <w:t>ể</w:t>
      </w:r>
      <w:r>
        <w:t>n d</w:t>
      </w:r>
      <w:r>
        <w:t>ụ</w:t>
      </w:r>
      <w:r>
        <w:t>ng v</w:t>
      </w:r>
      <w:r>
        <w:t>ị</w:t>
      </w:r>
      <w:r>
        <w:t xml:space="preserve"> trí </w:t>
      </w:r>
      <w:r>
        <w:rPr>
          <w:b/>
        </w:rPr>
        <w:t>L</w:t>
      </w:r>
      <w:r>
        <w:rPr>
          <w:b/>
        </w:rPr>
        <w:t>ậ</w:t>
      </w:r>
      <w:r>
        <w:rPr>
          <w:b/>
        </w:rPr>
        <w:t>p trình viên (IT)</w:t>
      </w:r>
      <w:r>
        <w:t>. V</w:t>
      </w:r>
      <w:r>
        <w:t>ớ</w:t>
      </w:r>
      <w:r>
        <w:t>i ...... năm k</w:t>
      </w:r>
      <w:r>
        <w:t>inh nghi</w:t>
      </w:r>
      <w:r>
        <w:t>ệ</w:t>
      </w:r>
      <w:r>
        <w:t>m trong lĩnh v</w:t>
      </w:r>
      <w:r>
        <w:t>ự</w:t>
      </w:r>
      <w:r>
        <w:t>c phát tri</w:t>
      </w:r>
      <w:r>
        <w:t>ể</w:t>
      </w:r>
      <w:r>
        <w:t>n ph</w:t>
      </w:r>
      <w:r>
        <w:t>ầ</w:t>
      </w:r>
      <w:r>
        <w:t>n m</w:t>
      </w:r>
      <w:r>
        <w:t>ề</w:t>
      </w:r>
      <w:r>
        <w:t>m cùng ni</w:t>
      </w:r>
      <w:r>
        <w:t>ề</w:t>
      </w:r>
      <w:r>
        <w:t>m đam mê công ngh</w:t>
      </w:r>
      <w:r>
        <w:t>ệ</w:t>
      </w:r>
      <w:r>
        <w:t>, tôi mong mu</w:t>
      </w:r>
      <w:r>
        <w:t>ố</w:t>
      </w:r>
      <w:r>
        <w:t>n đư</w:t>
      </w:r>
      <w:r>
        <w:t>ợ</w:t>
      </w:r>
      <w:r>
        <w:t xml:space="preserve">c </w:t>
      </w:r>
      <w:r>
        <w:t>ứ</w:t>
      </w:r>
      <w:r>
        <w:t>ng tuy</w:t>
      </w:r>
      <w:r>
        <w:t>ể</w:t>
      </w:r>
      <w:r>
        <w:t>n đ</w:t>
      </w:r>
      <w:r>
        <w:t>ể</w:t>
      </w:r>
      <w:r>
        <w:t xml:space="preserve"> có cơ h</w:t>
      </w:r>
      <w:r>
        <w:t>ộ</w:t>
      </w:r>
      <w:r>
        <w:t>i phát huy chuyên môn và đ</w:t>
      </w:r>
      <w:r>
        <w:t>ồ</w:t>
      </w:r>
      <w:r>
        <w:t>ng hành cùng Quý công ty trong vi</w:t>
      </w:r>
      <w:r>
        <w:t>ệ</w:t>
      </w:r>
      <w:r>
        <w:t>c xây d</w:t>
      </w:r>
      <w:r>
        <w:t>ự</w:t>
      </w:r>
      <w:r>
        <w:t>ng các s</w:t>
      </w:r>
      <w:r>
        <w:t>ả</w:t>
      </w:r>
      <w:r>
        <w:t>n ph</w:t>
      </w:r>
      <w:r>
        <w:t>ẩ</w:t>
      </w:r>
      <w:r>
        <w:t>m ch</w:t>
      </w:r>
      <w:r>
        <w:t>ấ</w:t>
      </w:r>
      <w:r>
        <w:t>t lư</w:t>
      </w:r>
      <w:r>
        <w:t>ợ</w:t>
      </w:r>
      <w:r>
        <w:t>ng.</w:t>
      </w:r>
    </w:p>
    <w:p w14:paraId="70861852" w14:textId="77777777" w:rsidR="00F403A1" w:rsidRDefault="00D4212C">
      <w:pPr>
        <w:spacing w:after="120"/>
        <w:jc w:val="both"/>
      </w:pPr>
      <w:r>
        <w:t>Trong quá trình làm vi</w:t>
      </w:r>
      <w:r>
        <w:t>ệ</w:t>
      </w:r>
      <w:r>
        <w:t>c t</w:t>
      </w:r>
      <w:r>
        <w:t>ạ</w:t>
      </w:r>
      <w:r>
        <w:t>i ................</w:t>
      </w:r>
      <w:r>
        <w:t>........................, tôi đã tham gia phát tri</w:t>
      </w:r>
      <w:r>
        <w:t>ể</w:t>
      </w:r>
      <w:r>
        <w:t>n, nâng c</w:t>
      </w:r>
      <w:r>
        <w:t>ấ</w:t>
      </w:r>
      <w:r>
        <w:t>p và b</w:t>
      </w:r>
      <w:r>
        <w:t>ả</w:t>
      </w:r>
      <w:r>
        <w:t>o trì các h</w:t>
      </w:r>
      <w:r>
        <w:t>ệ</w:t>
      </w:r>
      <w:r>
        <w:t xml:space="preserve"> th</w:t>
      </w:r>
      <w:r>
        <w:t>ố</w:t>
      </w:r>
      <w:r>
        <w:t>ng ph</w:t>
      </w:r>
      <w:r>
        <w:t>ầ</w:t>
      </w:r>
      <w:r>
        <w:t>n m</w:t>
      </w:r>
      <w:r>
        <w:t>ề</w:t>
      </w:r>
      <w:r>
        <w:t>m theo yêu c</w:t>
      </w:r>
      <w:r>
        <w:t>ầ</w:t>
      </w:r>
      <w:r>
        <w:t>u c</w:t>
      </w:r>
      <w:r>
        <w:t>ủ</w:t>
      </w:r>
      <w:r>
        <w:t>a doanh nghi</w:t>
      </w:r>
      <w:r>
        <w:t>ệ</w:t>
      </w:r>
      <w:r>
        <w:t>p. Tôi có kinh nghi</w:t>
      </w:r>
      <w:r>
        <w:t>ệ</w:t>
      </w:r>
      <w:r>
        <w:t>m ph</w:t>
      </w:r>
      <w:r>
        <w:t>ố</w:t>
      </w:r>
      <w:r>
        <w:t>i h</w:t>
      </w:r>
      <w:r>
        <w:t>ợ</w:t>
      </w:r>
      <w:r>
        <w:t>p v</w:t>
      </w:r>
      <w:r>
        <w:t>ớ</w:t>
      </w:r>
      <w:r>
        <w:t>i các thành viên trong nhóm đ</w:t>
      </w:r>
      <w:r>
        <w:t>ể</w:t>
      </w:r>
      <w:r>
        <w:t xml:space="preserve"> phân tích yêu c</w:t>
      </w:r>
      <w:r>
        <w:t>ầ</w:t>
      </w:r>
      <w:r>
        <w:t>u, thi</w:t>
      </w:r>
      <w:r>
        <w:t>ế</w:t>
      </w:r>
      <w:r>
        <w:t>t k</w:t>
      </w:r>
      <w:r>
        <w:t>ế</w:t>
      </w:r>
      <w:r>
        <w:t xml:space="preserve"> gi</w:t>
      </w:r>
      <w:r>
        <w:t>ả</w:t>
      </w:r>
      <w:r>
        <w:t>i pháp, l</w:t>
      </w:r>
      <w:r>
        <w:t>ậ</w:t>
      </w:r>
      <w:r>
        <w:t>p trình, ki</w:t>
      </w:r>
      <w:r>
        <w:t>ể</w:t>
      </w:r>
      <w:r>
        <w:t>m th</w:t>
      </w:r>
      <w:r>
        <w:t>ử</w:t>
      </w:r>
      <w:r>
        <w:t xml:space="preserve"> và tri</w:t>
      </w:r>
      <w:r>
        <w:t>ể</w:t>
      </w:r>
      <w:r>
        <w:t xml:space="preserve">n </w:t>
      </w:r>
      <w:r>
        <w:t>khai s</w:t>
      </w:r>
      <w:r>
        <w:t>ả</w:t>
      </w:r>
      <w:r>
        <w:t>n ph</w:t>
      </w:r>
      <w:r>
        <w:t>ẩ</w:t>
      </w:r>
      <w:r>
        <w:t>m. Bên c</w:t>
      </w:r>
      <w:r>
        <w:t>ạ</w:t>
      </w:r>
      <w:r>
        <w:t>nh đó, tôi luôn chú tr</w:t>
      </w:r>
      <w:r>
        <w:t>ọ</w:t>
      </w:r>
      <w:r>
        <w:t>ng đ</w:t>
      </w:r>
      <w:r>
        <w:t>ế</w:t>
      </w:r>
      <w:r>
        <w:t>n ch</w:t>
      </w:r>
      <w:r>
        <w:t>ấ</w:t>
      </w:r>
      <w:r>
        <w:t>t lư</w:t>
      </w:r>
      <w:r>
        <w:t>ợ</w:t>
      </w:r>
      <w:r>
        <w:t>ng mã ngu</w:t>
      </w:r>
      <w:r>
        <w:t>ồ</w:t>
      </w:r>
      <w:r>
        <w:t>n, kh</w:t>
      </w:r>
      <w:r>
        <w:t>ả</w:t>
      </w:r>
      <w:r>
        <w:t xml:space="preserve"> năng m</w:t>
      </w:r>
      <w:r>
        <w:t>ở</w:t>
      </w:r>
      <w:r>
        <w:t xml:space="preserve"> r</w:t>
      </w:r>
      <w:r>
        <w:t>ộ</w:t>
      </w:r>
      <w:r>
        <w:t>ng c</w:t>
      </w:r>
      <w:r>
        <w:t>ủ</w:t>
      </w:r>
      <w:r>
        <w:t>a h</w:t>
      </w:r>
      <w:r>
        <w:t>ệ</w:t>
      </w:r>
      <w:r>
        <w:t xml:space="preserve"> th</w:t>
      </w:r>
      <w:r>
        <w:t>ố</w:t>
      </w:r>
      <w:r>
        <w:t>ng và tr</w:t>
      </w:r>
      <w:r>
        <w:t>ả</w:t>
      </w:r>
      <w:r>
        <w:t>i nghi</w:t>
      </w:r>
      <w:r>
        <w:t>ệ</w:t>
      </w:r>
      <w:r>
        <w:t>m c</w:t>
      </w:r>
      <w:r>
        <w:t>ủ</w:t>
      </w:r>
      <w:r>
        <w:t>a ngư</w:t>
      </w:r>
      <w:r>
        <w:t>ờ</w:t>
      </w:r>
      <w:r>
        <w:t>i dùng.</w:t>
      </w:r>
    </w:p>
    <w:p w14:paraId="6360062F" w14:textId="77777777" w:rsidR="00F403A1" w:rsidRDefault="00D4212C">
      <w:pPr>
        <w:spacing w:after="60"/>
      </w:pPr>
      <w:r>
        <w:t>M</w:t>
      </w:r>
      <w:r>
        <w:t>ộ</w:t>
      </w:r>
      <w:r>
        <w:t>t s</w:t>
      </w:r>
      <w:r>
        <w:t>ố</w:t>
      </w:r>
      <w:r>
        <w:t xml:space="preserve"> k</w:t>
      </w:r>
      <w:r>
        <w:t>ế</w:t>
      </w:r>
      <w:r>
        <w:t>t qu</w:t>
      </w:r>
      <w:r>
        <w:t>ả</w:t>
      </w:r>
      <w:r>
        <w:t xml:space="preserve"> n</w:t>
      </w:r>
      <w:r>
        <w:t>ổ</w:t>
      </w:r>
      <w:r>
        <w:t>i b</w:t>
      </w:r>
      <w:r>
        <w:t>ậ</w:t>
      </w:r>
      <w:r>
        <w:t>t trong quá trình công tác g</w:t>
      </w:r>
      <w:r>
        <w:t>ồ</w:t>
      </w:r>
      <w:r>
        <w:t>m:</w:t>
      </w:r>
    </w:p>
    <w:p w14:paraId="75DA37C6" w14:textId="77777777" w:rsidR="00F403A1" w:rsidRDefault="00D4212C">
      <w:pPr>
        <w:pStyle w:val="ListBullet"/>
        <w:spacing w:after="40"/>
      </w:pPr>
      <w:r>
        <w:t>Tham gia phát tri</w:t>
      </w:r>
      <w:r>
        <w:t>ể</w:t>
      </w:r>
      <w:r>
        <w:t>n ....................</w:t>
      </w:r>
      <w:r>
        <w:rPr>
          <w:b/>
        </w:rPr>
        <w:t xml:space="preserve"> d</w:t>
      </w:r>
      <w:r>
        <w:rPr>
          <w:b/>
        </w:rPr>
        <w:t>ự</w:t>
      </w:r>
      <w:r>
        <w:rPr>
          <w:b/>
        </w:rPr>
        <w:t xml:space="preserve"> án v</w:t>
      </w:r>
      <w:r>
        <w:rPr>
          <w:b/>
        </w:rPr>
        <w:t>ề</w:t>
      </w:r>
      <w:r>
        <w:rPr>
          <w:b/>
        </w:rPr>
        <w:t xml:space="preserve"> </w:t>
      </w:r>
      <w:r>
        <w:t>....................</w:t>
      </w:r>
      <w:r>
        <w:t>...........</w:t>
      </w:r>
    </w:p>
    <w:p w14:paraId="4F9AAD0D" w14:textId="77777777" w:rsidR="00F403A1" w:rsidRDefault="00D4212C">
      <w:pPr>
        <w:pStyle w:val="ListBullet"/>
        <w:spacing w:after="40"/>
      </w:pPr>
      <w:r>
        <w:t>Hoàn thành các tính năng đúng ti</w:t>
      </w:r>
      <w:r>
        <w:t>ế</w:t>
      </w:r>
      <w:r>
        <w:t>n đ</w:t>
      </w:r>
      <w:r>
        <w:t>ộ</w:t>
      </w:r>
      <w:r>
        <w:t xml:space="preserve"> v</w:t>
      </w:r>
      <w:r>
        <w:t>ớ</w:t>
      </w:r>
      <w:r>
        <w:t>i t</w:t>
      </w:r>
      <w:r>
        <w:t>ỷ</w:t>
      </w:r>
      <w:r>
        <w:t xml:space="preserve"> l</w:t>
      </w:r>
      <w:r>
        <w:t>ệ</w:t>
      </w:r>
      <w:r>
        <w:t xml:space="preserve"> đúng h</w:t>
      </w:r>
      <w:r>
        <w:t>ạ</w:t>
      </w:r>
      <w:r>
        <w:t>n đ</w:t>
      </w:r>
      <w:r>
        <w:t>ạ</w:t>
      </w:r>
      <w:r>
        <w:t>t ....................</w:t>
      </w:r>
      <w:r>
        <w:rPr>
          <w:b/>
        </w:rPr>
        <w:t>%.</w:t>
      </w:r>
    </w:p>
    <w:p w14:paraId="7BEDAAF4" w14:textId="77777777" w:rsidR="00F403A1" w:rsidRDefault="00D4212C">
      <w:pPr>
        <w:pStyle w:val="ListBullet"/>
        <w:spacing w:after="40"/>
      </w:pPr>
      <w:r>
        <w:t>T</w:t>
      </w:r>
      <w:r>
        <w:t>ố</w:t>
      </w:r>
      <w:r>
        <w:t>i ưu hi</w:t>
      </w:r>
      <w:r>
        <w:t>ệ</w:t>
      </w:r>
      <w:r>
        <w:t>u su</w:t>
      </w:r>
      <w:r>
        <w:t>ấ</w:t>
      </w:r>
      <w:r>
        <w:t>t h</w:t>
      </w:r>
      <w:r>
        <w:t>ệ</w:t>
      </w:r>
      <w:r>
        <w:t xml:space="preserve"> th</w:t>
      </w:r>
      <w:r>
        <w:t>ố</w:t>
      </w:r>
      <w:r>
        <w:t>ng, giúp .........................................</w:t>
      </w:r>
    </w:p>
    <w:p w14:paraId="67C44DAC" w14:textId="77777777" w:rsidR="00F403A1" w:rsidRDefault="00D4212C">
      <w:pPr>
        <w:pStyle w:val="ListBullet"/>
        <w:spacing w:after="40"/>
      </w:pPr>
      <w:r>
        <w:t>Kh</w:t>
      </w:r>
      <w:r>
        <w:t>ắ</w:t>
      </w:r>
      <w:r>
        <w:t>c ph</w:t>
      </w:r>
      <w:r>
        <w:t>ụ</w:t>
      </w:r>
      <w:r>
        <w:t>c .................... l</w:t>
      </w:r>
      <w:r>
        <w:t>ỗ</w:t>
      </w:r>
      <w:r>
        <w:t>i ho</w:t>
      </w:r>
      <w:r>
        <w:t>ặ</w:t>
      </w:r>
      <w:r>
        <w:t>c c</w:t>
      </w:r>
      <w:r>
        <w:t>ả</w:t>
      </w:r>
      <w:r>
        <w:t>i thi</w:t>
      </w:r>
      <w:r>
        <w:t>ệ</w:t>
      </w:r>
      <w:r>
        <w:t>n ch</w:t>
      </w:r>
      <w:r>
        <w:t>ấ</w:t>
      </w:r>
      <w:r>
        <w:t>t lư</w:t>
      </w:r>
      <w:r>
        <w:t>ợ</w:t>
      </w:r>
      <w:r>
        <w:t>ng mã ngu</w:t>
      </w:r>
      <w:r>
        <w:t>ồ</w:t>
      </w:r>
      <w:r>
        <w:t>n thông qua vi</w:t>
      </w:r>
      <w:r>
        <w:t>ệ</w:t>
      </w:r>
      <w:r>
        <w:t>c t</w:t>
      </w:r>
      <w:r>
        <w:t>ố</w:t>
      </w:r>
      <w:r>
        <w:t>i ưu và rà soát code.</w:t>
      </w:r>
    </w:p>
    <w:p w14:paraId="70E4A336" w14:textId="77777777" w:rsidR="00F403A1" w:rsidRDefault="00D4212C">
      <w:pPr>
        <w:pStyle w:val="ListBullet"/>
        <w:spacing w:after="120"/>
      </w:pPr>
      <w:r>
        <w:t>Thành th</w:t>
      </w:r>
      <w:r>
        <w:t>ạ</w:t>
      </w:r>
      <w:r>
        <w:t>o các ngôn ng</w:t>
      </w:r>
      <w:r>
        <w:t>ữ</w:t>
      </w:r>
      <w:r>
        <w:t xml:space="preserve"> l</w:t>
      </w:r>
      <w:r>
        <w:t>ậ</w:t>
      </w:r>
      <w:r>
        <w:t>p trình, framework ho</w:t>
      </w:r>
      <w:r>
        <w:t>ặ</w:t>
      </w:r>
      <w:r>
        <w:t>c công ngh</w:t>
      </w:r>
      <w:r>
        <w:t>ệ</w:t>
      </w:r>
      <w:r>
        <w:t xml:space="preserve"> như ...............................</w:t>
      </w:r>
    </w:p>
    <w:p w14:paraId="0E5645C2" w14:textId="77777777" w:rsidR="00F403A1" w:rsidRDefault="00D4212C">
      <w:pPr>
        <w:spacing w:after="120"/>
        <w:jc w:val="both"/>
      </w:pPr>
      <w:r>
        <w:t>Tôi là ngư</w:t>
      </w:r>
      <w:r>
        <w:t>ờ</w:t>
      </w:r>
      <w:r>
        <w:t>i có tư duy logic, tinh th</w:t>
      </w:r>
      <w:r>
        <w:t>ầ</w:t>
      </w:r>
      <w:r>
        <w:t>n trách nhi</w:t>
      </w:r>
      <w:r>
        <w:t>ệ</w:t>
      </w:r>
      <w:r>
        <w:t>m và luôn ch</w:t>
      </w:r>
      <w:r>
        <w:t>ủ</w:t>
      </w:r>
      <w:r>
        <w:t xml:space="preserve"> đ</w:t>
      </w:r>
      <w:r>
        <w:t>ộ</w:t>
      </w:r>
      <w:r>
        <w:t>ng h</w:t>
      </w:r>
      <w:r>
        <w:t>ọ</w:t>
      </w:r>
      <w:r>
        <w:t>c h</w:t>
      </w:r>
      <w:r>
        <w:t>ỏ</w:t>
      </w:r>
      <w:r>
        <w:t>i các công ngh</w:t>
      </w:r>
      <w:r>
        <w:t>ệ</w:t>
      </w:r>
      <w:r>
        <w:t xml:space="preserve"> m</w:t>
      </w:r>
      <w:r>
        <w:t>ớ</w:t>
      </w:r>
      <w:r>
        <w:t>i đ</w:t>
      </w:r>
      <w:r>
        <w:t>ể</w:t>
      </w:r>
      <w:r>
        <w:t xml:space="preserve"> nâng cao năng l</w:t>
      </w:r>
      <w:r>
        <w:t>ự</w:t>
      </w:r>
      <w:r>
        <w:t>c chuyên môn. Tôi có kh</w:t>
      </w:r>
      <w:r>
        <w:t>ả</w:t>
      </w:r>
      <w:r>
        <w:t xml:space="preserve"> năng làm vi</w:t>
      </w:r>
      <w:r>
        <w:t>ệ</w:t>
      </w:r>
      <w:r>
        <w:t>c đ</w:t>
      </w:r>
      <w:r>
        <w:t>ộ</w:t>
      </w:r>
      <w:r>
        <w:t>c l</w:t>
      </w:r>
      <w:r>
        <w:t>ậ</w:t>
      </w:r>
      <w:r>
        <w:t>p cũng như ph</w:t>
      </w:r>
      <w:r>
        <w:t>ố</w:t>
      </w:r>
      <w:r>
        <w:t>i h</w:t>
      </w:r>
      <w:r>
        <w:t>ợ</w:t>
      </w:r>
      <w:r>
        <w:t>p hi</w:t>
      </w:r>
      <w:r>
        <w:t>ệ</w:t>
      </w:r>
      <w:r>
        <w:t>u qu</w:t>
      </w:r>
      <w:r>
        <w:t>ả</w:t>
      </w:r>
      <w:r>
        <w:t xml:space="preserve"> trong môi trư</w:t>
      </w:r>
      <w:r>
        <w:t>ờ</w:t>
      </w:r>
      <w:r>
        <w:t>ng Agile/Scrum, s</w:t>
      </w:r>
      <w:r>
        <w:t>ẵ</w:t>
      </w:r>
      <w:r>
        <w:t>n sàng ti</w:t>
      </w:r>
      <w:r>
        <w:t>ế</w:t>
      </w:r>
      <w:r>
        <w:t>p nh</w:t>
      </w:r>
      <w:r>
        <w:t>ậ</w:t>
      </w:r>
      <w:r>
        <w:t>n ph</w:t>
      </w:r>
      <w:r>
        <w:t>ả</w:t>
      </w:r>
      <w:r>
        <w:t>n h</w:t>
      </w:r>
      <w:r>
        <w:t>ồ</w:t>
      </w:r>
      <w:r>
        <w:t>i đ</w:t>
      </w:r>
      <w:r>
        <w:t>ể</w:t>
      </w:r>
      <w:r>
        <w:t xml:space="preserve"> không ng</w:t>
      </w:r>
      <w:r>
        <w:t>ừ</w:t>
      </w:r>
      <w:r>
        <w:t>ng c</w:t>
      </w:r>
      <w:r>
        <w:t>ả</w:t>
      </w:r>
      <w:r>
        <w:t>i thi</w:t>
      </w:r>
      <w:r>
        <w:t>ệ</w:t>
      </w:r>
      <w:r>
        <w:t>n ch</w:t>
      </w:r>
      <w:r>
        <w:t>ấ</w:t>
      </w:r>
      <w:r>
        <w:t>t lư</w:t>
      </w:r>
      <w:r>
        <w:t>ợ</w:t>
      </w:r>
      <w:r>
        <w:t>ng công vi</w:t>
      </w:r>
      <w:r>
        <w:t>ệ</w:t>
      </w:r>
      <w:r>
        <w:t>c.</w:t>
      </w:r>
    </w:p>
    <w:p w14:paraId="1EBECFC3" w14:textId="77777777" w:rsidR="00F403A1" w:rsidRDefault="00D4212C">
      <w:pPr>
        <w:spacing w:after="120"/>
        <w:jc w:val="both"/>
      </w:pPr>
      <w:r>
        <w:t>Tôi tin r</w:t>
      </w:r>
      <w:r>
        <w:t>ằ</w:t>
      </w:r>
      <w:r>
        <w:t>ng v</w:t>
      </w:r>
      <w:r>
        <w:t>ớ</w:t>
      </w:r>
      <w:r>
        <w:t>i ki</w:t>
      </w:r>
      <w:r>
        <w:t>ế</w:t>
      </w:r>
      <w:r>
        <w:t>n th</w:t>
      </w:r>
      <w:r>
        <w:t>ứ</w:t>
      </w:r>
      <w:r>
        <w:t>c chuyên môn, kinh nghi</w:t>
      </w:r>
      <w:r>
        <w:t>ệ</w:t>
      </w:r>
      <w:r>
        <w:t>m th</w:t>
      </w:r>
      <w:r>
        <w:t>ự</w:t>
      </w:r>
      <w:r>
        <w:t>c t</w:t>
      </w:r>
      <w:r>
        <w:t>ế</w:t>
      </w:r>
      <w:r>
        <w:t xml:space="preserve"> và tinh th</w:t>
      </w:r>
      <w:r>
        <w:t>ầ</w:t>
      </w:r>
      <w:r>
        <w:t>n c</w:t>
      </w:r>
      <w:r>
        <w:t>ầ</w:t>
      </w:r>
      <w:r>
        <w:t>u ti</w:t>
      </w:r>
      <w:r>
        <w:t>ế</w:t>
      </w:r>
      <w:r>
        <w:t>n, tôi s</w:t>
      </w:r>
      <w:r>
        <w:t>ẽ</w:t>
      </w:r>
      <w:r>
        <w:t xml:space="preserve"> nhanh chóng</w:t>
      </w:r>
      <w:r>
        <w:t xml:space="preserve"> hòa nh</w:t>
      </w:r>
      <w:r>
        <w:t>ậ</w:t>
      </w:r>
      <w:r>
        <w:t>p v</w:t>
      </w:r>
      <w:r>
        <w:t>ớ</w:t>
      </w:r>
      <w:r>
        <w:t>i môi trư</w:t>
      </w:r>
      <w:r>
        <w:t>ờ</w:t>
      </w:r>
      <w:r>
        <w:t>ng làm vi</w:t>
      </w:r>
      <w:r>
        <w:t>ệ</w:t>
      </w:r>
      <w:r>
        <w:t>c t</w:t>
      </w:r>
      <w:r>
        <w:t>ạ</w:t>
      </w:r>
      <w:r>
        <w:t>i Quý công ty và đóng góp tích c</w:t>
      </w:r>
      <w:r>
        <w:t>ự</w:t>
      </w:r>
      <w:r>
        <w:t>c vào các d</w:t>
      </w:r>
      <w:r>
        <w:t>ự</w:t>
      </w:r>
      <w:r>
        <w:t xml:space="preserve"> án cũng như m</w:t>
      </w:r>
      <w:r>
        <w:t>ụ</w:t>
      </w:r>
      <w:r>
        <w:t>c tiêu phát tri</w:t>
      </w:r>
      <w:r>
        <w:t>ể</w:t>
      </w:r>
      <w:r>
        <w:t>n c</w:t>
      </w:r>
      <w:r>
        <w:t>ủ</w:t>
      </w:r>
      <w:r>
        <w:t>a doanh nghi</w:t>
      </w:r>
      <w:r>
        <w:t>ệ</w:t>
      </w:r>
      <w:r>
        <w:t>p.</w:t>
      </w:r>
    </w:p>
    <w:p w14:paraId="19352CBB" w14:textId="77777777" w:rsidR="00F403A1" w:rsidRDefault="00D4212C">
      <w:pPr>
        <w:spacing w:after="120"/>
        <w:jc w:val="both"/>
      </w:pPr>
      <w:r>
        <w:t>Tôi xin g</w:t>
      </w:r>
      <w:r>
        <w:t>ử</w:t>
      </w:r>
      <w:r>
        <w:t xml:space="preserve">i kèm </w:t>
      </w:r>
      <w:r>
        <w:rPr>
          <w:b/>
        </w:rPr>
        <w:t>CV cùng các tài li</w:t>
      </w:r>
      <w:r>
        <w:rPr>
          <w:b/>
        </w:rPr>
        <w:t>ệ</w:t>
      </w:r>
      <w:r>
        <w:rPr>
          <w:b/>
        </w:rPr>
        <w:t>u liên quan</w:t>
      </w:r>
      <w:r>
        <w:t xml:space="preserve"> đ</w:t>
      </w:r>
      <w:r>
        <w:t>ể</w:t>
      </w:r>
      <w:r>
        <w:t xml:space="preserve"> Quý công ty thu</w:t>
      </w:r>
      <w:r>
        <w:t>ậ</w:t>
      </w:r>
      <w:r>
        <w:t>n ti</w:t>
      </w:r>
      <w:r>
        <w:t>ệ</w:t>
      </w:r>
      <w:r>
        <w:t>n tham kh</w:t>
      </w:r>
      <w:r>
        <w:t>ả</w:t>
      </w:r>
      <w:r>
        <w:t>o. R</w:t>
      </w:r>
      <w:r>
        <w:t>ấ</w:t>
      </w:r>
      <w:r>
        <w:t>t mong có cơ h</w:t>
      </w:r>
      <w:r>
        <w:t>ộ</w:t>
      </w:r>
      <w:r>
        <w:t>i đư</w:t>
      </w:r>
      <w:r>
        <w:t>ợ</w:t>
      </w:r>
      <w:r>
        <w:t>c tham gia bu</w:t>
      </w:r>
      <w:r>
        <w:t>ổ</w:t>
      </w:r>
      <w:r>
        <w:t>i ph</w:t>
      </w:r>
      <w:r>
        <w:t>ỏ</w:t>
      </w:r>
      <w:r>
        <w:t>ng v</w:t>
      </w:r>
      <w:r>
        <w:t>ấ</w:t>
      </w:r>
      <w:r>
        <w:t>n đ</w:t>
      </w:r>
      <w:r>
        <w:t>ể</w:t>
      </w:r>
      <w:r>
        <w:t xml:space="preserve"> trình bày rõ hơn v</w:t>
      </w:r>
      <w:r>
        <w:t>ề</w:t>
      </w:r>
      <w:r>
        <w:t xml:space="preserve"> kinh nghi</w:t>
      </w:r>
      <w:r>
        <w:t>ệ</w:t>
      </w:r>
      <w:r>
        <w:t>m, k</w:t>
      </w:r>
      <w:r>
        <w:t>ỹ</w:t>
      </w:r>
      <w:r>
        <w:t xml:space="preserve"> năng và đ</w:t>
      </w:r>
      <w:r>
        <w:t>ị</w:t>
      </w:r>
      <w:r>
        <w:t>nh hư</w:t>
      </w:r>
      <w:r>
        <w:t>ớ</w:t>
      </w:r>
      <w:r>
        <w:t>ng ngh</w:t>
      </w:r>
      <w:r>
        <w:t>ề</w:t>
      </w:r>
      <w:r>
        <w:t xml:space="preserve"> nghi</w:t>
      </w:r>
      <w:r>
        <w:t>ệ</w:t>
      </w:r>
      <w:r>
        <w:t>p c</w:t>
      </w:r>
      <w:r>
        <w:t>ủ</w:t>
      </w:r>
      <w:r>
        <w:t>a b</w:t>
      </w:r>
      <w:r>
        <w:t>ả</w:t>
      </w:r>
      <w:r>
        <w:t>n thân.</w:t>
      </w:r>
    </w:p>
    <w:p w14:paraId="2801C0F3" w14:textId="77777777" w:rsidR="00F403A1" w:rsidRDefault="00D4212C">
      <w:pPr>
        <w:spacing w:after="280"/>
        <w:jc w:val="both"/>
      </w:pPr>
      <w:r>
        <w:t>Xin chân thành c</w:t>
      </w:r>
      <w:r>
        <w:t>ả</w:t>
      </w:r>
      <w:r>
        <w:t>m ơn Quý công ty!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F403A1" w14:paraId="61630DE0" w14:textId="77777777">
        <w:tc>
          <w:tcPr>
            <w:tcW w:w="4680" w:type="dxa"/>
          </w:tcPr>
          <w:p w14:paraId="6653FAE6" w14:textId="77777777" w:rsidR="00F403A1" w:rsidRDefault="00F403A1"/>
        </w:tc>
        <w:tc>
          <w:tcPr>
            <w:tcW w:w="4680" w:type="dxa"/>
          </w:tcPr>
          <w:p w14:paraId="3ECD347A" w14:textId="77777777" w:rsidR="00F403A1" w:rsidRDefault="00D4212C">
            <w:pPr>
              <w:spacing w:after="80"/>
              <w:jc w:val="center"/>
            </w:pPr>
            <w:r>
              <w:rPr>
                <w:i/>
              </w:rPr>
              <w:t>............., ngày ...... tháng ...... năm ......</w:t>
            </w:r>
            <w:r>
              <w:rPr>
                <w:i/>
              </w:rPr>
              <w:br/>
            </w:r>
            <w:r>
              <w:rPr>
                <w:b/>
              </w:rPr>
              <w:t>Ngư</w:t>
            </w:r>
            <w:r>
              <w:rPr>
                <w:b/>
              </w:rPr>
              <w:t>ờ</w:t>
            </w:r>
            <w:r>
              <w:rPr>
                <w:b/>
              </w:rPr>
              <w:t>i làm đơn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i/>
              </w:rPr>
              <w:t>(Ký và ghi rõ h</w:t>
            </w:r>
            <w:r>
              <w:rPr>
                <w:i/>
              </w:rPr>
              <w:t>ọ</w:t>
            </w:r>
            <w:r>
              <w:rPr>
                <w:i/>
              </w:rPr>
              <w:t xml:space="preserve"> tên)</w:t>
            </w:r>
          </w:p>
        </w:tc>
      </w:tr>
    </w:tbl>
    <w:p w14:paraId="3018373F" w14:textId="77777777" w:rsidR="00D4212C" w:rsidRDefault="00D4212C"/>
    <w:sectPr w:rsidR="00D4212C" w:rsidSect="007E06B8">
      <w:pgSz w:w="11907" w:h="16840" w:code="9"/>
      <w:pgMar w:top="1361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E06B8"/>
    <w:rsid w:val="00AA1D8D"/>
    <w:rsid w:val="00B47730"/>
    <w:rsid w:val="00CB0664"/>
    <w:rsid w:val="00D4212C"/>
    <w:rsid w:val="00F403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D6BA749"/>
  <w14:defaultImageDpi w14:val="300"/>
  <w15:docId w15:val="{D4B178DE-F376-4CE0-BE27-7E5545D53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Forina Tran</cp:lastModifiedBy>
  <cp:revision>2</cp:revision>
  <dcterms:created xsi:type="dcterms:W3CDTF">2013-12-23T23:15:00Z</dcterms:created>
  <dcterms:modified xsi:type="dcterms:W3CDTF">2026-09-13T14:56:00Z</dcterms:modified>
  <cp:category/>
</cp:coreProperties>
</file>