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0" w:line="276" w:lineRule="auto"/>
        <w:jc w:val="center"/>
      </w:pPr>
      <w:r>
        <w:rPr>
          <w:b/>
          <w:sz w:val="32"/>
        </w:rPr>
        <w:t>APPLICATION LETTER</w:t>
      </w:r>
    </w:p>
    <w:p>
      <w:pPr>
        <w:spacing w:before="0" w:after="200" w:line="276" w:lineRule="auto"/>
      </w:pPr>
      <w:r>
        <w:rPr>
          <w:b/>
        </w:rPr>
        <w:t>Dear Hiring Manager,</w:t>
      </w:r>
    </w:p>
    <w:p>
      <w:pPr>
        <w:spacing w:before="0" w:after="200" w:line="276" w:lineRule="auto"/>
        <w:jc w:val="both"/>
      </w:pPr>
      <w:r>
        <w:t>I am writing to apply for the .............................. position at .................................... After learning about this opportunity through ..................................., I believe that my educational background, professional skills, and enthusiasm make me a suitable candidate for this role.</w:t>
      </w:r>
    </w:p>
    <w:p>
      <w:pPr>
        <w:spacing w:before="0" w:after="200" w:line="276" w:lineRule="auto"/>
        <w:jc w:val="both"/>
      </w:pPr>
      <w:r>
        <w:t>I graduated from ........................................ with a degree in ......................................... Throughout my academic journey and previous work experience, I have gained valuable knowledge and developed practical skills that are relevant to the position. These experiences have helped me strengthen my problem-solving abilities, communication skills, and adaptability in different working environments.</w:t>
      </w:r>
    </w:p>
    <w:p>
      <w:pPr>
        <w:spacing w:before="0" w:after="120" w:line="276" w:lineRule="auto"/>
        <w:jc w:val="both"/>
      </w:pPr>
      <w:r>
        <w:t>In addition to my educational background, I have developed the following strengths:</w:t>
      </w:r>
    </w:p>
    <w:p>
      <w:pPr>
        <w:pStyle w:val="ListBullet"/>
        <w:spacing w:before="0" w:after="60" w:line="276" w:lineRule="auto"/>
        <w:jc w:val="left"/>
      </w:pPr>
      <w:r>
        <w:t>................................................................................</w:t>
      </w:r>
    </w:p>
    <w:p>
      <w:pPr>
        <w:pStyle w:val="ListBullet"/>
        <w:spacing w:before="0" w:after="60" w:line="276" w:lineRule="auto"/>
        <w:jc w:val="left"/>
      </w:pPr>
      <w:r>
        <w:t>................................................................................</w:t>
      </w:r>
    </w:p>
    <w:p>
      <w:pPr>
        <w:pStyle w:val="ListBullet"/>
        <w:spacing w:before="0" w:after="60" w:line="276" w:lineRule="auto"/>
        <w:jc w:val="left"/>
      </w:pPr>
      <w:r>
        <w:t>................................................................................</w:t>
      </w:r>
    </w:p>
    <w:p>
      <w:pPr>
        <w:pStyle w:val="ListBullet"/>
        <w:spacing w:before="0" w:after="200" w:line="276" w:lineRule="auto"/>
        <w:jc w:val="left"/>
      </w:pPr>
      <w:r>
        <w:t>................................................................................</w:t>
      </w:r>
    </w:p>
    <w:p>
      <w:pPr>
        <w:spacing w:before="0" w:after="200" w:line="276" w:lineRule="auto"/>
        <w:jc w:val="both"/>
      </w:pPr>
      <w:r>
        <w:t>I am a responsible, proactive, and quick learner who enjoys both independent and collaborative work. I am always eager to take on new challenges, continuously improve my skills, and contribute positively to the success of the organization.</w:t>
      </w:r>
    </w:p>
    <w:p>
      <w:pPr>
        <w:spacing w:before="0" w:after="200" w:line="276" w:lineRule="auto"/>
        <w:jc w:val="both"/>
      </w:pPr>
      <w:r>
        <w:t>I am particularly interested in joining your company because of its professional working environment and opportunities for career development. I believe that my dedication, willingness to learn, and strong work ethic would allow me to become a valuable member of your team.</w:t>
      </w:r>
    </w:p>
    <w:p>
      <w:pPr>
        <w:spacing w:before="0" w:after="200" w:line="276" w:lineRule="auto"/>
        <w:jc w:val="both"/>
      </w:pPr>
      <w:r>
        <w:t>I have attached my resume for your consideration. I would greatly appreciate the opportunity to discuss how my qualifications and experiences align with your company's needs. Please feel free to contact me at ................................... or via email at ....................................</w:t>
      </w:r>
    </w:p>
    <w:p>
      <w:pPr>
        <w:spacing w:before="0" w:after="400" w:line="276" w:lineRule="auto"/>
        <w:jc w:val="both"/>
      </w:pPr>
      <w:r>
        <w:t>Thank you for your time and consideration. I look forward to hearing from you.</w:t>
      </w:r>
    </w:p>
    <w:p>
      <w:pPr>
        <w:spacing w:before="0" w:after="60" w:line="276" w:lineRule="auto"/>
        <w:jc w:val="right"/>
      </w:pPr>
      <w:r>
        <w:rPr>
          <w:b/>
        </w:rPr>
        <w:t>Sincerely,</w:t>
      </w:r>
    </w:p>
    <w:p>
      <w:pPr>
        <w:spacing w:before="0" w:after="60" w:line="276" w:lineRule="auto"/>
        <w:jc w:val="right"/>
      </w:pPr>
      <w:r>
        <w:rPr>
          <w:b/>
        </w:rPr>
        <w:t>[Your Full Name]</w:t>
      </w:r>
    </w:p>
    <w:p>
      <w:pPr>
        <w:spacing w:before="0" w:after="60" w:line="276" w:lineRule="auto"/>
        <w:jc w:val="right"/>
      </w:pPr>
      <w:r>
        <w:rPr>
          <w:b/>
        </w:rPr>
        <w:t>[Phone]</w:t>
      </w:r>
    </w:p>
    <w:p>
      <w:pPr>
        <w:spacing w:before="0" w:after="0" w:line="276" w:lineRule="auto"/>
        <w:jc w:val="right"/>
      </w:pPr>
      <w:r>
        <w:rPr>
          <w:b/>
        </w:rPr>
        <w:t>[Email]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