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sz w:val="26"/>
        </w:rPr>
        <w:t>CỘNG HÒA XÃ HỘI CHỦ NGHĨA VIỆT NAM</w:t>
        <w:br/>
      </w:r>
      <w:r>
        <w:rPr>
          <w:b/>
          <w:sz w:val="26"/>
        </w:rPr>
        <w:t>Độc lập - Tự do - Hạnh phúc</w:t>
      </w:r>
    </w:p>
    <w:p>
      <w:pPr>
        <w:spacing w:before="320" w:after="320"/>
        <w:jc w:val="center"/>
      </w:pPr>
      <w:r>
        <w:rPr>
          <w:b/>
          <w:sz w:val="32"/>
        </w:rPr>
        <w:t>ĐƠN XIN VIỆC</w:t>
      </w:r>
    </w:p>
    <w:p>
      <w:pPr>
        <w:spacing w:after="160" w:line="276" w:lineRule="auto"/>
      </w:pPr>
      <w:r>
        <w:rPr>
          <w:b/>
        </w:rPr>
        <w:t xml:space="preserve">Kính gửi: </w:t>
      </w:r>
      <w:r>
        <w:t>Ban Lãnh đạo và Phòng Nhân sự Công ty ........................................</w:t>
      </w:r>
    </w:p>
    <w:p>
      <w:pPr>
        <w:spacing w:after="120" w:line="276" w:lineRule="auto"/>
      </w:pPr>
      <w:r>
        <w:rPr>
          <w:b/>
        </w:rPr>
        <w:t>Họ và tên:</w:t>
      </w:r>
      <w:r>
        <w:t xml:space="preserve"> ..................................................................</w:t>
      </w:r>
    </w:p>
    <w:p>
      <w:pPr>
        <w:spacing w:after="120" w:line="276" w:lineRule="auto"/>
      </w:pPr>
      <w:r>
        <w:rPr>
          <w:b/>
        </w:rPr>
        <w:t>Ngày sinh:</w:t>
      </w:r>
      <w:r>
        <w:t xml:space="preserve"> .................................................................</w:t>
      </w:r>
    </w:p>
    <w:p>
      <w:pPr>
        <w:spacing w:after="120" w:line="276" w:lineRule="auto"/>
      </w:pPr>
      <w:r>
        <w:rPr>
          <w:b/>
        </w:rPr>
        <w:t>Địa chỉ hiện tại:</w:t>
      </w:r>
      <w:r>
        <w:t xml:space="preserve"> ............................................................</w:t>
      </w:r>
    </w:p>
    <w:p>
      <w:pPr>
        <w:spacing w:after="120" w:line="276" w:lineRule="auto"/>
      </w:pPr>
      <w:r>
        <w:rPr>
          <w:b/>
        </w:rPr>
        <w:t>Số điện thoại liên hệ:</w:t>
      </w:r>
      <w:r>
        <w:t xml:space="preserve"> .......................................................</w:t>
      </w:r>
    </w:p>
    <w:p>
      <w:pPr>
        <w:spacing w:after="200" w:line="276" w:lineRule="auto"/>
      </w:pPr>
      <w:r>
        <w:rPr>
          <w:b/>
        </w:rPr>
        <w:t>Email:</w:t>
      </w:r>
      <w:r>
        <w:t xml:space="preserve"> ....................................................................</w:t>
      </w:r>
    </w:p>
    <w:p>
      <w:pPr>
        <w:spacing w:after="160" w:line="276" w:lineRule="auto"/>
        <w:jc w:val="both"/>
      </w:pPr>
      <w:r>
        <w:t xml:space="preserve">Sau khi tham khảo thông tin tuyển dụng trên </w:t>
      </w:r>
      <w:r>
        <w:rPr>
          <w:b/>
        </w:rPr>
        <w:t>HRCV</w:t>
      </w:r>
      <w:r>
        <w:t xml:space="preserve">, tôi được biết Quý công ty đang tuyển dụng vị trí </w:t>
      </w:r>
      <w:r>
        <w:rPr>
          <w:b/>
        </w:rPr>
        <w:t>Nhân viên bán hàng</w:t>
      </w:r>
      <w:r>
        <w:t>. Với niềm yêu thích lĩnh vực bán lẻ, khả năng giao tiếp tốt cùng tinh thần trách nhiệm cao, tôi mong muốn được ứng tuyển vào vị trí này để có cơ hội phát huy năng lực và đóng góp vào sự phát triển của Quý công ty.</w:t>
      </w:r>
    </w:p>
    <w:p>
      <w:pPr>
        <w:spacing w:after="160" w:line="276" w:lineRule="auto"/>
        <w:jc w:val="both"/>
      </w:pPr>
      <w:r>
        <w:t>Trong quá trình làm việc tại ........................................, tôi đã có cơ hội trực tiếp tư vấn sản phẩm, hỗ trợ khách hàng lựa chọn giải pháp phù hợp với nhu cầu, đồng thời giải đáp các thắc mắc để mang đến trải nghiệm mua sắm tốt nhất. Bên cạnh đó, tôi còn tham gia sắp xếp, trưng bày hàng hóa, kiểm kê tồn kho, hỗ trợ thanh toán và phối hợp với các bộ phận liên quan nhằm đảm bảo hoạt động bán hàng diễn ra hiệu quả.</w:t>
      </w:r>
    </w:p>
    <w:p>
      <w:pPr>
        <w:spacing w:after="160" w:line="276" w:lineRule="auto"/>
        <w:jc w:val="both"/>
      </w:pPr>
      <w:r>
        <w:t>Tôi luôn chủ động lắng nghe nhu cầu của khách hàng, kiên nhẫn xử lý các tình huống phát sinh và không ngừng trau dồi kiến thức về sản phẩm cũng như kỹ năng tư vấn. Tôi có thể làm việc theo ca, chịu được áp lực doanh số và nhanh chóng thích nghi với môi trường làm việc năng động.</w:t>
      </w:r>
    </w:p>
    <w:p>
      <w:pPr>
        <w:spacing w:after="160" w:line="276" w:lineRule="auto"/>
        <w:jc w:val="both"/>
      </w:pPr>
      <w:r>
        <w:t>Nếu được Quý công ty trao cơ hội, tôi cam kết sẽ nghiêm túc thực hiện các nhiệm vụ được giao, không ngừng học hỏi để nâng cao kỹ năng bán hàng, đồng thời góp phần xây dựng hình ảnh chuyên nghiệp và nâng cao chất lượng dịch vụ dành cho khách hàng.</w:t>
      </w:r>
    </w:p>
    <w:p>
      <w:pPr>
        <w:spacing w:after="160" w:line="276" w:lineRule="auto"/>
        <w:jc w:val="both"/>
      </w:pPr>
      <w:r>
        <w:t xml:space="preserve">Tôi xin gửi kèm </w:t>
      </w:r>
      <w:r>
        <w:rPr>
          <w:b/>
        </w:rPr>
        <w:t>CV cùng các tài liệu liên quan</w:t>
      </w:r>
      <w:r>
        <w:t xml:space="preserve"> để Quý công ty thuận tiện tham khảo. Rất mong nhận được phản hồi và có cơ hội tham gia buổi phỏng vấn trong thời gian sớm nhất.</w:t>
      </w:r>
    </w:p>
    <w:p>
      <w:pPr>
        <w:spacing w:after="400" w:line="276" w:lineRule="auto"/>
        <w:jc w:val="both"/>
      </w:pPr>
      <w:r>
        <w:t>Xin chân thành cảm ơn Quý công ty!</w:t>
      </w:r>
    </w:p>
    <w:tbl>
      <w:tblPr>
        <w:tblW w:type="auto" w:w="0"/>
        <w:tblLayout w:type="fixed"/>
        <w:tblLook w:firstColumn="1" w:firstRow="1" w:lastColumn="0" w:lastRow="0" w:noHBand="0" w:noVBand="1" w:val="04A0"/>
      </w:tblPr>
      <w:tblGrid>
        <w:gridCol w:w="4608"/>
        <w:gridCol w:w="4752"/>
      </w:tblGrid>
      <w:tr>
        <w:tc>
          <w:tcPr>
            <w:tcW w:type="dxa" w:w="4680"/>
          </w:tcPr>
          <w:p/>
        </w:tc>
        <w:tc>
          <w:tcPr>
            <w:tcW w:type="dxa" w:w="4680"/>
          </w:tcPr>
          <w:p>
            <w:pPr>
              <w:spacing w:after="80" w:line="276" w:lineRule="auto"/>
              <w:jc w:val="center"/>
            </w:pPr>
            <w:r>
              <w:rPr>
                <w:i/>
              </w:rPr>
              <w:t>............., ngày ...... tháng ...... năm ......</w:t>
              <w:br/>
            </w:r>
            <w:r>
              <w:rPr>
                <w:b/>
              </w:rPr>
              <w:t>Người làm đơn</w:t>
              <w:br/>
              <w:br/>
              <w:br/>
            </w:r>
            <w:r>
              <w:rPr>
                <w:i/>
              </w:rPr>
              <w:t>(Ký và ghi rõ họ tên)</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