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b/>
          <w:sz w:val="26"/>
        </w:rPr>
        <w:t>CỘNG HÒA XÃ HỘI CHỦ NGHĨA VIỆT NAM</w:t>
        <w:br/>
      </w:r>
      <w:r>
        <w:rPr>
          <w:b/>
          <w:sz w:val="26"/>
        </w:rPr>
        <w:t>Độc lập - Tự do - Hạnh phúc</w:t>
      </w:r>
    </w:p>
    <w:p>
      <w:pPr>
        <w:spacing w:before="360" w:after="360"/>
        <w:jc w:val="center"/>
      </w:pPr>
      <w:r>
        <w:rPr>
          <w:b/>
          <w:sz w:val="32"/>
        </w:rPr>
        <w:t>ĐƠN XIN VIỆC</w:t>
      </w:r>
    </w:p>
    <w:p>
      <w:pPr>
        <w:spacing w:after="200" w:line="276" w:lineRule="auto"/>
      </w:pPr>
      <w:r>
        <w:rPr>
          <w:b/>
        </w:rPr>
        <w:t xml:space="preserve">Kính gửi: </w:t>
      </w:r>
      <w:r>
        <w:t>Ban Giám đốc và Phòng Nhân sự Công ty ...................................</w:t>
      </w:r>
    </w:p>
    <w:p>
      <w:pPr>
        <w:spacing w:after="160" w:line="276" w:lineRule="auto"/>
      </w:pPr>
      <w:r>
        <w:rPr>
          <w:b/>
        </w:rPr>
        <w:t>Họ và tên:</w:t>
      </w:r>
      <w:r>
        <w:t xml:space="preserve"> .................................................................</w:t>
      </w:r>
    </w:p>
    <w:p>
      <w:pPr>
        <w:spacing w:after="160" w:line="276" w:lineRule="auto"/>
      </w:pPr>
      <w:r>
        <w:rPr>
          <w:b/>
        </w:rPr>
        <w:t>Ngày sinh:</w:t>
      </w:r>
      <w:r>
        <w:t xml:space="preserve"> ................................................................</w:t>
      </w:r>
    </w:p>
    <w:p>
      <w:pPr>
        <w:spacing w:after="160" w:line="276" w:lineRule="auto"/>
      </w:pPr>
      <w:r>
        <w:rPr>
          <w:b/>
        </w:rPr>
        <w:t>Địa chỉ:</w:t>
      </w:r>
      <w:r>
        <w:t xml:space="preserve"> ..................................................................</w:t>
      </w:r>
    </w:p>
    <w:p>
      <w:pPr>
        <w:spacing w:after="240" w:line="276" w:lineRule="auto"/>
      </w:pPr>
      <w:r>
        <w:rPr>
          <w:b/>
        </w:rPr>
        <w:t xml:space="preserve">Số điện thoại: </w:t>
      </w:r>
      <w:r>
        <w:t xml:space="preserve">.........................   </w:t>
      </w:r>
      <w:r>
        <w:rPr>
          <w:b/>
        </w:rPr>
        <w:t xml:space="preserve">Email: </w:t>
      </w:r>
      <w:r>
        <w:t>................................</w:t>
      </w:r>
    </w:p>
    <w:p>
      <w:pPr>
        <w:spacing w:after="200" w:line="276" w:lineRule="auto"/>
        <w:jc w:val="both"/>
      </w:pPr>
      <w:r>
        <w:t>Thông qua thông tin tuyển dụng trên .............................., tôi được biết Quý Công ty đang có nhu cầu tuyển dụng vị trí .......................... Với mong muốn được làm việc trong môi trường chuyên nghiệp và có cơ hội phát triển bản thân, tôi mạnh dạn gửi đơn này để ứng tuyển.</w:t>
      </w:r>
    </w:p>
    <w:p>
      <w:pPr>
        <w:spacing w:after="200" w:line="276" w:lineRule="auto"/>
        <w:jc w:val="both"/>
      </w:pPr>
      <w:r>
        <w:t>Tôi vừa tốt nghiệp chuyên ngành .............................. tại ..............................</w:t>
        <w:br/>
        <w:t>Trong suốt quá trình học tập, tôi luôn nỗ lực trau dồi kiến thức chuyên môn, đồng thời tích cực tham gia các hoạt động, dự án và chương trình thực tập nhằm tích lũy kinh nghiệm thực tế cũng như rèn luyện kỹ năng làm việc.</w:t>
      </w:r>
    </w:p>
    <w:p>
      <w:pPr>
        <w:spacing w:after="200" w:line="276" w:lineRule="auto"/>
        <w:jc w:val="both"/>
      </w:pPr>
      <w:r>
        <w:t>Dù chưa có nhiều kinh nghiệm chính thức, tôi tin rằng nền tảng kiến thức, tinh thần cầu tiến và thái độ làm việc nghiêm túc sẽ giúp tôi nhanh chóng thích nghi với môi trường mới. Tôi luôn sẵn sàng học hỏi, tiếp thu góp ý và không ngại thử sức với những nhiệm vụ được giao để hoàn thiện bản thân.</w:t>
      </w:r>
    </w:p>
    <w:p>
      <w:pPr>
        <w:spacing w:after="200" w:line="276" w:lineRule="auto"/>
        <w:jc w:val="both"/>
      </w:pPr>
      <w:r>
        <w:t>Tôi hy vọng có cơ hội được đồng hành cùng Quý Công ty, áp dụng những kiến thức đã học vào công việc thực tế và đóng góp tích cực cho sự phát triển chung của doanh nghiệp. Đồng thời, đây cũng sẽ là môi trường giúp tôi tích lũy kinh nghiệm và phát triển sự nghiệp lâu dài.</w:t>
      </w:r>
    </w:p>
    <w:p>
      <w:pPr>
        <w:spacing w:after="200" w:line="276" w:lineRule="auto"/>
        <w:jc w:val="both"/>
      </w:pPr>
      <w:r>
        <w:t>Tôi đã gửi kèm theo CV cùng các tài liệu liên quan để Quý Công ty tham khảo. Rất mong nhận được phản hồi và cơ hội tham gia buổi phỏng vấn trong thời gian sớm nhất.</w:t>
      </w:r>
    </w:p>
    <w:p>
      <w:pPr>
        <w:spacing w:after="400" w:line="276" w:lineRule="auto"/>
        <w:jc w:val="both"/>
      </w:pPr>
      <w:r>
        <w:t>Xin chân thành cảm ơn Quý Công ty đã dành thời gian xem xét hồ sơ của tôi.</w:t>
      </w:r>
    </w:p>
    <w:tbl>
      <w:tblPr>
        <w:tblW w:type="auto" w:w="0"/>
        <w:tblLayout w:type="fixed"/>
        <w:tblLook w:firstColumn="1" w:firstRow="1" w:lastColumn="0" w:lastRow="0" w:noHBand="0" w:noVBand="1" w:val="04A0"/>
      </w:tblPr>
      <w:tblGrid>
        <w:gridCol w:w="4608"/>
        <w:gridCol w:w="4752"/>
      </w:tblGrid>
      <w:tr>
        <w:tc>
          <w:tcPr>
            <w:tcW w:type="dxa" w:w="4680"/>
          </w:tcPr>
          <w:p/>
        </w:tc>
        <w:tc>
          <w:tcPr>
            <w:tcW w:type="dxa" w:w="4680"/>
          </w:tcPr>
          <w:p>
            <w:pPr>
              <w:spacing w:after="80" w:line="276" w:lineRule="auto"/>
              <w:jc w:val="center"/>
            </w:pPr>
            <w:r>
              <w:rPr>
                <w:i/>
              </w:rPr>
              <w:t>............., ngày ...... tháng ...... năm ......</w:t>
              <w:br/>
            </w:r>
            <w:r>
              <w:rPr>
                <w:b/>
              </w:rPr>
              <w:t>Người làm đơn</w:t>
              <w:br/>
              <w:br/>
              <w:br/>
            </w:r>
            <w:r>
              <w:rPr>
                <w:i/>
              </w:rPr>
              <w:t>(Ký và ghi rõ họ tên)</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